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住所変更届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下記のとおりお届けします。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旧住所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〒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TEL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新住所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〒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TEL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変更年月日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＿＿＿＿＿＿＿＿＿＿＿＿＿＿＿＿＿＿＿＿＿＿＿＿＿＿＿＿＿＿＿＿＿＿＿＿＿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確認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承認　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＿＿＿＿＿＿＿＿＿＿＿＿＿＿＿＿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