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8"/>
        </w:rPr>
        <w:t>住所変更届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1587"/>
        <w:gridCol w:w="8164"/>
      </w:tblGrid>
      <w:tr>
        <w:tc>
          <w:tcPr>
            <w:tcW w:type="dxa" w:w="9751"/>
            <w:gridSpan w:val="2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【人事部長】</w:t>
            </w:r>
            <w:commentRangeEnd w:id="0"/>
            <w:r>
              <w:rPr>
                <w:rStyle w:val="CommentReference"/>
              </w:rPr>
              <w:commentReference w:id="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殿</w:t>
            </w:r>
          </w:p>
          <w:p>
            <w:pPr>
              <w:spacing w:after="0" w:before="0" w:line="230" w:lineRule="exact"/>
              <w:ind w:left="57" w:right="57"/>
              <w:jc w:val="right"/>
            </w:pPr>
            <w:commentRangeStart w:id="1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【2026】</w:t>
            </w:r>
            <w:commentRangeEnd w:id="1"/>
            <w:r>
              <w:rPr>
                <w:rStyle w:val="CommentReference"/>
              </w:rPr>
              <w:commentReference w:id="1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年</w:t>
            </w:r>
            <w:commentRangeStart w:id="2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【10】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月</w:t>
            </w:r>
            <w:commentRangeStart w:id="3"/>
            <w:r>
              <w:rPr>
                <w:rFonts w:ascii="Yu Gothic" w:hAnsi="Yu Gothic" w:eastAsia="Yu Gothic"/>
                <w:b w:val="0"/>
                <w:color w:val="141414"/>
                <w:sz w:val="18"/>
                <w:u w:val="single"/>
              </w:rPr>
              <w:t>【3】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>日</w:t>
            </w:r>
            <w:r>
              <w:rPr>
                <w:rFonts w:ascii="Yu Gothic" w:hAnsi="Yu Gothic" w:eastAsia="Yu Gothic"/>
                <w:b w:val="0"/>
                <w:color w:val="141414"/>
                <w:sz w:val="18"/>
              </w:rPr>
              <w:t xml:space="preserve">　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所属　</w:t>
            </w:r>
            <w:commentRangeStart w:id="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【営業部】</w:t>
            </w:r>
            <w:commentRangeEnd w:id="4"/>
            <w:r>
              <w:rPr>
                <w:rStyle w:val="CommentReference"/>
              </w:rPr>
              <w:commentReference w:id="4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氏名　</w:t>
            </w: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【山田 花子】</w:t>
            </w:r>
            <w:commentRangeEnd w:id="5"/>
            <w:r>
              <w:rPr>
                <w:rStyle w:val="CommentReference"/>
              </w:rPr>
              <w:commentReference w:id="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下記のとおりお届けします。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旧住所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〒　</w:t>
            </w: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【100-0001】</w:t>
            </w:r>
            <w:commentRangeEnd w:id="6"/>
            <w:r>
              <w:rPr>
                <w:rStyle w:val="CommentReference"/>
              </w:rPr>
              <w:commentReference w:id="6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【東京都千代田区サンプル町1-1】</w:t>
            </w:r>
            <w:commentRangeEnd w:id="7"/>
            <w:r>
              <w:rPr>
                <w:rStyle w:val="CommentReference"/>
              </w:rPr>
              <w:commentReference w:id="7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【サンプル館101号】</w:t>
            </w:r>
            <w:commentRangeEnd w:id="8"/>
            <w:r>
              <w:rPr>
                <w:rStyle w:val="CommentReference"/>
              </w:rPr>
              <w:commentReference w:id="8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TEL　</w:t>
            </w: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【03-0000-0001】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新住所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〒　</w:t>
            </w: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【150-0001】</w:t>
            </w:r>
            <w:commentRangeEnd w:id="10"/>
            <w:r>
              <w:rPr>
                <w:rStyle w:val="CommentReference"/>
              </w:rPr>
              <w:commentReference w:id="10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【東京都渋谷区サンプル町2-2】</w:t>
            </w:r>
            <w:commentRangeEnd w:id="11"/>
            <w:r>
              <w:rPr>
                <w:rStyle w:val="CommentReference"/>
              </w:rPr>
              <w:commentReference w:id="11"/>
            </w:r>
          </w:p>
          <w:p>
            <w:pPr>
              <w:spacing w:after="0" w:before="0" w:line="264" w:lineRule="exact"/>
              <w:ind w:left="57" w:right="57"/>
              <w:jc w:val="left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【テスト館202号】</w:t>
            </w:r>
            <w:commentRangeEnd w:id="12"/>
            <w:r>
              <w:rPr>
                <w:rStyle w:val="CommentReference"/>
              </w:rPr>
              <w:commentReference w:id="12"/>
            </w: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TEL　</w:t>
            </w: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【03-0000-0002】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変更年月日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【2026】</w:t>
            </w:r>
            <w:commentRangeEnd w:id="14"/>
            <w:r>
              <w:rPr>
                <w:rStyle w:val="CommentReference"/>
              </w:rPr>
              <w:commentReference w:id="14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年</w:t>
            </w: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【10】</w:t>
            </w:r>
            <w:commentRangeEnd w:id="15"/>
            <w:r>
              <w:rPr>
                <w:rStyle w:val="CommentReference"/>
              </w:rPr>
              <w:commentReference w:id="15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月</w:t>
            </w: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【1】</w:t>
            </w:r>
            <w:commentRangeEnd w:id="16"/>
            <w:r>
              <w:rPr>
                <w:rStyle w:val="CommentReference"/>
              </w:rPr>
              <w:commentReference w:id="16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日</w:t>
            </w: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備考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【緊急連絡先は登録済みの携帯電話です。】</w:t>
            </w:r>
            <w:commentRangeEnd w:id="17"/>
            <w:r>
              <w:rPr>
                <w:rStyle w:val="CommentReference"/>
              </w:rPr>
              <w:commentReference w:id="17"/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  <w:tr>
        <w:tc>
          <w:tcPr>
            <w:tcW w:type="dxa" w:w="158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45" w:right="45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17"/>
              </w:rPr>
              <w:t>確認・承認</w:t>
            </w:r>
          </w:p>
        </w:tc>
        <w:tc>
          <w:tcPr>
            <w:tcW w:type="dxa" w:w="8164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担当　</w:t>
            </w: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【佐藤 一郎】</w:t>
            </w:r>
            <w:commentRangeEnd w:id="18"/>
            <w:r>
              <w:rPr>
                <w:rStyle w:val="CommentReference"/>
              </w:rPr>
              <w:commentReference w:id="18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確認　</w:t>
            </w: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【田中 健】</w:t>
            </w:r>
            <w:commentRangeEnd w:id="19"/>
            <w:r>
              <w:rPr>
                <w:rStyle w:val="CommentReference"/>
              </w:rPr>
              <w:commentReference w:id="19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64" w:lineRule="exact"/>
              <w:ind w:left="57" w:right="57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承認　</w:t>
            </w: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【鈴木 明】</w:t>
            </w:r>
            <w:commentRangeEnd w:id="20"/>
            <w:r>
              <w:rPr>
                <w:rStyle w:val="CommentReference"/>
              </w:rPr>
              <w:commentReference w:id="20"/>
            </w: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印</w:t>
            </w: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  <w:p>
            <w:pPr>
              <w:spacing w:after="0" w:before="0" w:line="230" w:lineRule="exact"/>
              <w:ind w:left="57" w:right="57"/>
              <w:jc w:val="left"/>
            </w:pPr>
          </w:p>
        </w:tc>
      </w:tr>
    </w:tbl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一般的な様式です。記入例は架空です。各社の規定・運用に従ってご利用ください。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例：人事部長</w:t>
      </w:r>
    </w:p>
  </w:comment>
  <w:comment w:id="1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2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3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4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例：営業部</w:t>
      </w:r>
    </w:p>
  </w:comment>
  <w:comment w:id="5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6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例：100-0001</w:t>
      </w:r>
    </w:p>
  </w:comment>
  <w:comment w:id="7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例：東京都千代田区サンプル町1-1</w:t>
      </w:r>
    </w:p>
  </w:comment>
  <w:comment w:id="8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例：サンプル館101号</w:t>
      </w:r>
    </w:p>
  </w:comment>
  <w:comment w:id="9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例：03-0000-0001</w:t>
      </w:r>
    </w:p>
  </w:comment>
  <w:comment w:id="10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例：150-0001</w:t>
      </w:r>
    </w:p>
  </w:comment>
  <w:comment w:id="11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例：東京都渋谷区サンプル町2-2</w:t>
      </w:r>
    </w:p>
  </w:comment>
  <w:comment w:id="12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例：テスト館202号</w:t>
      </w:r>
    </w:p>
  </w:comment>
  <w:comment w:id="13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例：03-0000-0002</w:t>
      </w:r>
    </w:p>
  </w:comment>
  <w:comment w:id="14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5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6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例：1</w:t>
      </w:r>
    </w:p>
  </w:comment>
  <w:comment w:id="17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例：緊急連絡先は登録済みの携帯電話です。</w:t>
      </w:r>
    </w:p>
  </w:comment>
  <w:comment w:id="18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19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例：田中 健</w:t>
      </w:r>
    </w:p>
  </w:comment>
  <w:comment w:id="20" w:author="やっとくん" w:initials="や" w:date="2026-10-04T07:13:55Z">
    <w:p>
      <w:pPr>
        <w:pStyle w:val="CommentText"/>
      </w:pPr>
      <w:r>
        <w:rPr>
          <w:rStyle w:val="CommentReference"/>
        </w:rPr>
        <w:annotationRef/>
      </w:r>
      <w:r>
        <w:t>例：鈴木 明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