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株式会社サンプル商事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やっとくん合同会社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1-1-1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03-0000-0000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担当：山田 太郎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新サービス説明会 開催のご案内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拝啓　時下ますますご清栄のこととお慶び申し上げます。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平素は格別のお引き立てを賜り、厚く御礼申し上げます。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さて、このたび弊社では新サービスの説明会を下記のとおり開催いたします。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業務の効率化にお役立ていただける内容をご用意しております。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ご多用のところ恐縮ですが、ぜひご参加くださいますようご案内申し上げます。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敬具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日付・期限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日時　14:00 〜 16:00（受付 13:30 より）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15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場所　弊社本社ビル 3 階 会議室 A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内容　新サービスのご説明と質疑応答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申込期限　同封の申込書をご返送ください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 5 日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会場の座席に限りがございます。お早めにお申し込みください。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ご出欠のご連絡・ご不明な点は、上記担当までお願いいたします。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【テンプレート注記・配布物では削除可】一般的な社外向け案内状の様式です。日時・会場・申込方法は主催者の責任で確認してください。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