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264" w:lineRule="exact"/>
        <w:jc w:val="right"/>
      </w:pPr>
      <w:commentRangeStart w:id="0"/>
      <w:r>
        <w:rPr>
          <w:rFonts w:ascii="Yu Gothic" w:hAnsi="Yu Gothic" w:eastAsia="Yu Gothic"/>
          <w:b w:val="0"/>
          <w:color w:val="141414"/>
          <w:sz w:val="20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0"/>
        </w:rPr>
        <w:t>【8】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0"/>
        </w:rPr>
        <w:t>【25】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commentRangeStart w:id="3"/>
      <w:r>
        <w:rPr>
          <w:rFonts w:ascii="Yu Gothic" w:hAnsi="Yu Gothic" w:eastAsia="Yu Gothic"/>
          <w:b w:val="0"/>
          <w:color w:val="141414"/>
          <w:sz w:val="20"/>
        </w:rPr>
        <w:t>【株式会社サンプル商事】</w:t>
      </w:r>
      <w:commentRangeEnd w:id="3"/>
      <w:r>
        <w:rPr>
          <w:rStyle w:val="CommentReference"/>
        </w:rPr>
        <w:commentReference w:id="3"/>
      </w:r>
      <w:r>
        <w:rPr>
          <w:rFonts w:ascii="Yu Gothic" w:hAnsi="Yu Gothic" w:eastAsia="Yu Gothic"/>
          <w:b w:val="0"/>
          <w:color w:val="141414"/>
          <w:sz w:val="20"/>
        </w:rPr>
        <w:t xml:space="preserve"> 御中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right"/>
      </w:pPr>
      <w:commentRangeStart w:id="4"/>
      <w:r>
        <w:rPr>
          <w:rFonts w:ascii="Yu Gothic" w:hAnsi="Yu Gothic" w:eastAsia="Yu Gothic"/>
          <w:b w:val="0"/>
          <w:color w:val="141414"/>
          <w:sz w:val="20"/>
        </w:rPr>
        <w:t>【株式会社やっとくん】</w:t>
      </w:r>
      <w:commentRangeEnd w:id="4"/>
      <w:r>
        <w:rPr>
          <w:rStyle w:val="CommentReference"/>
        </w:rPr>
        <w:commentReference w:id="4"/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担当：</w:t>
      </w:r>
      <w:commentRangeStart w:id="5"/>
      <w:r>
        <w:rPr>
          <w:rFonts w:ascii="Yu Gothic" w:hAnsi="Yu Gothic" w:eastAsia="Yu Gothic"/>
          <w:b w:val="0"/>
          <w:color w:val="141414"/>
          <w:sz w:val="20"/>
        </w:rPr>
        <w:t>【山田 太郎】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 xml:space="preserve">TEL </w:t>
      </w:r>
      <w:commentRangeStart w:id="6"/>
      <w:r>
        <w:rPr>
          <w:rFonts w:ascii="Yu Gothic" w:hAnsi="Yu Gothic" w:eastAsia="Yu Gothic"/>
          <w:b w:val="0"/>
          <w:color w:val="141414"/>
          <w:sz w:val="20"/>
        </w:rPr>
        <w:t>【03-0000-0000】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center"/>
      </w:pPr>
      <w:commentRangeStart w:id="7"/>
      <w:r>
        <w:rPr>
          <w:rFonts w:ascii="Yu Gothic" w:hAnsi="Yu Gothic" w:eastAsia="Yu Gothic"/>
          <w:b/>
          <w:color w:val="141414"/>
          <w:sz w:val="20"/>
        </w:rPr>
        <w:t>【新サービス説明会 開催のご案内】</w:t>
      </w:r>
      <w:commentRangeEnd w:id="7"/>
      <w:r>
        <w:rPr>
          <w:rStyle w:val="CommentReference"/>
        </w:rPr>
        <w:commentReference w:id="7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拝啓　時下ますますご清栄のこととお慶び申し上げます。</w:t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平素は格別のお引き立てを賜り、厚く御礼申し上げます。</w:t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さて、このたび弊社では新サービスの説明会を下記のとおり開催いたします。</w:t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業務の効率化にお役立ていただける内容をご用意しております。</w:t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ご多用のところ恐縮ですが、ぜひご参加くださいますようご案内申し上げます。</w:t>
      </w:r>
    </w:p>
    <w:p>
      <w:pPr>
        <w:spacing w:after="18" w:before="0" w:line="217" w:lineRule="auto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敬具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center"/>
      </w:pPr>
      <w:r>
        <w:rPr>
          <w:rFonts w:ascii="Yu Gothic" w:hAnsi="Yu Gothic" w:eastAsia="Yu Gothic"/>
          <w:b w:val="0"/>
          <w:color w:val="141414"/>
          <w:sz w:val="20"/>
        </w:rPr>
        <w:t>記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1. 日時　</w:t>
      </w:r>
      <w:commentRangeStart w:id="8"/>
      <w:r>
        <w:rPr>
          <w:rFonts w:ascii="Yu Gothic" w:hAnsi="Yu Gothic" w:eastAsia="Yu Gothic"/>
          <w:b w:val="0"/>
          <w:color w:val="141414"/>
          <w:sz w:val="20"/>
        </w:rPr>
        <w:t>【2026】</w:t>
      </w:r>
      <w:commentRangeEnd w:id="8"/>
      <w:r>
        <w:rPr>
          <w:rStyle w:val="CommentReference"/>
        </w:rPr>
        <w:commentReference w:id="8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9"/>
      <w:r>
        <w:rPr>
          <w:rFonts w:ascii="Yu Gothic" w:hAnsi="Yu Gothic" w:eastAsia="Yu Gothic"/>
          <w:b w:val="0"/>
          <w:color w:val="141414"/>
          <w:sz w:val="20"/>
        </w:rPr>
        <w:t>【9】</w:t>
      </w:r>
      <w:commentRangeEnd w:id="9"/>
      <w:r>
        <w:rPr>
          <w:rStyle w:val="CommentReference"/>
        </w:rPr>
        <w:commentReference w:id="9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10"/>
      <w:r>
        <w:rPr>
          <w:rFonts w:ascii="Yu Gothic" w:hAnsi="Yu Gothic" w:eastAsia="Yu Gothic"/>
          <w:b w:val="0"/>
          <w:color w:val="141414"/>
          <w:sz w:val="20"/>
        </w:rPr>
        <w:t>【15】</w:t>
      </w:r>
      <w:commentRangeEnd w:id="10"/>
      <w:r>
        <w:rPr>
          <w:rStyle w:val="CommentReference"/>
        </w:rPr>
        <w:commentReference w:id="10"/>
      </w:r>
      <w:r>
        <w:rPr>
          <w:rFonts w:ascii="Yu Gothic" w:hAnsi="Yu Gothic" w:eastAsia="Yu Gothic"/>
          <w:b w:val="0"/>
          <w:color w:val="141414"/>
          <w:sz w:val="20"/>
        </w:rPr>
        <w:t>日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　 開始 </w:t>
      </w:r>
      <w:commentRangeStart w:id="11"/>
      <w:r>
        <w:rPr>
          <w:rFonts w:ascii="Yu Gothic" w:hAnsi="Yu Gothic" w:eastAsia="Yu Gothic"/>
          <w:b w:val="0"/>
          <w:color w:val="141414"/>
          <w:sz w:val="20"/>
        </w:rPr>
        <w:t>【14】</w:t>
      </w:r>
      <w:commentRangeEnd w:id="11"/>
      <w:r>
        <w:rPr>
          <w:rStyle w:val="CommentReference"/>
        </w:rPr>
        <w:commentReference w:id="11"/>
      </w:r>
      <w:r>
        <w:rPr>
          <w:rFonts w:ascii="Yu Gothic" w:hAnsi="Yu Gothic" w:eastAsia="Yu Gothic"/>
          <w:b w:val="0"/>
          <w:color w:val="141414"/>
          <w:sz w:val="20"/>
        </w:rPr>
        <w:t>時</w:t>
      </w:r>
      <w:commentRangeStart w:id="12"/>
      <w:r>
        <w:rPr>
          <w:rFonts w:ascii="Yu Gothic" w:hAnsi="Yu Gothic" w:eastAsia="Yu Gothic"/>
          <w:b w:val="0"/>
          <w:color w:val="141414"/>
          <w:sz w:val="20"/>
        </w:rPr>
        <w:t>【00】</w:t>
      </w:r>
      <w:commentRangeEnd w:id="12"/>
      <w:r>
        <w:rPr>
          <w:rStyle w:val="CommentReference"/>
        </w:rPr>
        <w:commentReference w:id="12"/>
      </w:r>
      <w:r>
        <w:rPr>
          <w:rFonts w:ascii="Yu Gothic" w:hAnsi="Yu Gothic" w:eastAsia="Yu Gothic"/>
          <w:b w:val="0"/>
          <w:color w:val="141414"/>
          <w:sz w:val="20"/>
        </w:rPr>
        <w:t xml:space="preserve">分 ～ 終了 </w:t>
      </w:r>
      <w:commentRangeStart w:id="13"/>
      <w:r>
        <w:rPr>
          <w:rFonts w:ascii="Yu Gothic" w:hAnsi="Yu Gothic" w:eastAsia="Yu Gothic"/>
          <w:b w:val="0"/>
          <w:color w:val="141414"/>
          <w:sz w:val="20"/>
        </w:rPr>
        <w:t>【16】</w:t>
      </w:r>
      <w:commentRangeEnd w:id="13"/>
      <w:r>
        <w:rPr>
          <w:rStyle w:val="CommentReference"/>
        </w:rPr>
        <w:commentReference w:id="13"/>
      </w:r>
      <w:r>
        <w:rPr>
          <w:rFonts w:ascii="Yu Gothic" w:hAnsi="Yu Gothic" w:eastAsia="Yu Gothic"/>
          <w:b w:val="0"/>
          <w:color w:val="141414"/>
          <w:sz w:val="20"/>
        </w:rPr>
        <w:t>時</w:t>
      </w:r>
      <w:commentRangeStart w:id="14"/>
      <w:r>
        <w:rPr>
          <w:rFonts w:ascii="Yu Gothic" w:hAnsi="Yu Gothic" w:eastAsia="Yu Gothic"/>
          <w:b w:val="0"/>
          <w:color w:val="141414"/>
          <w:sz w:val="20"/>
        </w:rPr>
        <w:t>【00】</w:t>
      </w:r>
      <w:commentRangeEnd w:id="14"/>
      <w:r>
        <w:rPr>
          <w:rStyle w:val="CommentReference"/>
        </w:rPr>
        <w:commentReference w:id="14"/>
      </w:r>
      <w:r>
        <w:rPr>
          <w:rFonts w:ascii="Yu Gothic" w:hAnsi="Yu Gothic" w:eastAsia="Yu Gothic"/>
          <w:b w:val="0"/>
          <w:color w:val="141414"/>
          <w:sz w:val="20"/>
        </w:rPr>
        <w:t>分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　 受付 </w:t>
      </w:r>
      <w:commentRangeStart w:id="15"/>
      <w:r>
        <w:rPr>
          <w:rFonts w:ascii="Yu Gothic" w:hAnsi="Yu Gothic" w:eastAsia="Yu Gothic"/>
          <w:b w:val="0"/>
          <w:color w:val="141414"/>
          <w:sz w:val="20"/>
        </w:rPr>
        <w:t>【13】</w:t>
      </w:r>
      <w:commentRangeEnd w:id="15"/>
      <w:r>
        <w:rPr>
          <w:rStyle w:val="CommentReference"/>
        </w:rPr>
        <w:commentReference w:id="15"/>
      </w:r>
      <w:r>
        <w:rPr>
          <w:rFonts w:ascii="Yu Gothic" w:hAnsi="Yu Gothic" w:eastAsia="Yu Gothic"/>
          <w:b w:val="0"/>
          <w:color w:val="141414"/>
          <w:sz w:val="20"/>
        </w:rPr>
        <w:t>時</w:t>
      </w:r>
      <w:commentRangeStart w:id="16"/>
      <w:r>
        <w:rPr>
          <w:rFonts w:ascii="Yu Gothic" w:hAnsi="Yu Gothic" w:eastAsia="Yu Gothic"/>
          <w:b w:val="0"/>
          <w:color w:val="141414"/>
          <w:sz w:val="20"/>
        </w:rPr>
        <w:t>【30】</w:t>
      </w:r>
      <w:commentRangeEnd w:id="16"/>
      <w:r>
        <w:rPr>
          <w:rStyle w:val="CommentReference"/>
        </w:rPr>
        <w:commentReference w:id="16"/>
      </w:r>
      <w:r>
        <w:rPr>
          <w:rFonts w:ascii="Yu Gothic" w:hAnsi="Yu Gothic" w:eastAsia="Yu Gothic"/>
          <w:b w:val="0"/>
          <w:color w:val="141414"/>
          <w:sz w:val="20"/>
        </w:rPr>
        <w:t>分より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2. 会場　</w:t>
      </w:r>
      <w:commentRangeStart w:id="17"/>
      <w:r>
        <w:rPr>
          <w:rFonts w:ascii="Yu Gothic" w:hAnsi="Yu Gothic" w:eastAsia="Yu Gothic"/>
          <w:b w:val="0"/>
          <w:color w:val="141414"/>
          <w:sz w:val="20"/>
        </w:rPr>
        <w:t>【弊社本社ビル 3 階 会議室 A】</w:t>
      </w:r>
      <w:commentRangeEnd w:id="17"/>
      <w:r>
        <w:rPr>
          <w:rStyle w:val="CommentReference"/>
        </w:rPr>
        <w:commentReference w:id="17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3. 内容　</w:t>
      </w:r>
      <w:commentRangeStart w:id="18"/>
      <w:r>
        <w:rPr>
          <w:rFonts w:ascii="Yu Gothic" w:hAnsi="Yu Gothic" w:eastAsia="Yu Gothic"/>
          <w:b w:val="0"/>
          <w:color w:val="141414"/>
          <w:sz w:val="20"/>
        </w:rPr>
        <w:t>【新サービスのご説明と質疑応答】</w:t>
      </w:r>
      <w:commentRangeEnd w:id="18"/>
      <w:r>
        <w:rPr>
          <w:rStyle w:val="CommentReference"/>
        </w:rPr>
        <w:commentReference w:id="18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4. 申込期限　</w:t>
      </w:r>
      <w:commentRangeStart w:id="19"/>
      <w:r>
        <w:rPr>
          <w:rFonts w:ascii="Yu Gothic" w:hAnsi="Yu Gothic" w:eastAsia="Yu Gothic"/>
          <w:b w:val="0"/>
          <w:color w:val="141414"/>
          <w:sz w:val="20"/>
        </w:rPr>
        <w:t>【2026】</w:t>
      </w:r>
      <w:commentRangeEnd w:id="19"/>
      <w:r>
        <w:rPr>
          <w:rStyle w:val="CommentReference"/>
        </w:rPr>
        <w:commentReference w:id="19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20"/>
      <w:r>
        <w:rPr>
          <w:rFonts w:ascii="Yu Gothic" w:hAnsi="Yu Gothic" w:eastAsia="Yu Gothic"/>
          <w:b w:val="0"/>
          <w:color w:val="141414"/>
          <w:sz w:val="20"/>
        </w:rPr>
        <w:t>【9】</w:t>
      </w:r>
      <w:commentRangeEnd w:id="20"/>
      <w:r>
        <w:rPr>
          <w:rStyle w:val="CommentReference"/>
        </w:rPr>
        <w:commentReference w:id="20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21"/>
      <w:r>
        <w:rPr>
          <w:rFonts w:ascii="Yu Gothic" w:hAnsi="Yu Gothic" w:eastAsia="Yu Gothic"/>
          <w:b w:val="0"/>
          <w:color w:val="141414"/>
          <w:sz w:val="20"/>
        </w:rPr>
        <w:t>【5】</w:t>
      </w:r>
      <w:commentRangeEnd w:id="21"/>
      <w:r>
        <w:rPr>
          <w:rStyle w:val="CommentReference"/>
        </w:rPr>
        <w:commentReference w:id="21"/>
      </w:r>
      <w:r>
        <w:rPr>
          <w:rFonts w:ascii="Yu Gothic" w:hAnsi="Yu Gothic" w:eastAsia="Yu Gothic"/>
          <w:b w:val="0"/>
          <w:color w:val="141414"/>
          <w:sz w:val="20"/>
        </w:rPr>
        <w:t>日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 xml:space="preserve">　 申込方法　</w:t>
      </w:r>
      <w:commentRangeStart w:id="22"/>
      <w:r>
        <w:rPr>
          <w:rFonts w:ascii="Yu Gothic" w:hAnsi="Yu Gothic" w:eastAsia="Yu Gothic"/>
          <w:b w:val="0"/>
          <w:color w:val="141414"/>
          <w:sz w:val="20"/>
        </w:rPr>
        <w:t>【同封の申込書をご返送ください】</w:t>
      </w:r>
      <w:commentRangeEnd w:id="22"/>
      <w:r>
        <w:rPr>
          <w:rStyle w:val="CommentReference"/>
        </w:rPr>
        <w:commentReference w:id="22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以上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7"/>
        </w:rPr>
        <w:t>会場の座席に限りがございます。お早めにお申し込みください。</w:t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7"/>
        </w:rPr>
        <w:t>ご出欠のご連絡・ご不明な点は、上記担当までお願いいたします。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一般的な社外向け案内状の様式です。日時・会場・申込方法は主催者の責任で確認してください。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31:06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3T02:31:06Z">
    <w:p>
      <w:pPr>
        <w:pStyle w:val="CommentText"/>
      </w:pPr>
      <w:r>
        <w:rPr>
          <w:rStyle w:val="CommentReference"/>
        </w:rPr>
        <w:annotationRef/>
      </w:r>
      <w:r>
        <w:t>例：8</w:t>
      </w:r>
    </w:p>
  </w:comment>
  <w:comment w:id="2" w:author="やっとくん" w:initials="や" w:date="2026-10-03T02:31:06Z">
    <w:p>
      <w:pPr>
        <w:pStyle w:val="CommentText"/>
      </w:pPr>
      <w:r>
        <w:rPr>
          <w:rStyle w:val="CommentReference"/>
        </w:rPr>
        <w:annotationRef/>
      </w:r>
      <w:r>
        <w:t>例：25</w:t>
      </w:r>
    </w:p>
  </w:comment>
  <w:comment w:id="3" w:author="やっとくん" w:initials="や" w:date="2026-10-03T02:31:06Z">
    <w:p>
      <w:pPr>
        <w:pStyle w:val="CommentText"/>
      </w:pPr>
      <w:r>
        <w:rPr>
          <w:rStyle w:val="CommentReference"/>
        </w:rPr>
        <w:annotationRef/>
      </w:r>
      <w:r>
        <w:t>例：株式会社サンプル商事</w:t>
      </w:r>
    </w:p>
  </w:comment>
  <w:comment w:id="4" w:author="やっとくん" w:initials="や" w:date="2026-10-03T02:31:06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5" w:author="やっとくん" w:initials="や" w:date="2026-10-03T02:31:06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6" w:author="やっとくん" w:initials="や" w:date="2026-10-03T02:31:06Z">
    <w:p>
      <w:pPr>
        <w:pStyle w:val="CommentText"/>
      </w:pPr>
      <w:r>
        <w:rPr>
          <w:rStyle w:val="CommentReference"/>
        </w:rPr>
        <w:annotationRef/>
      </w:r>
      <w:r>
        <w:t>例：03-0000-0000</w:t>
      </w:r>
    </w:p>
  </w:comment>
  <w:comment w:id="7" w:author="やっとくん" w:initials="や" w:date="2026-10-03T02:31:06Z">
    <w:p>
      <w:pPr>
        <w:pStyle w:val="CommentText"/>
      </w:pPr>
      <w:r>
        <w:rPr>
          <w:rStyle w:val="CommentReference"/>
        </w:rPr>
        <w:annotationRef/>
      </w:r>
      <w:r>
        <w:t>例：新サービス説明会 開催のご案内</w:t>
      </w:r>
    </w:p>
  </w:comment>
  <w:comment w:id="8" w:author="やっとくん" w:initials="や" w:date="2026-10-03T02:31:06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9" w:author="やっとくん" w:initials="や" w:date="2026-10-03T02:31:06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10" w:author="やっとくん" w:initials="や" w:date="2026-10-03T02:31:06Z">
    <w:p>
      <w:pPr>
        <w:pStyle w:val="CommentText"/>
      </w:pPr>
      <w:r>
        <w:rPr>
          <w:rStyle w:val="CommentReference"/>
        </w:rPr>
        <w:annotationRef/>
      </w:r>
      <w:r>
        <w:t>例：15</w:t>
      </w:r>
    </w:p>
  </w:comment>
  <w:comment w:id="11" w:author="やっとくん" w:initials="や" w:date="2026-10-03T02:31:06Z">
    <w:p>
      <w:pPr>
        <w:pStyle w:val="CommentText"/>
      </w:pPr>
      <w:r>
        <w:rPr>
          <w:rStyle w:val="CommentReference"/>
        </w:rPr>
        <w:annotationRef/>
      </w:r>
      <w:r>
        <w:t>例：14</w:t>
      </w:r>
    </w:p>
  </w:comment>
  <w:comment w:id="12" w:author="やっとくん" w:initials="や" w:date="2026-10-03T02:31:06Z">
    <w:p>
      <w:pPr>
        <w:pStyle w:val="CommentText"/>
      </w:pPr>
      <w:r>
        <w:rPr>
          <w:rStyle w:val="CommentReference"/>
        </w:rPr>
        <w:annotationRef/>
      </w:r>
      <w:r>
        <w:t>例：00</w:t>
      </w:r>
    </w:p>
  </w:comment>
  <w:comment w:id="13" w:author="やっとくん" w:initials="や" w:date="2026-10-03T02:31:06Z">
    <w:p>
      <w:pPr>
        <w:pStyle w:val="CommentText"/>
      </w:pPr>
      <w:r>
        <w:rPr>
          <w:rStyle w:val="CommentReference"/>
        </w:rPr>
        <w:annotationRef/>
      </w:r>
      <w:r>
        <w:t>例：16</w:t>
      </w:r>
    </w:p>
  </w:comment>
  <w:comment w:id="14" w:author="やっとくん" w:initials="や" w:date="2026-10-03T02:31:06Z">
    <w:p>
      <w:pPr>
        <w:pStyle w:val="CommentText"/>
      </w:pPr>
      <w:r>
        <w:rPr>
          <w:rStyle w:val="CommentReference"/>
        </w:rPr>
        <w:annotationRef/>
      </w:r>
      <w:r>
        <w:t>例：00</w:t>
      </w:r>
    </w:p>
  </w:comment>
  <w:comment w:id="15" w:author="やっとくん" w:initials="や" w:date="2026-10-03T02:31:06Z">
    <w:p>
      <w:pPr>
        <w:pStyle w:val="CommentText"/>
      </w:pPr>
      <w:r>
        <w:rPr>
          <w:rStyle w:val="CommentReference"/>
        </w:rPr>
        <w:annotationRef/>
      </w:r>
      <w:r>
        <w:t>例：13</w:t>
      </w:r>
    </w:p>
  </w:comment>
  <w:comment w:id="16" w:author="やっとくん" w:initials="や" w:date="2026-10-03T02:31:06Z">
    <w:p>
      <w:pPr>
        <w:pStyle w:val="CommentText"/>
      </w:pPr>
      <w:r>
        <w:rPr>
          <w:rStyle w:val="CommentReference"/>
        </w:rPr>
        <w:annotationRef/>
      </w:r>
      <w:r>
        <w:t>例：30</w:t>
      </w:r>
    </w:p>
  </w:comment>
  <w:comment w:id="17" w:author="やっとくん" w:initials="や" w:date="2026-10-03T02:31:06Z">
    <w:p>
      <w:pPr>
        <w:pStyle w:val="CommentText"/>
      </w:pPr>
      <w:r>
        <w:rPr>
          <w:rStyle w:val="CommentReference"/>
        </w:rPr>
        <w:annotationRef/>
      </w:r>
      <w:r>
        <w:t>例：弊社本社ビル 3 階 会議室 A</w:t>
      </w:r>
    </w:p>
  </w:comment>
  <w:comment w:id="18" w:author="やっとくん" w:initials="や" w:date="2026-10-03T02:31:06Z">
    <w:p>
      <w:pPr>
        <w:pStyle w:val="CommentText"/>
      </w:pPr>
      <w:r>
        <w:rPr>
          <w:rStyle w:val="CommentReference"/>
        </w:rPr>
        <w:annotationRef/>
      </w:r>
      <w:r>
        <w:t>例：新サービスのご説明と質疑応答</w:t>
      </w:r>
    </w:p>
  </w:comment>
  <w:comment w:id="19" w:author="やっとくん" w:initials="や" w:date="2026-10-03T02:31:06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20" w:author="やっとくん" w:initials="や" w:date="2026-10-03T02:31:06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21" w:author="やっとくん" w:initials="や" w:date="2026-10-03T02:31:06Z">
    <w:p>
      <w:pPr>
        <w:pStyle w:val="CommentText"/>
      </w:pPr>
      <w:r>
        <w:rPr>
          <w:rStyle w:val="CommentReference"/>
        </w:rPr>
        <w:annotationRef/>
      </w:r>
      <w:r>
        <w:t>例：5</w:t>
      </w:r>
    </w:p>
  </w:comment>
  <w:comment w:id="22" w:author="やっとくん" w:initials="や" w:date="2026-10-03T02:31:06Z">
    <w:p>
      <w:pPr>
        <w:pStyle w:val="CommentText"/>
      </w:pPr>
      <w:r>
        <w:rPr>
          <w:rStyle w:val="CommentReference"/>
        </w:rPr>
        <w:annotationRef/>
      </w:r>
      <w:r>
        <w:t>例：同封の申込書をご返送ください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