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備品管理台帳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801"/>
        <w:gridCol w:w="11883"/>
      </w:tblGrid>
      <w:tr>
        <w:trPr>
          <w:trHeight w:val="342" w:hRule="atLeast"/>
        </w:trPr>
        <w:tc>
          <w:tcPr>
            <w:tcW w:type="dxa" w:w="2801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118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801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18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801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18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00"/>
        <w:gridCol w:w="1500"/>
        <w:gridCol w:w="1575"/>
        <w:gridCol w:w="716"/>
        <w:gridCol w:w="1445"/>
        <w:gridCol w:w="1096"/>
        <w:gridCol w:w="1688"/>
        <w:gridCol w:w="1392"/>
        <w:gridCol w:w="1275"/>
        <w:gridCol w:w="1205"/>
        <w:gridCol w:w="1490"/>
      </w:tblGrid>
      <w:tr>
        <w:trPr>
          <w:trHeight w:val="367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管理番号</w:t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品名</w:t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型番</w:t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数量</w:t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単価</w:t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取得価額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取得日</w:t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使用者</w:t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状態</w:t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【BK-001】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【ノート</w:t>
              <w:br/>
              <w:t>パソコン】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【LT-14X】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【¥128,000】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¥384,000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【2024/04/01】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 3F】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</w:t>
              <w:br/>
              <w:t>太郎】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【使用中】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645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【BK-002】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【オフィス</w:t>
              <w:br/>
              <w:t>チェア】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【OC-200】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【¥21,000】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¥168,000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【2024/04/01】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 3F】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【使用中】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645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【BK-003】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【複合機】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【MFP-5500】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【¥380,000】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¥380,000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【2023/10/15】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 2F】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【使用中】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【リース満了 2028/10】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645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【BK-007】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【据置型PC】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【DT-900】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【¥145,000】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¥290,000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【2022/04/01】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 3F】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【経理部】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【故障中】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【修理依頼</w:t>
              <w:br/>
              <w:t>2026/08】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645" w:hRule="atLeast"/>
        </w:trPr>
        <w:tc>
          <w:tcPr>
            <w:tcW w:type="dxa" w:w="13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【BK-008】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50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【エアコン】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5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【AC-EX22】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7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44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【¥220,000】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09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¥220,000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【2021/06/01】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39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【会議室 A】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2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【使用中】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4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321"/>
        <w:gridCol w:w="1392"/>
        <w:gridCol w:w="1275"/>
        <w:gridCol w:w="1205"/>
        <w:gridCol w:w="1490"/>
      </w:tblGrid>
      <w:tr>
        <w:tc>
          <w:tcPr>
            <w:tcW w:type="dxa" w:w="932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39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件数</w:t>
            </w:r>
          </w:p>
        </w:tc>
        <w:tc>
          <w:tcPr>
            <w:tcW w:type="dxa" w:w="127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20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合計金額</w:t>
            </w:r>
          </w:p>
        </w:tc>
        <w:tc>
          <w:tcPr>
            <w:tcW w:type="dxa" w:w="149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¥1,442,000</w:t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一般的な様式です。記載要件の充足は管理責任者の責任で確認してください。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部署：例 総務部</w:t>
      </w:r>
    </w:p>
  </w:comment>
  <w:comment w:id="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作成日：例 2026 年 8 月 25 日</w:t>
      </w:r>
    </w:p>
  </w:comment>
  <w:comment w:id="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管理者：例 山田 太郎</w:t>
      </w:r>
    </w:p>
  </w:comment>
  <w:comment w:id="3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管理番号：例 BK-001</w:t>
      </w:r>
    </w:p>
  </w:comment>
  <w:comment w:id="4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品名：例 ノート</w:t>
      </w:r>
    </w:p>
    <w:p>
      <w:pPr>
        <w:pStyle w:val="CommentText"/>
      </w:pPr>
      <w:r>
        <w:t>パソコン</w:t>
      </w:r>
    </w:p>
  </w:comment>
  <w:comment w:id="5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型番：例 LT-14X</w:t>
      </w:r>
    </w:p>
  </w:comment>
  <w:comment w:id="6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数量：例 3</w:t>
      </w:r>
    </w:p>
  </w:comment>
  <w:comment w:id="7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単価：例 ¥128,000</w:t>
      </w:r>
    </w:p>
  </w:comment>
  <w:comment w:id="8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取得日：例 2024/04/01</w:t>
      </w:r>
    </w:p>
  </w:comment>
  <w:comment w:id="9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保管場所：例 本社 3F</w:t>
      </w:r>
    </w:p>
  </w:comment>
  <w:comment w:id="1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使用者：例 山田</w:t>
      </w:r>
    </w:p>
    <w:p>
      <w:pPr>
        <w:pStyle w:val="CommentText"/>
      </w:pPr>
      <w:r>
        <w:t>太郎</w:t>
      </w:r>
    </w:p>
  </w:comment>
  <w:comment w:id="1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状態：例 使用中</w:t>
      </w:r>
    </w:p>
  </w:comment>
  <w:comment w:id="1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1行目 備考：必要に応じて記入</w:t>
      </w:r>
    </w:p>
  </w:comment>
  <w:comment w:id="13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管理番号：例 BK-002</w:t>
      </w:r>
    </w:p>
  </w:comment>
  <w:comment w:id="14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品名：例 オフィス</w:t>
      </w:r>
    </w:p>
    <w:p>
      <w:pPr>
        <w:pStyle w:val="CommentText"/>
      </w:pPr>
      <w:r>
        <w:t>チェア</w:t>
      </w:r>
    </w:p>
  </w:comment>
  <w:comment w:id="15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型番：例 OC-200</w:t>
      </w:r>
    </w:p>
  </w:comment>
  <w:comment w:id="16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数量：例 8</w:t>
      </w:r>
    </w:p>
  </w:comment>
  <w:comment w:id="17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単価：例 ¥21,000</w:t>
      </w:r>
    </w:p>
  </w:comment>
  <w:comment w:id="18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取得日：例 2024/04/01</w:t>
      </w:r>
    </w:p>
  </w:comment>
  <w:comment w:id="19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保管場所：例 本社 3F</w:t>
      </w:r>
    </w:p>
  </w:comment>
  <w:comment w:id="2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使用者：例 総務部</w:t>
      </w:r>
    </w:p>
  </w:comment>
  <w:comment w:id="2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状態：例 使用中</w:t>
      </w:r>
    </w:p>
  </w:comment>
  <w:comment w:id="2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2行目 備考：必要に応じて記入</w:t>
      </w:r>
    </w:p>
  </w:comment>
  <w:comment w:id="23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管理番号：例 BK-003</w:t>
      </w:r>
    </w:p>
  </w:comment>
  <w:comment w:id="24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品名：例 複合機</w:t>
      </w:r>
    </w:p>
  </w:comment>
  <w:comment w:id="25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型番：例 MFP-5500</w:t>
      </w:r>
    </w:p>
  </w:comment>
  <w:comment w:id="26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数量：例 1</w:t>
      </w:r>
    </w:p>
  </w:comment>
  <w:comment w:id="27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単価：例 ¥380,000</w:t>
      </w:r>
    </w:p>
  </w:comment>
  <w:comment w:id="28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取得日：例 2023/10/15</w:t>
      </w:r>
    </w:p>
  </w:comment>
  <w:comment w:id="29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保管場所：例 本社 2F</w:t>
      </w:r>
    </w:p>
  </w:comment>
  <w:comment w:id="3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使用者：例 総務部</w:t>
      </w:r>
    </w:p>
  </w:comment>
  <w:comment w:id="3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状態：例 使用中</w:t>
      </w:r>
    </w:p>
  </w:comment>
  <w:comment w:id="3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3行目 備考：例 リース満了 2028/10</w:t>
      </w:r>
    </w:p>
  </w:comment>
  <w:comment w:id="33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管理番号：例 BK-007</w:t>
      </w:r>
    </w:p>
  </w:comment>
  <w:comment w:id="34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品名：例 据置型PC</w:t>
      </w:r>
    </w:p>
  </w:comment>
  <w:comment w:id="35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型番：例 DT-900</w:t>
      </w:r>
    </w:p>
  </w:comment>
  <w:comment w:id="36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数量：例 2</w:t>
      </w:r>
    </w:p>
  </w:comment>
  <w:comment w:id="37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単価：例 ¥145,000</w:t>
      </w:r>
    </w:p>
  </w:comment>
  <w:comment w:id="38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取得日：例 2022/04/01</w:t>
      </w:r>
    </w:p>
  </w:comment>
  <w:comment w:id="39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保管場所：例 本社 3F</w:t>
      </w:r>
    </w:p>
  </w:comment>
  <w:comment w:id="4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使用者：例 経理部</w:t>
      </w:r>
    </w:p>
  </w:comment>
  <w:comment w:id="4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状態：例 故障中</w:t>
      </w:r>
    </w:p>
  </w:comment>
  <w:comment w:id="4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4行目 備考：例 修理依頼</w:t>
      </w:r>
    </w:p>
    <w:p>
      <w:pPr>
        <w:pStyle w:val="CommentText"/>
      </w:pPr>
      <w:r>
        <w:t>2026/08</w:t>
      </w:r>
    </w:p>
  </w:comment>
  <w:comment w:id="43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管理番号：例 BK-008</w:t>
      </w:r>
    </w:p>
  </w:comment>
  <w:comment w:id="44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品名：例 エアコン</w:t>
      </w:r>
    </w:p>
  </w:comment>
  <w:comment w:id="45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型番：例 AC-EX22</w:t>
      </w:r>
    </w:p>
  </w:comment>
  <w:comment w:id="46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数量：例 1</w:t>
      </w:r>
    </w:p>
  </w:comment>
  <w:comment w:id="47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単価：例 ¥220,000</w:t>
      </w:r>
    </w:p>
  </w:comment>
  <w:comment w:id="48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取得日：例 2021/06/01</w:t>
      </w:r>
    </w:p>
  </w:comment>
  <w:comment w:id="49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保管場所：例 会議室 A</w:t>
      </w:r>
    </w:p>
  </w:comment>
  <w:comment w:id="50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使用者：例 総務部</w:t>
      </w:r>
    </w:p>
  </w:comment>
  <w:comment w:id="51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状態：例 使用中</w:t>
      </w:r>
    </w:p>
  </w:comment>
  <w:comment w:id="52" w:author="やっとくん" w:initials="" w:date="2026-10-04T06:55:03Z">
    <w:p>
      <w:pPr>
        <w:pStyle w:val="CommentText"/>
      </w:pPr>
      <w:r>
        <w:rPr>
          <w:rStyle w:val="CommentReference"/>
        </w:rPr>
        <w:annotationRef/>
      </w:r>
      <w:r>
        <w:t>5行目 備考：必要に応じて記入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