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出張申請書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出張期間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出張先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目的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日程・スケジュール</w:t>
            </w:r>
          </w:p>
        </w:tc>
      </w:tr>
      <w:tr>
        <w:trPr>
          <w:trHeight w:val="4388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出張費用概算</w:t>
            </w:r>
          </w:p>
        </w:tc>
      </w:tr>
      <w:tr>
        <w:trPr>
          <w:trHeight w:val="1633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749"/>
        <w:gridCol w:w="1327"/>
        <w:gridCol w:w="1327"/>
        <w:gridCol w:w="1327"/>
      </w:tblGrid>
      <w:tr>
        <w:trPr>
          <w:trHeight w:val="27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承認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起案</w:t>
            </w:r>
          </w:p>
        </w:tc>
      </w:tr>
      <w:tr>
        <w:trPr>
          <w:trHeight w:val="95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