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出張申請書</w:t>
      </w:r>
    </w:p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【3】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106"/>
        <w:gridCol w:w="3759"/>
        <w:gridCol w:w="1106"/>
        <w:gridCol w:w="3759"/>
      </w:tblGrid>
      <w:tr>
        <w:trPr>
          <w:trHeight w:val="386" w:hRule="atLeast"/>
        </w:trPr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所属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【営業部】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氏名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花子】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出張期間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【2026年10月5日～10月6日】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出張先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【サンプル商事 本社（大阪市）】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目的</w:t>
            </w:r>
          </w:p>
        </w:tc>
      </w:tr>
      <w:tr>
        <w:trPr>
          <w:trHeight w:val="1020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【新サービス導入に向けた要件の確認と運用担当者との打合せ。】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日程・スケジュール</w:t>
            </w:r>
          </w:p>
        </w:tc>
      </w:tr>
      <w:tr>
        <w:trPr>
          <w:trHeight w:val="4388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【10月5日 09:00 東京駅出発、12:00 大阪駅着。</w:t>
              <w:br/>
              <w:t>14:00～17:00 客先にて要件打合せ。</w:t>
              <w:br/>
              <w:t>10月6日 09:00～12:00 運用担当者との確認。</w:t>
              <w:br/>
              <w:t>14:00 大阪駅出発、17:00 東京駅着。】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出張費用概算</w:t>
            </w:r>
          </w:p>
        </w:tc>
      </w:tr>
      <w:tr>
        <w:trPr>
          <w:trHeight w:val="1633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【交通費 30,000円、宿泊費 12,000円。</w:t>
              <w:br/>
              <w:t>概算合計 42,000円（確認済みの概算を入力）。】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5749"/>
        <w:gridCol w:w="1327"/>
        <w:gridCol w:w="1327"/>
        <w:gridCol w:w="1327"/>
      </w:tblGrid>
      <w:tr>
        <w:trPr>
          <w:trHeight w:val="272" w:hRule="atLeast"/>
        </w:trPr>
        <w:tc>
          <w:tcPr>
            <w:tcW w:type="dxa" w:w="5749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承認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起案</w:t>
            </w:r>
          </w:p>
        </w:tc>
      </w:tr>
      <w:tr>
        <w:trPr>
          <w:trHeight w:val="952" w:hRule="atLeast"/>
        </w:trPr>
        <w:tc>
          <w:tcPr>
            <w:tcW w:type="dxa" w:w="5749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一般的な様式です。記入例は架空です。勤務先・取引先の規定と確認済みの内容に合わせてご利用ください。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3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例：営業部</w:t>
      </w:r>
    </w:p>
  </w:comment>
  <w:comment w:id="4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5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例：2026年10月5日～10月6日</w:t>
      </w:r>
    </w:p>
  </w:comment>
  <w:comment w:id="6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例：サンプル商事 本社（大阪市）</w:t>
      </w:r>
    </w:p>
  </w:comment>
  <w:comment w:id="7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例：新サービス導入に向けた要件の確認と運用担当者との打合せ。</w:t>
      </w:r>
    </w:p>
  </w:comment>
  <w:comment w:id="8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例：10月5日 09:00 東京駅出発、12:00 大阪駅着。</w:t>
      </w:r>
    </w:p>
  </w:comment>
  <w:comment w:id="9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例：交通費 30,000円、宿泊費 12,000円。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