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育児休業申出書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【人事部長】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［申出日］　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［申出者］所属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私は、育児・介護休業等に関する規則に基づき、下記のとおり育児休業の申出をします。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 休業に係る</w:t>
              <w:br/>
              <w:t>子の状況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(1) 氏名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太郎】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(2) 生年月日　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(3) 本人との続柄　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【長男】</w:t>
            </w:r>
            <w:commentRangeEnd w:id="10"/>
            <w:r>
              <w:rPr>
                <w:rStyle w:val="CommentReference"/>
              </w:rPr>
              <w:commentReference w:id="10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(4) 養子の場合、縁組成立の年月日　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2 子が生まれて</w:t>
              <w:br/>
              <w:t>いない場合の</w:t>
              <w:br/>
              <w:t>出産予定者の状況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(1) 氏名　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commentRangeEnd w:id="14"/>
            <w:r>
              <w:rPr>
                <w:rStyle w:val="CommentReference"/>
              </w:rPr>
              <w:commentReference w:id="1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(2) 出産予定日　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(3) 本人との続柄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3 休業の期間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【11】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【6】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日から　</w:t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【2027】</w:t>
            </w:r>
            <w:commentRangeEnd w:id="22"/>
            <w:r>
              <w:rPr>
                <w:rStyle w:val="CommentReference"/>
              </w:rPr>
              <w:commentReference w:id="2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23"/>
            <w:r>
              <w:rPr>
                <w:rStyle w:val="CommentReference"/>
              </w:rPr>
              <w:commentReference w:id="2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24"/>
            <w:r>
              <w:rPr>
                <w:rStyle w:val="CommentReference"/>
              </w:rPr>
              <w:commentReference w:id="2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（職場復帰予定日　</w:t>
            </w: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【2027】</w:t>
            </w:r>
            <w:commentRangeEnd w:id="25"/>
            <w:r>
              <w:rPr>
                <w:rStyle w:val="CommentReference"/>
              </w:rPr>
              <w:commentReference w:id="2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27"/>
            <w:r>
              <w:rPr>
                <w:rStyle w:val="CommentReference"/>
              </w:rPr>
              <w:commentReference w:id="2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日）</w:t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※ 1回目と2回目を一括で申し出る場合に記載（2回目を後日申し出ることも可能）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8"/>
            <w:r>
              <w:rPr>
                <w:rStyle w:val="CommentReference"/>
              </w:rPr>
              <w:commentReference w:id="2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29"/>
            <w:r>
              <w:rPr>
                <w:rStyle w:val="CommentReference"/>
              </w:rPr>
              <w:commentReference w:id="2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0"/>
            <w:r>
              <w:rPr>
                <w:rStyle w:val="CommentReference"/>
              </w:rPr>
              <w:commentReference w:id="3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日から　</w:t>
            </w: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1"/>
            <w:r>
              <w:rPr>
                <w:rStyle w:val="CommentReference"/>
              </w:rPr>
              <w:commentReference w:id="3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2"/>
            <w:r>
              <w:rPr>
                <w:rStyle w:val="CommentReference"/>
              </w:rPr>
              <w:commentReference w:id="3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3"/>
            <w:r>
              <w:rPr>
                <w:rStyle w:val="CommentReference"/>
              </w:rPr>
              <w:commentReference w:id="3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（職場復帰予定日　</w:t>
            </w: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4"/>
            <w:r>
              <w:rPr>
                <w:rStyle w:val="CommentReference"/>
              </w:rPr>
              <w:commentReference w:id="3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5"/>
            <w:r>
              <w:rPr>
                <w:rStyle w:val="CommentReference"/>
              </w:rPr>
              <w:commentReference w:id="3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6"/>
            <w:r>
              <w:rPr>
                <w:rStyle w:val="CommentReference"/>
              </w:rPr>
              <w:commentReference w:id="3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4 申出に係る</w:t>
              <w:br/>
              <w:t>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(1) 休業開始予定日の1か月前に申し出て　</w:t>
            </w: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【いる】</w:t>
            </w:r>
            <w:commentRangeEnd w:id="37"/>
            <w:r>
              <w:rPr>
                <w:rStyle w:val="CommentReference"/>
              </w:rPr>
              <w:commentReference w:id="37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　→ いない場合、申出が遅れた理由〔</w:t>
            </w: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〕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(2) 1の子の育児休業をしたことが（予定を含む）　</w:t>
            </w: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【ない】</w:t>
            </w:r>
            <w:commentRangeEnd w:id="39"/>
            <w:r>
              <w:rPr>
                <w:rStyle w:val="CommentReference"/>
              </w:rPr>
              <w:commentReference w:id="3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0"/>
            <w:r>
              <w:rPr>
                <w:rStyle w:val="CommentReference"/>
              </w:rPr>
              <w:commentReference w:id="4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回）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(3) 1の子について育児休業の申出を撤回したことが　</w:t>
            </w: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【ない】</w:t>
            </w:r>
            <w:commentRangeEnd w:id="41"/>
            <w:r>
              <w:rPr>
                <w:rStyle w:val="CommentReference"/>
              </w:rPr>
              <w:commentReference w:id="4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2"/>
            <w:r>
              <w:rPr>
                <w:rStyle w:val="CommentReference"/>
              </w:rPr>
              <w:commentReference w:id="4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回）</w:t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(4) 配偶者も育児休業をしており、1歳を超えて休業しようとする場合（パパ・ママ育休プラス）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　配偶者の休業開始（予定）日　</w:t>
            </w: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43"/>
            <w:r>
              <w:rPr>
                <w:rStyle w:val="CommentReference"/>
              </w:rPr>
              <w:commentReference w:id="4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4"/>
            <w:r>
              <w:rPr>
                <w:rStyle w:val="CommentReference"/>
              </w:rPr>
              <w:commentReference w:id="4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5"/>
            <w:r>
              <w:rPr>
                <w:rStyle w:val="CommentReference"/>
              </w:rPr>
              <w:commentReference w:id="4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（注）1歳までの育児休業は原則2回まで分けて取れます。申出の撤回1回につき1回休業したものとみなします。出生時育児休業（産後パパ育休）と1歳を超える育児休業は、厚生労働省の社内様式例の欄で申し出て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子が1歳になるまでの育児休業の申出書です（厚生労働省の社内様式例の欄に沿っています）。育児休業は原則2回まで分</w:t>
        <w:br/>
        <w:t>けて取れます（育児・介護休業法第5条）。休業開始予定日の1か月前までに申し出ます（遅れた時は会社が開始日を指定できます。</w:t>
        <w:br/>
        <w:t>同法第6条第3項）。会社の様式がある時はそちらを優先し、最新の法令と就業規則を確認してください。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例：人事部長</w:t>
      </w:r>
    </w:p>
  </w:comment>
  <w:comment w:id="1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4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7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9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0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例：長男</w:t>
      </w:r>
    </w:p>
  </w:comment>
  <w:comment w:id="11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養子縁組の成立日（年）を記入</w:t>
      </w:r>
    </w:p>
  </w:comment>
  <w:comment w:id="12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養子縁組の成立日（月）を記入</w:t>
      </w:r>
    </w:p>
  </w:comment>
  <w:comment w:id="13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養子縁組の成立日（日）を記入</w:t>
      </w:r>
    </w:p>
  </w:comment>
  <w:comment w:id="14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出産予定者の氏名を記入</w:t>
      </w:r>
    </w:p>
  </w:comment>
  <w:comment w:id="15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出産予定日（年）を記入</w:t>
      </w:r>
    </w:p>
  </w:comment>
  <w:comment w:id="16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出産予定日（月）を記入</w:t>
      </w:r>
    </w:p>
  </w:comment>
  <w:comment w:id="17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出産予定日（日）を記入</w:t>
      </w:r>
    </w:p>
  </w:comment>
  <w:comment w:id="18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出産予定者と申出者の続柄を記入</w:t>
      </w:r>
    </w:p>
  </w:comment>
  <w:comment w:id="19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0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21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例：6</w:t>
      </w:r>
    </w:p>
  </w:comment>
  <w:comment w:id="22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例：2027</w:t>
      </w:r>
    </w:p>
  </w:comment>
  <w:comment w:id="23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4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5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例：2027</w:t>
      </w:r>
    </w:p>
  </w:comment>
  <w:comment w:id="26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7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8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2回目の休業開始予定日（年）を記入</w:t>
      </w:r>
    </w:p>
  </w:comment>
  <w:comment w:id="29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2回目の休業開始予定日（月）を記入</w:t>
      </w:r>
    </w:p>
  </w:comment>
  <w:comment w:id="30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2回目の休業開始予定日（日）を記入</w:t>
      </w:r>
    </w:p>
  </w:comment>
  <w:comment w:id="31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2回目の休業終了予定日（年）を記入</w:t>
      </w:r>
    </w:p>
  </w:comment>
  <w:comment w:id="32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2回目の休業終了予定日（月）を記入</w:t>
      </w:r>
    </w:p>
  </w:comment>
  <w:comment w:id="33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2回目の休業終了予定日（日）を記入</w:t>
      </w:r>
    </w:p>
  </w:comment>
  <w:comment w:id="34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2回目の職場復帰予定日（年）を記入</w:t>
      </w:r>
    </w:p>
  </w:comment>
  <w:comment w:id="35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2回目の職場復帰予定日（月）を記入</w:t>
      </w:r>
    </w:p>
  </w:comment>
  <w:comment w:id="36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2回目の職場復帰予定日（日）を記入</w:t>
      </w:r>
    </w:p>
  </w:comment>
  <w:comment w:id="37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1か月前までの申出か：▼から選ぶ（いる・いない）</w:t>
      </w:r>
    </w:p>
  </w:comment>
  <w:comment w:id="38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申出が遅れた理由を記入</w:t>
      </w:r>
    </w:p>
  </w:comment>
  <w:comment w:id="39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この子の育児休業の有無：▼から選ぶ（ない・ある）</w:t>
      </w:r>
    </w:p>
  </w:comment>
  <w:comment w:id="40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育児休業をした回数を記入</w:t>
      </w:r>
    </w:p>
  </w:comment>
  <w:comment w:id="41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申出の撤回の有無：▼から選ぶ（ない・ある）</w:t>
      </w:r>
    </w:p>
  </w:comment>
  <w:comment w:id="42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撤回した回数を記入</w:t>
      </w:r>
    </w:p>
  </w:comment>
  <w:comment w:id="43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配偶者の休業開始日（年）を記入</w:t>
      </w:r>
    </w:p>
  </w:comment>
  <w:comment w:id="44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配偶者の休業開始日（月）を記入</w:t>
      </w:r>
    </w:p>
  </w:comment>
  <w:comment w:id="45" w:author="やっとくん" w:initials="や" w:date="2026-10-17T11:46:36Z">
    <w:p>
      <w:pPr>
        <w:pStyle w:val="CommentText"/>
      </w:pPr>
      <w:r>
        <w:rPr>
          <w:rStyle w:val="CommentReference"/>
        </w:rPr>
        <w:annotationRef/>
      </w:r>
      <w:r>
        <w:t>配偶者の休業開始日（日）を記入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