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賃金台帳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氏名：【鈴木 一郎】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性別：男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雇入年月日：【2020 年 4 月 1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年度：【2026 年度】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871"/>
        <w:gridCol w:w="1020"/>
        <w:gridCol w:w="1361"/>
        <w:gridCol w:w="1020"/>
        <w:gridCol w:w="1020"/>
        <w:gridCol w:w="1020"/>
        <w:gridCol w:w="1474"/>
        <w:gridCol w:w="1474"/>
        <w:gridCol w:w="1474"/>
        <w:gridCol w:w="1361"/>
        <w:gridCol w:w="1587"/>
      </w:tblGrid>
      <w:tr>
        <w:trPr>
          <w:trHeight w:val="435" w:hRule="exact"/>
        </w:trPr>
        <w:tc>
          <w:tcPr>
            <w:tcW w:type="dxa" w:w="187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賃金計算期間</w:t>
            </w:r>
          </w:p>
        </w:tc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労働日数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労働時間数</w:t>
            </w:r>
          </w:p>
        </w:tc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時間外</w:t>
            </w:r>
          </w:p>
        </w:tc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休日</w:t>
            </w:r>
          </w:p>
        </w:tc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深夜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基本給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割増手当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通勤手当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控除額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差引支給額</w:t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4/1〜4/30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168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¥256,000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¥61,360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¥233,640</w:t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5/1〜5/31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19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152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15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¥256,000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¥47,280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¥66,200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¥252,080</w:t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6/1〜6/30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22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176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¥256,000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¥12,000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¥58,860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¥224,140</w:t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7/1〜7/31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22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176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¥256,000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¥17,600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¥60,030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¥228,570</w:t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8/1〜8/31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144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¥256,000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¥56,370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¥214,630</w:t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9/1〜9/30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168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¥256,000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¥60,530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¥230,470</w:t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8787"/>
        <w:gridCol w:w="1474"/>
        <w:gridCol w:w="1474"/>
        <w:gridCol w:w="1361"/>
        <w:gridCol w:w="1587"/>
      </w:tblGrid>
      <w:tr>
        <w:trPr>
          <w:trHeight w:val="384" w:hRule="exact"/>
        </w:trPr>
        <w:tc>
          <w:tcPr>
            <w:tcW w:type="dxa" w:w="8787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記載件数</w:t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6 件</w:t>
            </w:r>
          </w:p>
        </w:tc>
        <w:tc>
          <w:tcPr>
            <w:tcW w:type="dxa" w:w="136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支給額合計</w:t>
            </w:r>
          </w:p>
        </w:tc>
        <w:tc>
          <w:tcPr>
            <w:tcW w:type="dxa" w:w="158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¥1,383,530</w:t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労働基準法第 108 条・同法施行規則第 54 条の記載事項に基づく一般的な様式です。手当・控除の内訳は、自社の賃金構成に合わせて列を追加してください。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