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615" w:lineRule="exact"/>
        <w:jc w:val="center"/>
      </w:pPr>
      <w:r>
        <w:rPr>
          <w:rFonts w:ascii="Yu Gothic" w:hAnsi="Yu Gothic" w:eastAsia="Yu Gothic"/>
          <w:b/>
          <w:color w:val="141414"/>
          <w:sz w:val="28"/>
        </w:rPr>
        <w:t>契約管理台帳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6009"/>
        <w:gridCol w:w="8674"/>
      </w:tblGrid>
      <w:tr>
        <w:trPr>
          <w:trHeight w:val="342" w:hRule="atLeast"/>
        </w:trPr>
        <w:tc>
          <w:tcPr>
            <w:tcW w:type="dxa" w:w="6009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部署</w:t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</w:t>
            </w:r>
          </w:p>
        </w:tc>
      </w:tr>
      <w:tr>
        <w:trPr>
          <w:trHeight w:val="342" w:hRule="atLeast"/>
        </w:trPr>
        <w:tc>
          <w:tcPr>
            <w:tcW w:type="dxa" w:w="6009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更新日</w:t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</w:t>
            </w:r>
          </w:p>
        </w:tc>
      </w:tr>
      <w:tr>
        <w:trPr>
          <w:trHeight w:val="342" w:hRule="atLeast"/>
        </w:trPr>
        <w:tc>
          <w:tcPr>
            <w:tcW w:type="dxa" w:w="6009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管理者</w:t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</w:t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587"/>
        <w:gridCol w:w="4422"/>
        <w:gridCol w:w="2721"/>
        <w:gridCol w:w="1871"/>
        <w:gridCol w:w="1871"/>
        <w:gridCol w:w="2211"/>
      </w:tblGrid>
      <w:tr>
        <w:trPr>
          <w:trHeight w:val="367" w:hRule="atLeast"/>
        </w:trPr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契約番号</w:t>
            </w:r>
          </w:p>
        </w:tc>
        <w:tc>
          <w:tcPr>
            <w:tcW w:type="dxa" w:w="442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契約名</w:t>
            </w:r>
          </w:p>
        </w:tc>
        <w:tc>
          <w:tcPr>
            <w:tcW w:type="dxa" w:w="272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契約先</w:t>
            </w:r>
          </w:p>
        </w:tc>
        <w:tc>
          <w:tcPr>
            <w:tcW w:type="dxa" w:w="187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締結日</w:t>
            </w:r>
          </w:p>
        </w:tc>
        <w:tc>
          <w:tcPr>
            <w:tcW w:type="dxa" w:w="187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開始日</w:t>
            </w:r>
          </w:p>
        </w:tc>
        <w:tc>
          <w:tcPr>
            <w:tcW w:type="dxa" w:w="221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保管場所</w:t>
            </w:r>
          </w:p>
        </w:tc>
      </w:tr>
      <w:tr>
        <w:trPr>
          <w:trHeight w:val="345" w:hRule="atLeast"/>
        </w:trPr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</w:t>
            </w:r>
          </w:p>
        </w:tc>
        <w:tc>
          <w:tcPr>
            <w:tcW w:type="dxa" w:w="442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</w:t>
            </w:r>
          </w:p>
        </w:tc>
        <w:tc>
          <w:tcPr>
            <w:tcW w:type="dxa" w:w="272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</w:t>
            </w:r>
          </w:p>
        </w:tc>
        <w:tc>
          <w:tcPr>
            <w:tcW w:type="dxa" w:w="187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187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221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</w:t>
            </w:r>
          </w:p>
        </w:tc>
      </w:tr>
      <w:tr>
        <w:trPr>
          <w:trHeight w:val="345" w:hRule="atLeast"/>
        </w:trPr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</w:t>
            </w:r>
          </w:p>
        </w:tc>
        <w:tc>
          <w:tcPr>
            <w:tcW w:type="dxa" w:w="442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</w:t>
            </w:r>
          </w:p>
        </w:tc>
        <w:tc>
          <w:tcPr>
            <w:tcW w:type="dxa" w:w="272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</w:t>
            </w:r>
          </w:p>
        </w:tc>
        <w:tc>
          <w:tcPr>
            <w:tcW w:type="dxa" w:w="187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187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221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</w:t>
            </w:r>
          </w:p>
        </w:tc>
      </w:tr>
      <w:tr>
        <w:trPr>
          <w:trHeight w:val="345" w:hRule="atLeast"/>
        </w:trPr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</w:t>
            </w:r>
          </w:p>
        </w:tc>
        <w:tc>
          <w:tcPr>
            <w:tcW w:type="dxa" w:w="442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</w:t>
            </w:r>
          </w:p>
        </w:tc>
        <w:tc>
          <w:tcPr>
            <w:tcW w:type="dxa" w:w="272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</w:t>
            </w:r>
          </w:p>
        </w:tc>
        <w:tc>
          <w:tcPr>
            <w:tcW w:type="dxa" w:w="187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187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221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</w:t>
            </w:r>
          </w:p>
        </w:tc>
      </w:tr>
      <w:tr>
        <w:trPr>
          <w:trHeight w:val="345" w:hRule="atLeast"/>
        </w:trPr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</w:t>
            </w:r>
          </w:p>
        </w:tc>
        <w:tc>
          <w:tcPr>
            <w:tcW w:type="dxa" w:w="442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</w:t>
            </w:r>
          </w:p>
        </w:tc>
        <w:tc>
          <w:tcPr>
            <w:tcW w:type="dxa" w:w="272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</w:t>
            </w:r>
          </w:p>
        </w:tc>
        <w:tc>
          <w:tcPr>
            <w:tcW w:type="dxa" w:w="187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187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221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</w:t>
            </w:r>
          </w:p>
        </w:tc>
      </w:tr>
      <w:tr>
        <w:trPr>
          <w:trHeight w:val="345" w:hRule="atLeast"/>
        </w:trPr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</w:t>
            </w:r>
          </w:p>
        </w:tc>
        <w:tc>
          <w:tcPr>
            <w:tcW w:type="dxa" w:w="442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</w:t>
            </w:r>
          </w:p>
        </w:tc>
        <w:tc>
          <w:tcPr>
            <w:tcW w:type="dxa" w:w="272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</w:t>
            </w:r>
          </w:p>
        </w:tc>
        <w:tc>
          <w:tcPr>
            <w:tcW w:type="dxa" w:w="187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187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221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</w:t>
            </w:r>
          </w:p>
        </w:tc>
      </w:tr>
      <w:tr>
        <w:trPr>
          <w:trHeight w:val="345" w:hRule="atLeast"/>
        </w:trPr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</w:t>
            </w:r>
          </w:p>
        </w:tc>
        <w:tc>
          <w:tcPr>
            <w:tcW w:type="dxa" w:w="442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</w:t>
            </w:r>
          </w:p>
        </w:tc>
        <w:tc>
          <w:tcPr>
            <w:tcW w:type="dxa" w:w="272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</w:t>
            </w:r>
          </w:p>
        </w:tc>
        <w:tc>
          <w:tcPr>
            <w:tcW w:type="dxa" w:w="187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187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221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</w:t>
            </w:r>
          </w:p>
        </w:tc>
      </w:tr>
      <w:tr>
        <w:trPr>
          <w:trHeight w:val="345" w:hRule="atLeast"/>
        </w:trPr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</w:t>
            </w:r>
          </w:p>
        </w:tc>
        <w:tc>
          <w:tcPr>
            <w:tcW w:type="dxa" w:w="442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</w:t>
            </w:r>
          </w:p>
        </w:tc>
        <w:tc>
          <w:tcPr>
            <w:tcW w:type="dxa" w:w="272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</w:t>
            </w:r>
          </w:p>
        </w:tc>
        <w:tc>
          <w:tcPr>
            <w:tcW w:type="dxa" w:w="187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187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221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</w:t>
            </w:r>
          </w:p>
        </w:tc>
      </w:tr>
      <w:tr>
        <w:trPr>
          <w:trHeight w:val="345" w:hRule="atLeast"/>
        </w:trPr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</w:t>
            </w:r>
          </w:p>
        </w:tc>
        <w:tc>
          <w:tcPr>
            <w:tcW w:type="dxa" w:w="442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</w:t>
            </w:r>
          </w:p>
        </w:tc>
        <w:tc>
          <w:tcPr>
            <w:tcW w:type="dxa" w:w="272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</w:t>
            </w:r>
          </w:p>
        </w:tc>
        <w:tc>
          <w:tcPr>
            <w:tcW w:type="dxa" w:w="187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187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221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</w:t>
            </w:r>
          </w:p>
        </w:tc>
      </w:tr>
      <w:tr>
        <w:trPr>
          <w:trHeight w:val="345" w:hRule="atLeast"/>
        </w:trPr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</w:t>
            </w:r>
          </w:p>
        </w:tc>
        <w:tc>
          <w:tcPr>
            <w:tcW w:type="dxa" w:w="442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</w:t>
            </w:r>
          </w:p>
        </w:tc>
        <w:tc>
          <w:tcPr>
            <w:tcW w:type="dxa" w:w="272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</w:t>
            </w:r>
          </w:p>
        </w:tc>
        <w:tc>
          <w:tcPr>
            <w:tcW w:type="dxa" w:w="187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187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221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</w:t>
            </w:r>
          </w:p>
        </w:tc>
      </w:tr>
      <w:tr>
        <w:trPr>
          <w:trHeight w:val="345" w:hRule="atLeast"/>
        </w:trPr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</w:t>
            </w:r>
          </w:p>
        </w:tc>
        <w:tc>
          <w:tcPr>
            <w:tcW w:type="dxa" w:w="442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</w:t>
            </w:r>
          </w:p>
        </w:tc>
        <w:tc>
          <w:tcPr>
            <w:tcW w:type="dxa" w:w="272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</w:t>
            </w:r>
          </w:p>
        </w:tc>
        <w:tc>
          <w:tcPr>
            <w:tcW w:type="dxa" w:w="187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187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221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</w:t>
            </w:r>
          </w:p>
        </w:tc>
      </w:tr>
      <w:tr>
        <w:trPr>
          <w:trHeight w:val="345" w:hRule="atLeast"/>
        </w:trPr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</w:t>
            </w:r>
          </w:p>
        </w:tc>
        <w:tc>
          <w:tcPr>
            <w:tcW w:type="dxa" w:w="442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</w:t>
            </w:r>
          </w:p>
        </w:tc>
        <w:tc>
          <w:tcPr>
            <w:tcW w:type="dxa" w:w="272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</w:t>
            </w:r>
          </w:p>
        </w:tc>
        <w:tc>
          <w:tcPr>
            <w:tcW w:type="dxa" w:w="187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187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221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</w:t>
            </w:r>
          </w:p>
        </w:tc>
      </w:tr>
      <w:tr>
        <w:trPr>
          <w:trHeight w:val="345" w:hRule="atLeast"/>
        </w:trPr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</w:t>
            </w:r>
          </w:p>
        </w:tc>
        <w:tc>
          <w:tcPr>
            <w:tcW w:type="dxa" w:w="442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</w:t>
            </w:r>
          </w:p>
        </w:tc>
        <w:tc>
          <w:tcPr>
            <w:tcW w:type="dxa" w:w="272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</w:t>
            </w:r>
          </w:p>
        </w:tc>
        <w:tc>
          <w:tcPr>
            <w:tcW w:type="dxa" w:w="187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187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221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</w:t>
            </w:r>
          </w:p>
        </w:tc>
      </w:tr>
      <w:tr>
        <w:trPr>
          <w:trHeight w:val="345" w:hRule="atLeast"/>
        </w:trPr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</w:t>
            </w:r>
          </w:p>
        </w:tc>
        <w:tc>
          <w:tcPr>
            <w:tcW w:type="dxa" w:w="442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</w:t>
            </w:r>
          </w:p>
        </w:tc>
        <w:tc>
          <w:tcPr>
            <w:tcW w:type="dxa" w:w="272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</w:t>
            </w:r>
          </w:p>
        </w:tc>
        <w:tc>
          <w:tcPr>
            <w:tcW w:type="dxa" w:w="187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187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221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</w:t>
            </w:r>
          </w:p>
        </w:tc>
      </w:tr>
      <w:tr>
        <w:trPr>
          <w:trHeight w:val="345" w:hRule="atLeast"/>
        </w:trPr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</w:t>
            </w:r>
          </w:p>
        </w:tc>
        <w:tc>
          <w:tcPr>
            <w:tcW w:type="dxa" w:w="442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</w:t>
            </w:r>
          </w:p>
        </w:tc>
        <w:tc>
          <w:tcPr>
            <w:tcW w:type="dxa" w:w="272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</w:t>
            </w:r>
          </w:p>
        </w:tc>
        <w:tc>
          <w:tcPr>
            <w:tcW w:type="dxa" w:w="187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187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221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</w:t>
            </w:r>
          </w:p>
        </w:tc>
      </w:tr>
      <w:tr>
        <w:trPr>
          <w:trHeight w:val="345" w:hRule="atLeast"/>
        </w:trPr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</w:t>
            </w:r>
          </w:p>
        </w:tc>
        <w:tc>
          <w:tcPr>
            <w:tcW w:type="dxa" w:w="442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</w:t>
            </w:r>
          </w:p>
        </w:tc>
        <w:tc>
          <w:tcPr>
            <w:tcW w:type="dxa" w:w="272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</w:t>
            </w:r>
          </w:p>
        </w:tc>
        <w:tc>
          <w:tcPr>
            <w:tcW w:type="dxa" w:w="187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187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221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6009"/>
        <w:gridCol w:w="2721"/>
        <w:gridCol w:w="1871"/>
        <w:gridCol w:w="1871"/>
        <w:gridCol w:w="2211"/>
      </w:tblGrid>
      <w:tr>
        <w:tc>
          <w:tcPr>
            <w:tcW w:type="dxa" w:w="6009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  <w:tc>
          <w:tcPr>
            <w:tcW w:type="dxa" w:w="2721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記録件数</w:t>
            </w:r>
          </w:p>
        </w:tc>
        <w:tc>
          <w:tcPr>
            <w:tcW w:type="dxa" w:w="1871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  <w:tc>
          <w:tcPr>
            <w:tcW w:type="dxa" w:w="1871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  <w:tc>
          <w:tcPr>
            <w:tcW w:type="dxa" w:w="2211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</w:tr>
    </w:tbl>
    <w:sectPr w:rsidR="00FC693F" w:rsidRPr="0006063C" w:rsidSect="00034616">
      <w:pgSz w:w="16838" w:h="11906" w:orient="landscape"/>
      <w:pgMar w:top="1020" w:right="1077" w:bottom="62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