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契約管理台帳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6009"/>
        <w:gridCol w:w="8674"/>
      </w:tblGrid>
      <w:tr>
        <w:trPr>
          <w:trHeight w:val="342" w:hRule="atLeast"/>
        </w:trPr>
        <w:tc>
          <w:tcPr>
            <w:tcW w:type="dxa" w:w="6009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部署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【総務部】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342" w:hRule="atLeast"/>
        </w:trPr>
        <w:tc>
          <w:tcPr>
            <w:tcW w:type="dxa" w:w="6009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更新日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【2026/10/03】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6009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管理者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花子】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4422"/>
        <w:gridCol w:w="2721"/>
        <w:gridCol w:w="1871"/>
        <w:gridCol w:w="1871"/>
        <w:gridCol w:w="2211"/>
      </w:tblGrid>
      <w:tr>
        <w:trPr>
          <w:trHeight w:val="367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契約番号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契約名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契約先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締結日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開始日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保管場所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【CT-001】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【保守契約】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【サンプル設備】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【2026/09/15】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【2026/10/01】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【総務書庫 A-1】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【CT-002】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【清掃委託契約】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【テスト清掃】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【2026/09/20】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【2026/10/01】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【総務書庫 A-2】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【CT-003】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【印刷委託契約】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【ダミー印刷】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【2026/09/25】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【2026/10/01】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【営業書庫 B-1】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【CT-004】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【機器リース契約】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【サンプル機器】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【2026/09/28】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【2026/10/01】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【経理書庫 C-1】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【CT-005】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【配送委託契約】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【テスト配送】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【2026/09/30】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【2026/10/01】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【総務書庫 A-3】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6009"/>
        <w:gridCol w:w="2721"/>
        <w:gridCol w:w="1871"/>
        <w:gridCol w:w="1871"/>
        <w:gridCol w:w="2211"/>
      </w:tblGrid>
      <w:tr>
        <w:tc>
          <w:tcPr>
            <w:tcW w:type="dxa" w:w="6009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272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記録件数</w:t>
            </w:r>
          </w:p>
        </w:tc>
        <w:tc>
          <w:tcPr>
            <w:tcW w:type="dxa" w:w="187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5 件</w:t>
            </w:r>
          </w:p>
        </w:tc>
        <w:tc>
          <w:tcPr>
            <w:tcW w:type="dxa" w:w="187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一般的な様式です。記入例は架空です。各社の規定・運用に従ってご利用ください。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部署：例 総務部</w:t>
      </w:r>
    </w:p>
  </w:comment>
  <w:comment w:id="1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更新日：例 2026/10/03</w:t>
      </w:r>
    </w:p>
  </w:comment>
  <w:comment w:id="2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管理者：例 山田 花子</w:t>
      </w:r>
    </w:p>
  </w:comment>
  <w:comment w:id="3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1行目 契約番号：例 CT-001</w:t>
      </w:r>
    </w:p>
  </w:comment>
  <w:comment w:id="4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1行目 契約名：例 保守契約</w:t>
      </w:r>
    </w:p>
  </w:comment>
  <w:comment w:id="5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1行目 契約先：例 サンプル設備</w:t>
      </w:r>
    </w:p>
  </w:comment>
  <w:comment w:id="6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1行目 締結日：例 2026/09/15</w:t>
      </w:r>
    </w:p>
  </w:comment>
  <w:comment w:id="7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1行目 開始日：例 2026/10/01</w:t>
      </w:r>
    </w:p>
  </w:comment>
  <w:comment w:id="8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1行目 保管場所：例 総務書庫 A-1</w:t>
      </w:r>
    </w:p>
  </w:comment>
  <w:comment w:id="9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2行目 契約番号：例 CT-002</w:t>
      </w:r>
    </w:p>
  </w:comment>
  <w:comment w:id="10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2行目 契約名：例 清掃委託契約</w:t>
      </w:r>
    </w:p>
  </w:comment>
  <w:comment w:id="11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2行目 契約先：例 テスト清掃</w:t>
      </w:r>
    </w:p>
  </w:comment>
  <w:comment w:id="12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2行目 締結日：例 2026/09/20</w:t>
      </w:r>
    </w:p>
  </w:comment>
  <w:comment w:id="13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2行目 開始日：例 2026/10/01</w:t>
      </w:r>
    </w:p>
  </w:comment>
  <w:comment w:id="14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2行目 保管場所：例 総務書庫 A-2</w:t>
      </w:r>
    </w:p>
  </w:comment>
  <w:comment w:id="15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3行目 契約番号：例 CT-003</w:t>
      </w:r>
    </w:p>
  </w:comment>
  <w:comment w:id="16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3行目 契約名：例 印刷委託契約</w:t>
      </w:r>
    </w:p>
  </w:comment>
  <w:comment w:id="17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3行目 契約先：例 ダミー印刷</w:t>
      </w:r>
    </w:p>
  </w:comment>
  <w:comment w:id="18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3行目 締結日：例 2026/09/25</w:t>
      </w:r>
    </w:p>
  </w:comment>
  <w:comment w:id="19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3行目 開始日：例 2026/10/01</w:t>
      </w:r>
    </w:p>
  </w:comment>
  <w:comment w:id="20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3行目 保管場所：例 営業書庫 B-1</w:t>
      </w:r>
    </w:p>
  </w:comment>
  <w:comment w:id="21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4行目 契約番号：例 CT-004</w:t>
      </w:r>
    </w:p>
  </w:comment>
  <w:comment w:id="22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4行目 契約名：例 機器リース契約</w:t>
      </w:r>
    </w:p>
  </w:comment>
  <w:comment w:id="23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4行目 契約先：例 サンプル機器</w:t>
      </w:r>
    </w:p>
  </w:comment>
  <w:comment w:id="24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4行目 締結日：例 2026/09/28</w:t>
      </w:r>
    </w:p>
  </w:comment>
  <w:comment w:id="25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4行目 開始日：例 2026/10/01</w:t>
      </w:r>
    </w:p>
  </w:comment>
  <w:comment w:id="26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4行目 保管場所：例 経理書庫 C-1</w:t>
      </w:r>
    </w:p>
  </w:comment>
  <w:comment w:id="27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5行目 契約番号：例 CT-005</w:t>
      </w:r>
    </w:p>
  </w:comment>
  <w:comment w:id="28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5行目 契約名：例 配送委託契約</w:t>
      </w:r>
    </w:p>
  </w:comment>
  <w:comment w:id="29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5行目 契約先：例 テスト配送</w:t>
      </w:r>
    </w:p>
  </w:comment>
  <w:comment w:id="30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5行目 締結日：例 2026/09/30</w:t>
      </w:r>
    </w:p>
  </w:comment>
  <w:comment w:id="31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5行目 開始日：例 2026/10/01</w:t>
      </w:r>
    </w:p>
  </w:comment>
  <w:comment w:id="32" w:author="やっとくん" w:initials="" w:date="2026-10-04T07:15:09Z">
    <w:p>
      <w:pPr>
        <w:pStyle w:val="CommentText"/>
      </w:pPr>
      <w:r>
        <w:rPr>
          <w:rStyle w:val="CommentReference"/>
        </w:rPr>
        <w:annotationRef/>
      </w:r>
      <w:r>
        <w:t>5行目 保管場所：例 総務書庫 A-3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