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クレジットカード管理台帳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事業所：【株式会社やっとくん】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8 月 28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管理部署：管理部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見直し：年 1 回（4 月）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928"/>
        <w:gridCol w:w="1247"/>
        <w:gridCol w:w="907"/>
        <w:gridCol w:w="1474"/>
        <w:gridCol w:w="1701"/>
        <w:gridCol w:w="1587"/>
        <w:gridCol w:w="964"/>
        <w:gridCol w:w="1191"/>
        <w:gridCol w:w="2381"/>
        <w:gridCol w:w="1304"/>
      </w:tblGrid>
      <w:tr>
        <w:trPr>
          <w:trHeight w:val="435" w:hRule="exact"/>
        </w:trPr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カード名称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ブランド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下 4 桁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名義人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利用者・部署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利用限度額</w:t>
            </w:r>
          </w:p>
        </w:tc>
        <w:tc>
          <w:tcPr>
            <w:tcW w:type="dxa" w:w="96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締日</w:t>
            </w:r>
          </w:p>
        </w:tc>
        <w:tc>
          <w:tcPr>
            <w:tcW w:type="dxa" w:w="119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引落日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引落口座</w:t>
            </w:r>
          </w:p>
        </w:tc>
        <w:tc>
          <w:tcPr>
            <w:tcW w:type="dxa" w:w="130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年会費</w:t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ビジネスカード A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Visa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1234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一郎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代表・共通経費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¥1,000,000</w:t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15 日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 10 日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サンプル銀行（普通）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¥13,200</w:t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ビジネスカード B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Mastercard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5678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管理部・仕入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¥500,000</w:t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末日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 27 日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サンプル銀行（普通）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¥2,200</w:t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ETC カード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Visa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9012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一郎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社用車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¥100,000</w:t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15 日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 10 日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サンプル銀行（普通）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¥550</w:t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ネット決済用カード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JCB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3456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一郎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広告・サブスク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¥300,000</w:t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末日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 27 日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サンプル銀行（普通）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96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844"/>
        <w:gridCol w:w="964"/>
        <w:gridCol w:w="1191"/>
        <w:gridCol w:w="2381"/>
        <w:gridCol w:w="1304"/>
      </w:tblGrid>
      <w:tr>
        <w:trPr>
          <w:trHeight w:val="384" w:hRule="exact"/>
        </w:trPr>
        <w:tc>
          <w:tcPr>
            <w:tcW w:type="dxa" w:w="8844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96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記載件数</w:t>
            </w:r>
          </w:p>
        </w:tc>
        <w:tc>
          <w:tcPr>
            <w:tcW w:type="dxa" w:w="119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4 件</w:t>
            </w:r>
          </w:p>
        </w:tc>
        <w:tc>
          <w:tcPr>
            <w:tcW w:type="dxa" w:w="238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  <w:tc>
          <w:tcPr>
            <w:tcW w:type="dxa" w:w="130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一般的な様式です。カード番号は下 4 桁のみ記入し、全桁・有効期限・セキュリティコードは台帳に書かないでください。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