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72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8"/>
        </w:rPr>
        <w:t>扶養家族編入・除外届</w:t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</w:t>
      </w:r>
      <w:r>
        <w:rPr>
          <w:rFonts w:ascii="Yu Gothic" w:hAnsi="Yu Gothic" w:eastAsia="Yu Gothic"/>
          <w:b w:val="0"/>
          <w:color w:val="141414"/>
          <w:sz w:val="20"/>
        </w:rPr>
        <w:t xml:space="preserve">　殿</w:t>
      </w:r>
    </w:p>
    <w:p>
      <w:pPr>
        <w:spacing w:after="18" w:before="0" w:line="264" w:lineRule="exact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>＿＿＿＿</w:t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r>
        <w:rPr>
          <w:rFonts w:ascii="Yu Gothic" w:hAnsi="Yu Gothic" w:eastAsia="Yu Gothic"/>
          <w:b w:val="0"/>
          <w:color w:val="141414"/>
          <w:sz w:val="20"/>
        </w:rPr>
        <w:t>＿＿</w:t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r>
        <w:rPr>
          <w:rFonts w:ascii="Yu Gothic" w:hAnsi="Yu Gothic" w:eastAsia="Yu Gothic"/>
          <w:b w:val="0"/>
          <w:color w:val="141414"/>
          <w:sz w:val="20"/>
        </w:rPr>
        <w:t>＿＿</w:t>
      </w:r>
      <w:r>
        <w:rPr>
          <w:rFonts w:ascii="Yu Gothic" w:hAnsi="Yu Gothic" w:eastAsia="Yu Gothic"/>
          <w:b w:val="0"/>
          <w:color w:val="141414"/>
          <w:sz w:val="20"/>
        </w:rPr>
        <w:t>日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所属　</w:t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＿＿＿＿＿＿＿＿＿＿＿＿＿＿＿＿＿＿＿＿＿＿＿＿＿＿＿</w:t>
      </w:r>
    </w:p>
    <w:p>
      <w:pPr>
        <w:spacing w:after="18" w:before="0" w:line="264" w:lineRule="exact"/>
        <w:jc w:val="left"/>
      </w:pP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氏名　</w:t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＿＿＿＿＿＿＿＿＿＿＿＿＿＿＿＿＿＿＿＿＿＿＿＿＿＿＿</w:t>
      </w:r>
      <w:r>
        <w:rPr>
          <w:rFonts w:ascii="Yu Gothic" w:hAnsi="Yu Gothic" w:eastAsia="Yu Gothic"/>
          <w:b w:val="0"/>
          <w:color w:val="141414"/>
          <w:sz w:val="20"/>
        </w:rPr>
        <w:t xml:space="preserve">　印</w:t>
      </w:r>
    </w:p>
    <w:p>
      <w:pPr>
        <w:spacing w:after="18" w:before="0" w:line="264" w:lineRule="exact"/>
        <w:jc w:val="left"/>
      </w:pPr>
    </w:p>
    <w:p>
      <w:pPr>
        <w:spacing w:after="18" w:before="0" w:line="264" w:lineRule="exact"/>
        <w:jc w:val="left"/>
      </w:pP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下記のとおり、扶養家族の情報変更をお届けします。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3317"/>
        <w:gridCol w:w="1769"/>
        <w:gridCol w:w="1990"/>
        <w:gridCol w:w="1327"/>
        <w:gridCol w:w="1327"/>
      </w:tblGrid>
      <w:tr>
        <w:trPr>
          <w:trHeight w:val="329" w:hRule="atLeast"/>
        </w:trPr>
        <w:tc>
          <w:tcPr>
            <w:tcW w:type="dxa" w:w="3317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フリガナ・家族名</w:t>
            </w:r>
          </w:p>
        </w:tc>
        <w:tc>
          <w:tcPr>
            <w:tcW w:type="dxa" w:w="1769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生年月日</w:t>
            </w:r>
          </w:p>
        </w:tc>
        <w:tc>
          <w:tcPr>
            <w:tcW w:type="dxa" w:w="1990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職業・勤務先等</w:t>
            </w:r>
          </w:p>
        </w:tc>
        <w:tc>
          <w:tcPr>
            <w:tcW w:type="dxa" w:w="1327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同居・別居</w:t>
            </w:r>
          </w:p>
        </w:tc>
        <w:tc>
          <w:tcPr>
            <w:tcW w:type="dxa" w:w="1327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編入・除外</w:t>
            </w:r>
          </w:p>
        </w:tc>
      </w:tr>
      <w:tr>
        <w:trPr>
          <w:trHeight w:val="839" w:hRule="atLeast"/>
        </w:trPr>
        <w:tc>
          <w:tcPr>
            <w:tcW w:type="dxa" w:w="331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76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990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  <w:tr>
        <w:trPr>
          <w:trHeight w:val="839" w:hRule="atLeast"/>
        </w:trPr>
        <w:tc>
          <w:tcPr>
            <w:tcW w:type="dxa" w:w="331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76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990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  <w:tr>
        <w:trPr>
          <w:trHeight w:val="839" w:hRule="atLeast"/>
        </w:trPr>
        <w:tc>
          <w:tcPr>
            <w:tcW w:type="dxa" w:w="331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76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990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  <w:tr>
        <w:trPr>
          <w:trHeight w:val="839" w:hRule="atLeast"/>
        </w:trPr>
        <w:tc>
          <w:tcPr>
            <w:tcW w:type="dxa" w:w="331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76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990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  <w:tr>
        <w:trPr>
          <w:trHeight w:val="839" w:hRule="atLeast"/>
        </w:trPr>
        <w:tc>
          <w:tcPr>
            <w:tcW w:type="dxa" w:w="331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76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990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9729"/>
      </w:tblGrid>
      <w:tr>
        <w:trPr>
          <w:trHeight w:val="329" w:hRule="atLeast"/>
        </w:trPr>
        <w:tc>
          <w:tcPr>
            <w:tcW w:type="dxa" w:w="9729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備考</w:t>
            </w:r>
          </w:p>
        </w:tc>
      </w:tr>
      <w:tr>
        <w:trPr>
          <w:trHeight w:val="2857" w:hRule="atLeast"/>
        </w:trPr>
        <w:tc>
          <w:tcPr>
            <w:tcW w:type="dxa" w:w="9729"/>
            <w:vAlign w:val="top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</w:tbl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