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315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殿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 xml:space="preserve">代表取締役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</w:t>
      </w:r>
      <w:r>
        <w:rPr>
          <w:rFonts w:ascii="Yu Gothic" w:hAnsi="Yu Gothic" w:eastAsia="Yu Gothic"/>
          <w:b w:val="0"/>
          <w:color w:val="141414"/>
          <w:sz w:val="24"/>
        </w:rPr>
        <w:t xml:space="preserve">　印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解雇予告通知書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ind w:left="0" w:firstLine="24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>貴殿を下記のとおり解雇しますので、労働基準法第20条に基づき予告します。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315" w:lineRule="exact"/>
        <w:jc w:val="center"/>
      </w:pPr>
      <w:r>
        <w:rPr>
          <w:rFonts w:ascii="Yu Gothic" w:hAnsi="Yu Gothic" w:eastAsia="Yu Gothic"/>
          <w:b w:val="0"/>
          <w:color w:val="141414"/>
          <w:sz w:val="24"/>
        </w:rPr>
        <w:t>記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解雇する日　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4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4"/>
        </w:rPr>
        <w:t>日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解雇の理由　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4"/>
        </w:rPr>
        <w:t xml:space="preserve">解雇予告手当　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</w:t>
      </w:r>
    </w:p>
    <w:p>
      <w:pPr>
        <w:spacing w:after="18" w:before="0" w:line="315" w:lineRule="exact"/>
        <w:ind w:left="480" w:hanging="480"/>
        <w:jc w:val="left"/>
      </w:pPr>
      <w:r>
        <w:rPr>
          <w:rFonts w:ascii="Yu Gothic" w:hAnsi="Yu Gothic" w:eastAsia="Yu Gothic"/>
          <w:b w:val="0"/>
          <w:color w:val="141414"/>
          <w:sz w:val="24"/>
        </w:rPr>
        <w:t xml:space="preserve">４　</w:t>
      </w:r>
      <w:r>
        <w:rPr>
          <w:rFonts w:ascii="Yu Gothic" w:hAnsi="Yu Gothic" w:eastAsia="Yu Gothic"/>
          <w:b w:val="0"/>
          <w:color w:val="141414"/>
          <w:sz w:val="24"/>
        </w:rPr>
        <w:t>解雇の理由の証明書は、請求があれば交付します（労働基準法第22条）。</w:t>
      </w:r>
    </w:p>
    <w:p>
      <w:pPr>
        <w:spacing w:after="18" w:before="0" w:line="315" w:lineRule="exact"/>
        <w:jc w:val="right"/>
      </w:pPr>
      <w:r>
        <w:rPr>
          <w:rFonts w:ascii="Yu Gothic" w:hAnsi="Yu Gothic" w:eastAsia="Yu Gothic"/>
          <w:b w:val="0"/>
          <w:color w:val="141414"/>
          <w:sz w:val="24"/>
        </w:rPr>
        <w:t>以上</w:t>
      </w:r>
      <w:r>
        <w:rPr>
          <w:rFonts w:ascii="Yu Gothic" w:hAnsi="Yu Gothic" w:eastAsia="Yu Gothic"/>
          <w:b w:val="0"/>
          <w:color w:val="141414"/>
          <w:sz w:val="24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