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文書管理台帳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438"/>
        <w:gridCol w:w="12245"/>
      </w:tblGrid>
      <w:tr>
        <w:trPr>
          <w:trHeight w:val="342" w:hRule="atLeast"/>
        </w:trPr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部署</w:t>
            </w:r>
          </w:p>
        </w:tc>
        <w:tc>
          <w:tcPr>
            <w:tcW w:type="dxa" w:w="122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更新日</w:t>
            </w:r>
          </w:p>
        </w:tc>
        <w:tc>
          <w:tcPr>
            <w:tcW w:type="dxa" w:w="122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【2026/10/03】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22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花子】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219"/>
        <w:gridCol w:w="1219"/>
        <w:gridCol w:w="1219"/>
        <w:gridCol w:w="1339"/>
        <w:gridCol w:w="2040"/>
        <w:gridCol w:w="1342"/>
        <w:gridCol w:w="1519"/>
        <w:gridCol w:w="1688"/>
        <w:gridCol w:w="1409"/>
        <w:gridCol w:w="1688"/>
      </w:tblGrid>
      <w:tr>
        <w:trPr>
          <w:trHeight w:val="367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大分類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中分類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小分類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文書番号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文書名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部署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保管場所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作成日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保存年限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廃棄日</w:t>
            </w:r>
          </w:p>
        </w:tc>
      </w:tr>
      <w:tr>
        <w:trPr>
          <w:trHeight w:val="6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【会議】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【定例】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【D-001】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【部内会議録】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【書庫 A-1】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【2019/10/01】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【7年】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rPr>
          <w:trHeight w:val="6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【営業】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【提案】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【資料】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【D-002】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【提案資料】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【営業部】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【書庫 B-1】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【2023/10/01】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【3年】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rPr>
          <w:trHeight w:val="6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【人事】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【研修】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【記録】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【D-003】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【研修記録】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【人事部】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【書庫 C-1】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【2021/10/01】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【5年】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rPr>
          <w:trHeight w:val="6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【経理】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【手順】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【D-004】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【月次手順書】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【経理部】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【書庫 D-1】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【2023/10/01】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【3年】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6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【施設】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【点検】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【D-005】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【点検記録】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【総務部】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【書庫 A-2】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【2024/10/01】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【2年】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【2026/09/30】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379"/>
        <w:gridCol w:w="1519"/>
        <w:gridCol w:w="1688"/>
        <w:gridCol w:w="1409"/>
        <w:gridCol w:w="1688"/>
      </w:tblGrid>
      <w:tr>
        <w:tc>
          <w:tcPr>
            <w:tcW w:type="dxa" w:w="837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51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記録件数</w:t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40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一般的な様式です。記入例は架空です。各社の規定・運用に従ってご利用ください。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部署：例 管理部</w:t>
      </w:r>
    </w:p>
  </w:comment>
  <w:comment w:id="1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更新日：例 2026/10/03</w:t>
      </w:r>
    </w:p>
  </w:comment>
  <w:comment w:id="2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管理者：例 山田 花子</w:t>
      </w:r>
    </w:p>
  </w:comment>
  <w:comment w:id="3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大分類：例 総務</w:t>
      </w:r>
    </w:p>
  </w:comment>
  <w:comment w:id="4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中分類：例 会議</w:t>
      </w:r>
    </w:p>
  </w:comment>
  <w:comment w:id="5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小分類：例 定例</w:t>
      </w:r>
    </w:p>
  </w:comment>
  <w:comment w:id="6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文書番号：例 D-001</w:t>
      </w:r>
    </w:p>
  </w:comment>
  <w:comment w:id="7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文書名：例 部内会議録</w:t>
      </w:r>
    </w:p>
  </w:comment>
  <w:comment w:id="8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部署：例 総務部</w:t>
      </w:r>
    </w:p>
  </w:comment>
  <w:comment w:id="9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保管場所：例 書庫 A-1</w:t>
      </w:r>
    </w:p>
  </w:comment>
  <w:comment w:id="10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作成日：例 2019/10/01</w:t>
      </w:r>
    </w:p>
  </w:comment>
  <w:comment w:id="11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保存年限：例 7年</w:t>
      </w:r>
    </w:p>
  </w:comment>
  <w:comment w:id="12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1行目 廃棄日：例 2026/09/30</w:t>
      </w:r>
    </w:p>
  </w:comment>
  <w:comment w:id="13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大分類：例 営業</w:t>
      </w:r>
    </w:p>
  </w:comment>
  <w:comment w:id="14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中分類：例 提案</w:t>
      </w:r>
    </w:p>
  </w:comment>
  <w:comment w:id="15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小分類：例 資料</w:t>
      </w:r>
    </w:p>
  </w:comment>
  <w:comment w:id="16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文書番号：例 D-002</w:t>
      </w:r>
    </w:p>
  </w:comment>
  <w:comment w:id="17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文書名：例 提案資料</w:t>
      </w:r>
    </w:p>
  </w:comment>
  <w:comment w:id="18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部署：例 営業部</w:t>
      </w:r>
    </w:p>
  </w:comment>
  <w:comment w:id="19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保管場所：例 書庫 B-1</w:t>
      </w:r>
    </w:p>
  </w:comment>
  <w:comment w:id="20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作成日：例 2023/10/01</w:t>
      </w:r>
    </w:p>
  </w:comment>
  <w:comment w:id="21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保存年限：例 3年</w:t>
      </w:r>
    </w:p>
  </w:comment>
  <w:comment w:id="22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2行目 廃棄日：例 2026/09/30</w:t>
      </w:r>
    </w:p>
  </w:comment>
  <w:comment w:id="23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大分類：例 人事</w:t>
      </w:r>
    </w:p>
  </w:comment>
  <w:comment w:id="24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中分類：例 研修</w:t>
      </w:r>
    </w:p>
  </w:comment>
  <w:comment w:id="25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小分類：例 記録</w:t>
      </w:r>
    </w:p>
  </w:comment>
  <w:comment w:id="26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文書番号：例 D-003</w:t>
      </w:r>
    </w:p>
  </w:comment>
  <w:comment w:id="27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文書名：例 研修記録</w:t>
      </w:r>
    </w:p>
  </w:comment>
  <w:comment w:id="28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部署：例 人事部</w:t>
      </w:r>
    </w:p>
  </w:comment>
  <w:comment w:id="29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保管場所：例 書庫 C-1</w:t>
      </w:r>
    </w:p>
  </w:comment>
  <w:comment w:id="30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作成日：例 2021/10/01</w:t>
      </w:r>
    </w:p>
  </w:comment>
  <w:comment w:id="31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保存年限：例 5年</w:t>
      </w:r>
    </w:p>
  </w:comment>
  <w:comment w:id="32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3行目 廃棄日：例 2026/09/30</w:t>
      </w:r>
    </w:p>
  </w:comment>
  <w:comment w:id="33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大分類：例 経理</w:t>
      </w:r>
    </w:p>
  </w:comment>
  <w:comment w:id="34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中分類：例 管理</w:t>
      </w:r>
    </w:p>
  </w:comment>
  <w:comment w:id="35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小分類：例 手順</w:t>
      </w:r>
    </w:p>
  </w:comment>
  <w:comment w:id="36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文書番号：例 D-004</w:t>
      </w:r>
    </w:p>
  </w:comment>
  <w:comment w:id="37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文書名：例 月次手順書</w:t>
      </w:r>
    </w:p>
  </w:comment>
  <w:comment w:id="38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部署：例 経理部</w:t>
      </w:r>
    </w:p>
  </w:comment>
  <w:comment w:id="39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保管場所：例 書庫 D-1</w:t>
      </w:r>
    </w:p>
  </w:comment>
  <w:comment w:id="40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作成日：例 2023/10/01</w:t>
      </w:r>
    </w:p>
  </w:comment>
  <w:comment w:id="41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保存年限：例 3年</w:t>
      </w:r>
    </w:p>
  </w:comment>
  <w:comment w:id="42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4行目 廃棄日：例 2026/09/30</w:t>
      </w:r>
    </w:p>
  </w:comment>
  <w:comment w:id="43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大分類：例 総務</w:t>
      </w:r>
    </w:p>
  </w:comment>
  <w:comment w:id="44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中分類：例 施設</w:t>
      </w:r>
    </w:p>
  </w:comment>
  <w:comment w:id="45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小分類：例 点検</w:t>
      </w:r>
    </w:p>
  </w:comment>
  <w:comment w:id="46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文書番号：例 D-005</w:t>
      </w:r>
    </w:p>
  </w:comment>
  <w:comment w:id="47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文書名：例 点検記録</w:t>
      </w:r>
    </w:p>
  </w:comment>
  <w:comment w:id="48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部署：例 総務部</w:t>
      </w:r>
    </w:p>
  </w:comment>
  <w:comment w:id="49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保管場所：例 書庫 A-2</w:t>
      </w:r>
    </w:p>
  </w:comment>
  <w:comment w:id="50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作成日：例 2024/10/01</w:t>
      </w:r>
    </w:p>
  </w:comment>
  <w:comment w:id="51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保存年限：例 2年</w:t>
      </w:r>
    </w:p>
  </w:comment>
  <w:comment w:id="52" w:author="やっとくん" w:initials="" w:date="2026-10-04T07:15:24Z">
    <w:p>
      <w:pPr>
        <w:pStyle w:val="CommentText"/>
      </w:pPr>
      <w:r>
        <w:rPr>
          <w:rStyle w:val="CommentReference"/>
        </w:rPr>
        <w:annotationRef/>
      </w:r>
      <w:r>
        <w:t>5行目 廃棄日：例 2026/09/30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