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やっとくん合同会社　御中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山田 花子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〒150-0001 東京都渋谷区神宮前 2-2-2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TEL 090-0000-0000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（自署）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個人情報の取り扱いに関する同意書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貴社が取得する私の個人情報について、下記のとおり同意します。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利用目的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採用選考、入社手続き、および入社後の労務管理のために利用します。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上記の目的の範囲を超えて利用する場合は、あらためて同意を得るものとします。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第三者提供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法令に基づく場合を除き、本人の同意なく第三者へ提供しません。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給与計算などの業務を委託する場合は、必要な範囲に限り提供します。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開示・訂正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本人からの開示・訂正・利用停止の請求には、法令に従って対応します。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本同意は、書面により、いつでも将来に向けて撤回することができます。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記載事項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同意事項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区分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採用選考・入社手続きの目的で個人情報を利用すること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必須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給与計算の委託先へ必要な範囲で情報を提供すること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必須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社内報およびウェブサイトへ氏名と写真を掲載すること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任意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健康診断の結果を産業医と共有すること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任意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「任意」の項目に同意されない場合でも、選考上の不利益はありません。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本書の内容についてのお問い合わせは、貴社の個人情報管理担当までお願いします。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個人情報の取り扱いに関する同意書の一般的な様式です。同意書は法的な効果を持つ書面です。利用目的・提供先は自社の実態に合わせて書き換え、実際の運用は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