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普通徴収切替理由書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市区町村名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指定番号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事業者名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普A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総従業員数が2人以下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（下記「普B」～「普F」に該当する全ての（他市区町村分を含む）従業員数を差し引いた人数）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普B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他の事業所で特別徴収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普C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給与が少なく税額が引けない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（住民税非課税の場合など）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普D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給与の支払が不定期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（例：給与の支払が毎月でない）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普E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事業専従者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（個人事業主のみ対象）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普F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退職者又は退職予定者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（5月末日まで）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合計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574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人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○　普通徴収とする場合は、個人別明細書の摘要欄に該当する符号（普A、普Bなど）を記入してください。</w:t>
        <w:br/>
        <w:t>○　この普通徴収切替理由書の提出がない場合、原則どおり、特別徴収対象者となります。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