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現金出納帳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402"/>
        <w:gridCol w:w="11282"/>
      </w:tblGrid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事業所</w:t>
            </w:r>
          </w:p>
        </w:tc>
        <w:tc>
          <w:tcPr>
            <w:tcW w:type="dxa" w:w="1128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【株式会社やっとくん 本社】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対象月</w:t>
            </w:r>
          </w:p>
        </w:tc>
        <w:tc>
          <w:tcPr>
            <w:tcW w:type="dxa" w:w="1128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 年 8 月】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記帳者</w:t>
            </w:r>
          </w:p>
        </w:tc>
        <w:tc>
          <w:tcPr>
            <w:tcW w:type="dxa" w:w="1128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</w:tr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前月繰越</w:t>
            </w:r>
          </w:p>
        </w:tc>
        <w:tc>
          <w:tcPr>
            <w:tcW w:type="dxa" w:w="1128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【¥152,340】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474"/>
        <w:gridCol w:w="1928"/>
        <w:gridCol w:w="4932"/>
        <w:gridCol w:w="2041"/>
        <w:gridCol w:w="2041"/>
        <w:gridCol w:w="2268"/>
      </w:tblGrid>
      <w:tr>
        <w:trPr>
          <w:trHeight w:val="367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日付</w:t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科目</w:t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摘要</w:t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収入金額</w:t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支出金額</w:t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差引残高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【繰越】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【前月繰越】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¥152,340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【8/3】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【消耗品費】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【事務用品（文具・コピー用紙）】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【¥1,780】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¥150,560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【8/5】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【売上】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【現金売上（8/4 分）】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【¥38,500】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¥189,060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【8/8】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【旅費交通費】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【バス回数券】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【¥2,200】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¥186,860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【8/12】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【通信費】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【切手・レターパック】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【¥1,940】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¥184,920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【8/15】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【売上】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【現金売上（8/14 分）】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【¥42,300】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¥227,220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【8/19】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【雑費】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【ごみ処理券】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【¥800】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¥226,420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【8/25】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【預け入れ】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【普通預金へ預け入れ】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【¥180,000】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¥46,420</w:t>
            </w:r>
          </w:p>
        </w:tc>
      </w:tr>
      <w:tr>
        <w:trPr>
          <w:trHeight w:val="345" w:hRule="atLeast"/>
        </w:trPr>
        <w:tc>
          <w:tcPr>
            <w:tcW w:type="dxa" w:w="147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【8/29】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92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【消耗品費】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4932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【電池・清掃用品】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204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【¥1,230】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2268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¥45,190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402"/>
        <w:gridCol w:w="4932"/>
        <w:gridCol w:w="2041"/>
        <w:gridCol w:w="2041"/>
        <w:gridCol w:w="2268"/>
      </w:tblGrid>
      <w:t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4932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記載行数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9 行</w:t>
            </w:r>
          </w:p>
        </w:tc>
        <w:tc>
          <w:tcPr>
            <w:tcW w:type="dxa" w:w="2041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一般的な様式です。差引残高は「前の行の残高 + 収入金額 − 支出金額」で記入し、月末に実際の現金有高と照合してください。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事業所：例 株式会社やっとくん 本社</w:t>
      </w:r>
    </w:p>
  </w:comment>
  <w:comment w:id="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対象月：例 2026 年 8 月</w:t>
      </w:r>
    </w:p>
  </w:comment>
  <w:comment w:id="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記帳者：例 山田 太郎</w:t>
      </w:r>
    </w:p>
  </w:comment>
  <w:comment w:id="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前月繰越：例 ¥152,340</w:t>
      </w:r>
    </w:p>
  </w:comment>
  <w:comment w:id="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日付：例 8/1</w:t>
      </w:r>
    </w:p>
  </w:comment>
  <w:comment w:id="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科目：例 繰越</w:t>
      </w:r>
    </w:p>
  </w:comment>
  <w:comment w:id="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摘要：例 前月繰越</w:t>
      </w:r>
    </w:p>
  </w:comment>
  <w:comment w:id="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収入金額：必要に応じて記入</w:t>
      </w:r>
    </w:p>
  </w:comment>
  <w:comment w:id="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1行目 支出金額：必要に応じて記入</w:t>
      </w:r>
    </w:p>
  </w:comment>
  <w:comment w:id="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日付：例 8/3</w:t>
      </w:r>
    </w:p>
  </w:comment>
  <w:comment w:id="1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科目：例 消耗品費</w:t>
      </w:r>
    </w:p>
  </w:comment>
  <w:comment w:id="1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摘要：例 事務用品（文具・コピー用紙）</w:t>
      </w:r>
    </w:p>
  </w:comment>
  <w:comment w:id="1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収入金額：必要に応じて記入</w:t>
      </w:r>
    </w:p>
  </w:comment>
  <w:comment w:id="1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2行目 支出金額：例 ¥1,780</w:t>
      </w:r>
    </w:p>
  </w:comment>
  <w:comment w:id="1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日付：例 8/5</w:t>
      </w:r>
    </w:p>
  </w:comment>
  <w:comment w:id="1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科目：例 売上</w:t>
      </w:r>
    </w:p>
  </w:comment>
  <w:comment w:id="1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摘要：例 現金売上（8/4 分）</w:t>
      </w:r>
    </w:p>
  </w:comment>
  <w:comment w:id="1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収入金額：例 ¥38,500</w:t>
      </w:r>
    </w:p>
  </w:comment>
  <w:comment w:id="1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3行目 支出金額：必要に応じて記入</w:t>
      </w:r>
    </w:p>
  </w:comment>
  <w:comment w:id="1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日付：例 8/8</w:t>
      </w:r>
    </w:p>
  </w:comment>
  <w:comment w:id="2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科目：例 旅費交通費</w:t>
      </w:r>
    </w:p>
  </w:comment>
  <w:comment w:id="2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摘要：例 バス回数券</w:t>
      </w:r>
    </w:p>
  </w:comment>
  <w:comment w:id="2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収入金額：必要に応じて記入</w:t>
      </w:r>
    </w:p>
  </w:comment>
  <w:comment w:id="2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4行目 支出金額：例 ¥2,200</w:t>
      </w:r>
    </w:p>
  </w:comment>
  <w:comment w:id="2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日付：例 8/12</w:t>
      </w:r>
    </w:p>
  </w:comment>
  <w:comment w:id="2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科目：例 通信費</w:t>
      </w:r>
    </w:p>
  </w:comment>
  <w:comment w:id="2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摘要：例 切手・レターパック</w:t>
      </w:r>
    </w:p>
  </w:comment>
  <w:comment w:id="2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収入金額：必要に応じて記入</w:t>
      </w:r>
    </w:p>
  </w:comment>
  <w:comment w:id="2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5行目 支出金額：例 ¥1,940</w:t>
      </w:r>
    </w:p>
  </w:comment>
  <w:comment w:id="2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日付：例 8/15</w:t>
      </w:r>
    </w:p>
  </w:comment>
  <w:comment w:id="3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科目：例 売上</w:t>
      </w:r>
    </w:p>
  </w:comment>
  <w:comment w:id="3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摘要：例 現金売上（8/14 分）</w:t>
      </w:r>
    </w:p>
  </w:comment>
  <w:comment w:id="3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収入金額：例 ¥42,300</w:t>
      </w:r>
    </w:p>
  </w:comment>
  <w:comment w:id="3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6行目 支出金額：必要に応じて記入</w:t>
      </w:r>
    </w:p>
  </w:comment>
  <w:comment w:id="3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日付：例 8/19</w:t>
      </w:r>
    </w:p>
  </w:comment>
  <w:comment w:id="3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科目：例 雑費</w:t>
      </w:r>
    </w:p>
  </w:comment>
  <w:comment w:id="3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摘要：例 ごみ処理券</w:t>
      </w:r>
    </w:p>
  </w:comment>
  <w:comment w:id="3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収入金額：必要に応じて記入</w:t>
      </w:r>
    </w:p>
  </w:comment>
  <w:comment w:id="3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7行目 支出金額：例 ¥800</w:t>
      </w:r>
    </w:p>
  </w:comment>
  <w:comment w:id="39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日付：例 8/25</w:t>
      </w:r>
    </w:p>
  </w:comment>
  <w:comment w:id="40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科目：例 預け入れ</w:t>
      </w:r>
    </w:p>
  </w:comment>
  <w:comment w:id="41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摘要：例 普通預金へ預け入れ</w:t>
      </w:r>
    </w:p>
  </w:comment>
  <w:comment w:id="42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収入金額：必要に応じて記入</w:t>
      </w:r>
    </w:p>
  </w:comment>
  <w:comment w:id="43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8行目 支出金額：例 ¥180,000</w:t>
      </w:r>
    </w:p>
  </w:comment>
  <w:comment w:id="44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9行目 日付：例 8/29</w:t>
      </w:r>
    </w:p>
  </w:comment>
  <w:comment w:id="45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9行目 科目：例 消耗品費</w:t>
      </w:r>
    </w:p>
  </w:comment>
  <w:comment w:id="46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9行目 摘要：例 電池・清掃用品</w:t>
      </w:r>
    </w:p>
  </w:comment>
  <w:comment w:id="47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9行目 収入金額：必要に応じて記入</w:t>
      </w:r>
    </w:p>
  </w:comment>
  <w:comment w:id="48" w:author="やっとくん" w:initials="" w:date="2026-10-04T06:55:04Z">
    <w:p>
      <w:pPr>
        <w:pStyle w:val="CommentText"/>
      </w:pPr>
      <w:r>
        <w:rPr>
          <w:rStyle w:val="CommentReference"/>
        </w:rPr>
        <w:annotationRef/>
      </w:r>
      <w:r>
        <w:t>9行目 支出金額：例 ¥1,230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