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源泉徴収簿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氏名：【山田 太郎】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所属：総務部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対象年度：【2026 年分】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020"/>
        <w:gridCol w:w="1701"/>
        <w:gridCol w:w="2721"/>
        <w:gridCol w:w="2948"/>
        <w:gridCol w:w="2608"/>
        <w:gridCol w:w="3685"/>
      </w:tblGrid>
      <w:tr>
        <w:trPr>
          <w:trHeight w:val="435" w:hRule="exact"/>
        </w:trPr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月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支給日</w:t>
            </w:r>
          </w:p>
        </w:tc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総支給金額</w:t>
            </w:r>
          </w:p>
        </w:tc>
        <w:tc>
          <w:tcPr>
            <w:tcW w:type="dxa" w:w="294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社会保険料等控除額</w:t>
            </w:r>
          </w:p>
        </w:tc>
        <w:tc>
          <w:tcPr>
            <w:tcW w:type="dxa" w:w="260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源泉徴収税額</w:t>
            </w:r>
          </w:p>
        </w:tc>
        <w:tc>
          <w:tcPr>
            <w:tcW w:type="dxa" w:w="368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差引支給額（手取り）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¥285,000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¥41,800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¥7,020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¥236,180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¥285,000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¥41,800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¥7,020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¥236,180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¥285,000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¥41,800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¥7,020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¥236,180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¥312,000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¥45,600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¥7,940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¥258,460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¥43,600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¥7,460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¥246,940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12/25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¥305,000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¥44,600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¥7,700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¥252,700</w:t>
            </w:r>
          </w:p>
        </w:tc>
      </w:tr>
      <w:tr>
        <w:trPr>
          <w:trHeight w:val="384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合計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¥3,558,000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¥520,800</w:t>
            </w:r>
          </w:p>
        </w:tc>
        <w:tc>
          <w:tcPr>
            <w:tcW w:type="dxa" w:w="260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¥88,920</w:t>
            </w:r>
          </w:p>
        </w:tc>
        <w:tc>
          <w:tcPr>
            <w:tcW w:type="dxa" w:w="368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¥2,948,280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2721"/>
        <w:gridCol w:w="2948"/>
        <w:gridCol w:w="2608"/>
        <w:gridCol w:w="3685"/>
      </w:tblGrid>
      <w:tr>
        <w:trPr>
          <w:trHeight w:val="384" w:hRule="exact"/>
        </w:trPr>
        <w:tc>
          <w:tcPr>
            <w:tcW w:type="dxa" w:w="2721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272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対象月数</w:t>
            </w:r>
          </w:p>
        </w:tc>
        <w:tc>
          <w:tcPr>
            <w:tcW w:type="dxa" w:w="294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12 か月</w:t>
            </w:r>
          </w:p>
        </w:tc>
        <w:tc>
          <w:tcPr>
            <w:tcW w:type="dxa" w:w="260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  <w:tc>
          <w:tcPr>
            <w:tcW w:type="dxa" w:w="3685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一般的な様式です。源泉徴収税額は国税庁が公表する『給与所得の源泉徴収税額表』を確認のうえ、月ごとの実額を記入してください。年末調整の計算は含みません。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