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2026 年 8 月 25 日</w:t>
      </w: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管理部長　殿</w:t>
      </w:r>
    </w:p>
    <w:p>
      <w:pPr>
        <w:spacing w:after="20" w:before="0" w:line="240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管理部　山田 太郎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内線 1234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yamada@example.com</w:t>
      </w:r>
    </w:p>
    <w:p>
      <w:pPr>
        <w:spacing w:after="120" w:before="0" w:line="240" w:lineRule="auto"/>
        <w:jc w:val="left"/>
      </w:pPr>
    </w:p>
    <w:p>
      <w:pPr>
        <w:spacing w:after="20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月次請求業務の実施報告（2026 年 7 月分）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1. 実施した内容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7 月分の請求書 48 件を作成し、7 月 31 日までに全件を送付しました。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うち 6 件は先方の締め日の都合により 8 月 5 日の送付となっています。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2. 発生した問題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請求書の書式が取引先ごとに異なり、税抜表示と税込表示が混在していました。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そのため転記時に金額の取り違えが 2 件発生し、送付前の照合で発見しました。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3. 対応と再発防止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該当 2 件は送付前に訂正済みで、先方への影響はありません。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次月より、税区分を送付前チェック表の確認項目に追加します。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4. 所見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照合は目視のため、件数が増えると見落としが起きます。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書式の統一か、金額の自動照合のいずれかが必要と考えます。</w:t>
      </w:r>
    </w:p>
    <w:p>
      <w:pPr>
        <w:spacing w:after="40" w:before="0" w:line="240" w:lineRule="auto"/>
        <w:jc w:val="left"/>
      </w:pPr>
    </w:p>
    <w:p>
      <w:pPr>
        <w:spacing w:after="16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2381"/>
      </w:tblGrid>
      <w:tr>
        <w:trPr>
          <w:trHeight w:val="482" w:hRule="exact"/>
        </w:trPr>
        <w:tc>
          <w:tcPr>
            <w:tcW w:type="dxa" w:w="737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実績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請求書の作成件数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48 件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期日どおり送付できた件数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42 件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訂正が発生した件数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 件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作業に要した時間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11.5 時間</w:t>
            </w:r>
          </w:p>
        </w:tc>
      </w:tr>
    </w:tbl>
    <w:p>
      <w:pPr>
        <w:spacing w:after="120" w:before="0" w:line="240" w:lineRule="auto"/>
        <w:jc w:val="left"/>
      </w:pPr>
    </w:p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詳細な内訳は共有フォルダの請求管理表をご確認ください。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【テンプレート注記・配布物では削除可】一般的な様式です。記載する範囲・保存期間は各社の規程に従ってください。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