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業務委託契約書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【株式会社やっとくん】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（以下「甲」という。）と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【株式会社サンプル商事】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（以下「乙」という。）は、次のとおり業務委託契約（以下「本契約」という。）を締結する。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第１条（委託業務）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甲は、乙に対し、次の業務（以下「本業務」という。）を委託し、乙はこれを受託する。</w:t>
      </w:r>
    </w:p>
    <w:p>
      <w:pPr>
        <w:spacing w:after="18" w:before="0" w:line="264" w:lineRule="exact"/>
        <w:ind w:left="800" w:hanging="6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（１）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【自社ウェブサイトに掲載する商品紹介の原稿の作成】</w:t>
      </w:r>
      <w:commentRangeEnd w:id="2"/>
      <w:r>
        <w:rPr>
          <w:rStyle w:val="CommentReference"/>
        </w:rPr>
        <w:commentReference w:id="2"/>
      </w:r>
    </w:p>
    <w:p>
      <w:pPr>
        <w:spacing w:after="18" w:before="0" w:line="264" w:lineRule="exact"/>
        <w:ind w:left="800" w:hanging="6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（２）</w:t>
      </w: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【前号の原稿に添える写真の選定及び校正】</w:t>
      </w:r>
      <w:commentRangeEnd w:id="3"/>
      <w:r>
        <w:rPr>
          <w:rStyle w:val="CommentReference"/>
        </w:rPr>
        <w:commentReference w:id="3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第２条（契約期間）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本契約の期間は、</w:t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【1】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日から</w:t>
      </w: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【2027】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【9】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【30】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日までとする。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第３条（委託料及び支払方法）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0"/>
        </w:rPr>
        <w:t>甲は、乙に対し、本業務の対価として、委託料金</w:t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【300,000】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円（消費税別）を支払う。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0"/>
        </w:rPr>
        <w:t>甲は、前項の委託料を、</w:t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【本業務が完了した月の翌月末日】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>までに、乙の指定する金融機関の口座に振り込む方法により支払う。振込手数料は、甲の負担とする。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第４条（成果物の権利帰属）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本業務により作成された成果物に関する一切の権利は、甲に帰属する。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第５条（秘密保持）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乙は、本契約に関して知り得た情報を、第三者に開示し、又は漏えいしてはならない。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第６条（報告）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乙は、甲の求めがあるときは、本業務に関する情報を速やかに報告しなければならない。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第７条（解除）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甲又は乙は、相手方が本契約の条項に違反したときは、何らの催告を要することなく、直ちに本契約を解除し、被った損害の賠償を請求することができる。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第８条（協議）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本契約に定めのない事項については、甲乙協議の上、定めるものとする。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本契約の成立を証するため、本書２通を作成し、甲乙記名押印の上、各１通を保有する。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12"/>
      <w:r>
        <w:rPr>
          <w:rStyle w:val="CommentReference"/>
        </w:rPr>
        <w:commentReference w:id="12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3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3"/>
      <w:r>
        <w:rPr>
          <w:rStyle w:val="CommentReference"/>
        </w:rPr>
        <w:commentReference w:id="13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4"/>
      <w:r>
        <w:rPr>
          <w:rFonts w:ascii="Yu Gothic" w:hAnsi="Yu Gothic" w:eastAsia="Yu Gothic"/>
          <w:b w:val="0"/>
          <w:color w:val="141414"/>
          <w:sz w:val="20"/>
          <w:u w:val="single"/>
        </w:rPr>
        <w:t>【1】</w:t>
      </w:r>
      <w:commentRangeEnd w:id="14"/>
      <w:r>
        <w:rPr>
          <w:rStyle w:val="CommentReference"/>
        </w:rPr>
        <w:commentReference w:id="14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甲</w:t>
        <w:tab/>
      </w:r>
      <w:r>
        <w:rPr>
          <w:rFonts w:ascii="Yu Gothic" w:hAnsi="Yu Gothic" w:eastAsia="Yu Gothic"/>
          <w:b w:val="0"/>
          <w:color w:val="141414"/>
          <w:sz w:val="20"/>
        </w:rPr>
        <w:t>住所</w:t>
        <w:tab/>
      </w:r>
      <w:commentRangeStart w:id="15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【東京都渋谷区神宮前 1-1-1】</w:t>
      </w:r>
      <w:commentRangeEnd w:id="15"/>
      <w:r>
        <w:rPr>
          <w:rStyle w:val="CommentReference"/>
        </w:rPr>
        <w:commentReference w:id="15"/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commentRangeStart w:id="16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【株式会社やっとくん　代表取締役　佐藤 一郎】</w:t>
      </w:r>
      <w:commentRangeEnd w:id="16"/>
      <w:r>
        <w:rPr>
          <w:rStyle w:val="CommentReference"/>
        </w:rPr>
        <w:commentReference w:id="16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乙</w:t>
        <w:tab/>
      </w:r>
      <w:r>
        <w:rPr>
          <w:rFonts w:ascii="Yu Gothic" w:hAnsi="Yu Gothic" w:eastAsia="Yu Gothic"/>
          <w:b w:val="0"/>
          <w:color w:val="141414"/>
          <w:sz w:val="20"/>
        </w:rPr>
        <w:t>住所</w:t>
        <w:tab/>
      </w:r>
      <w:commentRangeStart w:id="17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【東京都千代田区千代田 1-1-1】</w:t>
      </w:r>
      <w:commentRangeEnd w:id="17"/>
      <w:r>
        <w:rPr>
          <w:rStyle w:val="CommentReference"/>
        </w:rPr>
        <w:commentReference w:id="17"/>
      </w:r>
    </w:p>
    <w:p>
      <w:pPr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commentRangeStart w:id="18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【株式会社サンプル商事　代表取締役　田中 健】</w:t>
      </w:r>
      <w:commentRangeEnd w:id="18"/>
      <w:r>
        <w:rPr>
          <w:rStyle w:val="CommentReference"/>
        </w:rPr>
        <w:commentReference w:id="18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一般的な業務委託契約書のひな形です。取引の内容に合わせて条文を見直し、必要に応じて専門家にご確認ください。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1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2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例：自社ウェブサイトに掲載する商品紹介の原稿の作成</w:t>
      </w:r>
    </w:p>
  </w:comment>
  <w:comment w:id="3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例：前号の原稿に添える写真の選定及び校正</w:t>
      </w:r>
    </w:p>
  </w:comment>
  <w:comment w:id="4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5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6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7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例：2027</w:t>
      </w:r>
    </w:p>
  </w:comment>
  <w:comment w:id="8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9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0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例：300,000</w:t>
      </w:r>
    </w:p>
  </w:comment>
  <w:comment w:id="11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例：本業務が完了した月の翌月末日</w:t>
      </w:r>
    </w:p>
  </w:comment>
  <w:comment w:id="12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3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4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5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16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例：株式会社やっとくん　代表取締役　佐藤 一郎</w:t>
      </w:r>
    </w:p>
  </w:comment>
  <w:comment w:id="17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例：東京都千代田区千代田 1-1-1</w:t>
      </w:r>
    </w:p>
  </w:comment>
  <w:comment w:id="18" w:author="やっとくん" w:initials="や" w:date="2026-10-03T02:26:57Z">
    <w:p>
      <w:pPr>
        <w:pStyle w:val="CommentText"/>
      </w:pPr>
      <w:r>
        <w:rPr>
          <w:rStyle w:val="CommentReference"/>
        </w:rPr>
        <w:annotationRef/>
      </w:r>
      <w:r>
        <w:t>例：株式会社サンプル商事　代表取締役　田中 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