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8" w:before="0" w:line="315" w:lineRule="exact"/>
        <w:jc w:val="right"/>
      </w:pPr>
      <w:commentRangeStart w:id="0"/>
      <w:r>
        <w:rPr>
          <w:rFonts w:ascii="Yu Gothic" w:hAnsi="Yu Gothic" w:eastAsia="Yu Gothic"/>
          <w:b w:val="0"/>
          <w:color w:val="141414"/>
          <w:sz w:val="24"/>
          <w:u w:val="single"/>
        </w:rPr>
        <w:t>【2026】</w:t>
      </w:r>
      <w:commentRangeEnd w:id="0"/>
      <w:r>
        <w:rPr>
          <w:rStyle w:val="CommentReference"/>
        </w:rPr>
        <w:commentReference w:id="0"/>
      </w:r>
      <w:r>
        <w:rPr>
          <w:rFonts w:ascii="Yu Gothic" w:hAnsi="Yu Gothic" w:eastAsia="Yu Gothic"/>
          <w:b w:val="0"/>
          <w:color w:val="141414"/>
          <w:sz w:val="24"/>
        </w:rPr>
        <w:t>年</w:t>
      </w:r>
      <w:commentRangeStart w:id="1"/>
      <w:r>
        <w:rPr>
          <w:rFonts w:ascii="Yu Gothic" w:hAnsi="Yu Gothic" w:eastAsia="Yu Gothic"/>
          <w:b w:val="0"/>
          <w:color w:val="141414"/>
          <w:sz w:val="24"/>
          <w:u w:val="single"/>
        </w:rPr>
        <w:t>【10】</w:t>
      </w:r>
      <w:commentRangeEnd w:id="1"/>
      <w:r>
        <w:rPr>
          <w:rStyle w:val="CommentReference"/>
        </w:rPr>
        <w:commentReference w:id="1"/>
      </w:r>
      <w:r>
        <w:rPr>
          <w:rFonts w:ascii="Yu Gothic" w:hAnsi="Yu Gothic" w:eastAsia="Yu Gothic"/>
          <w:b w:val="0"/>
          <w:color w:val="141414"/>
          <w:sz w:val="24"/>
        </w:rPr>
        <w:t>月</w:t>
      </w:r>
      <w:commentRangeStart w:id="2"/>
      <w:r>
        <w:rPr>
          <w:rFonts w:ascii="Yu Gothic" w:hAnsi="Yu Gothic" w:eastAsia="Yu Gothic"/>
          <w:b w:val="0"/>
          <w:color w:val="141414"/>
          <w:sz w:val="24"/>
          <w:u w:val="single"/>
        </w:rPr>
        <w:t>【16】</w:t>
      </w:r>
      <w:commentRangeEnd w:id="2"/>
      <w:r>
        <w:rPr>
          <w:rStyle w:val="CommentReference"/>
        </w:rPr>
        <w:commentReference w:id="2"/>
      </w:r>
      <w:r>
        <w:rPr>
          <w:rFonts w:ascii="Yu Gothic" w:hAnsi="Yu Gothic" w:eastAsia="Yu Gothic"/>
          <w:b w:val="0"/>
          <w:color w:val="141414"/>
          <w:sz w:val="24"/>
        </w:rPr>
        <w:t>日</w:t>
      </w:r>
      <w:r>
        <w:rPr>
          <w:rFonts w:ascii="Yu Gothic" w:hAnsi="Yu Gothic" w:eastAsia="Yu Gothic"/>
          <w:b w:val="0"/>
          <w:color w:val="141414"/>
          <w:sz w:val="24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315" w:lineRule="exact"/>
        <w:jc w:val="left"/>
      </w:pPr>
      <w:commentRangeStart w:id="3"/>
      <w:r>
        <w:rPr>
          <w:rFonts w:ascii="Yu Gothic" w:hAnsi="Yu Gothic" w:eastAsia="Yu Gothic"/>
          <w:b w:val="0"/>
          <w:color w:val="141414"/>
          <w:sz w:val="24"/>
          <w:u w:val="single"/>
        </w:rPr>
        <w:t>【営業部 第一営業課】</w:t>
      </w:r>
      <w:commentRangeEnd w:id="3"/>
      <w:r>
        <w:rPr>
          <w:rStyle w:val="CommentReference"/>
        </w:rPr>
        <w:commentReference w:id="3"/>
      </w:r>
    </w:p>
    <w:p>
      <w:pPr>
        <w:spacing w:after="18" w:before="0" w:line="315" w:lineRule="exact"/>
        <w:jc w:val="left"/>
      </w:pPr>
      <w:commentRangeStart w:id="4"/>
      <w:r>
        <w:rPr>
          <w:rFonts w:ascii="Yu Gothic" w:hAnsi="Yu Gothic" w:eastAsia="Yu Gothic"/>
          <w:b w:val="0"/>
          <w:color w:val="141414"/>
          <w:sz w:val="24"/>
          <w:u w:val="single"/>
        </w:rPr>
        <w:t>【課長　鈴木 一郎】</w:t>
      </w:r>
      <w:commentRangeEnd w:id="4"/>
      <w:r>
        <w:rPr>
          <w:rStyle w:val="CommentReference"/>
        </w:rPr>
        <w:commentReference w:id="4"/>
      </w:r>
      <w:r>
        <w:rPr>
          <w:rFonts w:ascii="Yu Gothic" w:hAnsi="Yu Gothic" w:eastAsia="Yu Gothic"/>
          <w:b w:val="0"/>
          <w:color w:val="141414"/>
          <w:sz w:val="24"/>
        </w:rPr>
        <w:t xml:space="preserve">　殿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479" w:lineRule="exact"/>
        <w:jc w:val="center"/>
      </w:pPr>
      <w:r>
        <w:rPr>
          <w:rFonts w:ascii="Yu Gothic" w:hAnsi="Yu Gothic" w:eastAsia="Yu Gothic"/>
          <w:b/>
          <w:color w:val="141414"/>
          <w:sz w:val="36"/>
        </w:rPr>
        <w:t>反省文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315" w:lineRule="exact"/>
        <w:ind w:left="0" w:firstLine="24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>このたびは、</w:t>
      </w:r>
      <w:commentRangeStart w:id="5"/>
      <w:r>
        <w:rPr>
          <w:rFonts w:ascii="Yu Gothic" w:hAnsi="Yu Gothic" w:eastAsia="Yu Gothic"/>
          <w:b w:val="0"/>
          <w:color w:val="141414"/>
          <w:sz w:val="24"/>
          <w:u w:val="single"/>
        </w:rPr>
        <w:t>【10月15日の朝の打合せに無断で30分遅刻した】</w:t>
      </w:r>
      <w:commentRangeEnd w:id="5"/>
      <w:r>
        <w:rPr>
          <w:rStyle w:val="CommentReference"/>
        </w:rPr>
        <w:commentReference w:id="5"/>
      </w:r>
      <w:r>
        <w:rPr>
          <w:rFonts w:ascii="Yu Gothic" w:hAnsi="Yu Gothic" w:eastAsia="Yu Gothic"/>
          <w:b w:val="0"/>
          <w:color w:val="141414"/>
          <w:sz w:val="24"/>
        </w:rPr>
        <w:t>ことにより、</w:t>
      </w:r>
      <w:commentRangeStart w:id="6"/>
      <w:r>
        <w:rPr>
          <w:rFonts w:ascii="Yu Gothic" w:hAnsi="Yu Gothic" w:eastAsia="Yu Gothic"/>
          <w:b w:val="0"/>
          <w:color w:val="141414"/>
          <w:sz w:val="24"/>
          <w:u w:val="single"/>
        </w:rPr>
        <w:t>【課の皆様】</w:t>
      </w:r>
      <w:commentRangeEnd w:id="6"/>
      <w:r>
        <w:rPr>
          <w:rStyle w:val="CommentReference"/>
        </w:rPr>
        <w:commentReference w:id="6"/>
      </w:r>
      <w:r>
        <w:rPr>
          <w:rFonts w:ascii="Yu Gothic" w:hAnsi="Yu Gothic" w:eastAsia="Yu Gothic"/>
          <w:b w:val="0"/>
          <w:color w:val="141414"/>
          <w:sz w:val="24"/>
        </w:rPr>
        <w:t>に多大なご迷惑をおかけし、誠に申し訳ありませんでした。</w:t>
      </w:r>
    </w:p>
    <w:p>
      <w:pPr>
        <w:spacing w:after="18" w:before="0" w:line="315" w:lineRule="exact"/>
        <w:ind w:left="0" w:firstLine="24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>原因は、</w:t>
      </w:r>
      <w:commentRangeStart w:id="7"/>
      <w:r>
        <w:rPr>
          <w:rFonts w:ascii="Yu Gothic" w:hAnsi="Yu Gothic" w:eastAsia="Yu Gothic"/>
          <w:b w:val="0"/>
          <w:color w:val="141414"/>
          <w:sz w:val="24"/>
          <w:u w:val="single"/>
        </w:rPr>
        <w:t>【前夜に目覚まし時計の設定を確かめなかった】</w:t>
      </w:r>
      <w:commentRangeEnd w:id="7"/>
      <w:r>
        <w:rPr>
          <w:rStyle w:val="CommentReference"/>
        </w:rPr>
        <w:commentReference w:id="7"/>
      </w:r>
      <w:r>
        <w:rPr>
          <w:rFonts w:ascii="Yu Gothic" w:hAnsi="Yu Gothic" w:eastAsia="Yu Gothic"/>
          <w:b w:val="0"/>
          <w:color w:val="141414"/>
          <w:sz w:val="24"/>
        </w:rPr>
        <w:t>ことにあり、私の不注意によるものです。深く反省しております。</w:t>
      </w:r>
    </w:p>
    <w:p>
      <w:pPr>
        <w:spacing w:after="18" w:before="0" w:line="315" w:lineRule="exact"/>
        <w:ind w:left="0" w:firstLine="24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>今後は、</w:t>
      </w:r>
      <w:commentRangeStart w:id="8"/>
      <w:r>
        <w:rPr>
          <w:rFonts w:ascii="Yu Gothic" w:hAnsi="Yu Gothic" w:eastAsia="Yu Gothic"/>
          <w:b w:val="0"/>
          <w:color w:val="141414"/>
          <w:sz w:val="24"/>
          <w:u w:val="single"/>
        </w:rPr>
        <w:t>【前夜に目覚ましを確かめ、始業15分前に出社する】</w:t>
      </w:r>
      <w:commentRangeEnd w:id="8"/>
      <w:r>
        <w:rPr>
          <w:rStyle w:val="CommentReference"/>
        </w:rPr>
        <w:commentReference w:id="8"/>
      </w:r>
      <w:r>
        <w:rPr>
          <w:rFonts w:ascii="Yu Gothic" w:hAnsi="Yu Gothic" w:eastAsia="Yu Gothic"/>
          <w:b w:val="0"/>
          <w:color w:val="141414"/>
          <w:sz w:val="24"/>
        </w:rPr>
        <w:t>ことを徹底し、二度と同じことを繰り返さないよう努めます。</w:t>
      </w:r>
    </w:p>
    <w:p>
      <w:pPr>
        <w:spacing w:after="18" w:before="0" w:line="315" w:lineRule="exact"/>
        <w:ind w:left="0" w:firstLine="24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>ここに反省の意を表し、本書を提出いたします。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tabs>
          <w:tab w:pos="5438" w:val="left"/>
        </w:tabs>
        <w:spacing w:after="18" w:before="0" w:line="315" w:lineRule="exact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 xml:space="preserve">　　　　　　　　　　　　　　　　　　</w:t>
      </w:r>
      <w:r>
        <w:rPr>
          <w:rFonts w:ascii="Yu Gothic" w:hAnsi="Yu Gothic" w:eastAsia="Yu Gothic"/>
          <w:b w:val="0"/>
          <w:color w:val="141414"/>
          <w:sz w:val="24"/>
        </w:rPr>
        <w:t>所属</w:t>
        <w:tab/>
      </w:r>
      <w:commentRangeStart w:id="9"/>
      <w:r>
        <w:rPr>
          <w:rFonts w:ascii="Yu Gothic" w:hAnsi="Yu Gothic" w:eastAsia="Yu Gothic"/>
          <w:b w:val="0"/>
          <w:color w:val="141414"/>
          <w:sz w:val="24"/>
          <w:u w:val="single"/>
        </w:rPr>
        <w:t>【営業部 第一営業課】</w:t>
      </w:r>
      <w:commentRangeEnd w:id="9"/>
      <w:r>
        <w:rPr>
          <w:rStyle w:val="CommentReference"/>
        </w:rPr>
        <w:commentReference w:id="9"/>
      </w:r>
    </w:p>
    <w:p>
      <w:pPr>
        <w:tabs>
          <w:tab w:pos="5438" w:val="left"/>
        </w:tabs>
        <w:spacing w:after="18" w:before="0" w:line="315" w:lineRule="exact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 xml:space="preserve">　　　　　　　　　　　　　　　　　　</w:t>
      </w:r>
      <w:r>
        <w:rPr>
          <w:rFonts w:ascii="Yu Gothic" w:hAnsi="Yu Gothic" w:eastAsia="Yu Gothic"/>
          <w:b w:val="0"/>
          <w:color w:val="141414"/>
          <w:sz w:val="24"/>
        </w:rPr>
        <w:t>氏名</w:t>
        <w:tab/>
      </w:r>
      <w:commentRangeStart w:id="10"/>
      <w:r>
        <w:rPr>
          <w:rFonts w:ascii="Yu Gothic" w:hAnsi="Yu Gothic" w:eastAsia="Yu Gothic"/>
          <w:b w:val="0"/>
          <w:color w:val="141414"/>
          <w:sz w:val="24"/>
          <w:u w:val="single"/>
        </w:rPr>
        <w:t>【山田 太郎】</w:t>
      </w:r>
      <w:commentRangeEnd w:id="10"/>
      <w:r>
        <w:rPr>
          <w:rStyle w:val="CommentReference"/>
        </w:rPr>
        <w:commentReference w:id="10"/>
      </w:r>
      <w:r>
        <w:rPr>
          <w:rFonts w:ascii="Yu Gothic" w:hAnsi="Yu Gothic" w:eastAsia="Yu Gothic"/>
          <w:b w:val="0"/>
          <w:color w:val="141414"/>
          <w:sz w:val="24"/>
        </w:rPr>
        <w:t xml:space="preserve">　印</w:t>
      </w:r>
    </w:p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社内で上司などへ出す反省文の一般的な例です。事実と原因・今後の取り組みは自分の言葉に書き換えてください。</w:t>
        <w:br/>
        <w:t>始末書（懲戒の手続きで求められる書面）の提出を指示された時は、就業規則と指示の内容を確認してください。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17T11:46:14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" w:author="やっとくん" w:initials="や" w:date="2026-10-17T11:46:14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2" w:author="やっとくん" w:initials="や" w:date="2026-10-17T11:46:14Z">
    <w:p>
      <w:pPr>
        <w:pStyle w:val="CommentText"/>
      </w:pPr>
      <w:r>
        <w:rPr>
          <w:rStyle w:val="CommentReference"/>
        </w:rPr>
        <w:annotationRef/>
      </w:r>
      <w:r>
        <w:t>例：16</w:t>
      </w:r>
    </w:p>
  </w:comment>
  <w:comment w:id="3" w:author="やっとくん" w:initials="や" w:date="2026-10-17T11:46:14Z">
    <w:p>
      <w:pPr>
        <w:pStyle w:val="CommentText"/>
      </w:pPr>
      <w:r>
        <w:rPr>
          <w:rStyle w:val="CommentReference"/>
        </w:rPr>
        <w:annotationRef/>
      </w:r>
      <w:r>
        <w:t>例：営業部 第一営業課</w:t>
      </w:r>
    </w:p>
  </w:comment>
  <w:comment w:id="4" w:author="やっとくん" w:initials="や" w:date="2026-10-17T11:46:14Z">
    <w:p>
      <w:pPr>
        <w:pStyle w:val="CommentText"/>
      </w:pPr>
      <w:r>
        <w:rPr>
          <w:rStyle w:val="CommentReference"/>
        </w:rPr>
        <w:annotationRef/>
      </w:r>
      <w:r>
        <w:t>例：課長　鈴木 一郎</w:t>
      </w:r>
    </w:p>
  </w:comment>
  <w:comment w:id="5" w:author="やっとくん" w:initials="や" w:date="2026-10-17T11:46:14Z">
    <w:p>
      <w:pPr>
        <w:pStyle w:val="CommentText"/>
      </w:pPr>
      <w:r>
        <w:rPr>
          <w:rStyle w:val="CommentReference"/>
        </w:rPr>
        <w:annotationRef/>
      </w:r>
      <w:r>
        <w:t>例：10月15日の朝の打合せに無断で30分遅刻した</w:t>
      </w:r>
    </w:p>
  </w:comment>
  <w:comment w:id="6" w:author="やっとくん" w:initials="や" w:date="2026-10-17T11:46:14Z">
    <w:p>
      <w:pPr>
        <w:pStyle w:val="CommentText"/>
      </w:pPr>
      <w:r>
        <w:rPr>
          <w:rStyle w:val="CommentReference"/>
        </w:rPr>
        <w:annotationRef/>
      </w:r>
      <w:r>
        <w:t>例：課の皆様</w:t>
      </w:r>
    </w:p>
  </w:comment>
  <w:comment w:id="7" w:author="やっとくん" w:initials="や" w:date="2026-10-17T11:46:14Z">
    <w:p>
      <w:pPr>
        <w:pStyle w:val="CommentText"/>
      </w:pPr>
      <w:r>
        <w:rPr>
          <w:rStyle w:val="CommentReference"/>
        </w:rPr>
        <w:annotationRef/>
      </w:r>
      <w:r>
        <w:t>例：前夜に目覚まし時計の設定を確かめなかった</w:t>
      </w:r>
    </w:p>
  </w:comment>
  <w:comment w:id="8" w:author="やっとくん" w:initials="や" w:date="2026-10-17T11:46:14Z">
    <w:p>
      <w:pPr>
        <w:pStyle w:val="CommentText"/>
      </w:pPr>
      <w:r>
        <w:rPr>
          <w:rStyle w:val="CommentReference"/>
        </w:rPr>
        <w:annotationRef/>
      </w:r>
      <w:r>
        <w:t>例：前夜に目覚ましを確かめ、始業15分前に出社する</w:t>
      </w:r>
    </w:p>
  </w:comment>
  <w:comment w:id="9" w:author="やっとくん" w:initials="や" w:date="2026-10-17T11:46:14Z">
    <w:p>
      <w:pPr>
        <w:pStyle w:val="CommentText"/>
      </w:pPr>
      <w:r>
        <w:rPr>
          <w:rStyle w:val="CommentReference"/>
        </w:rPr>
        <w:annotationRef/>
      </w:r>
      <w:r>
        <w:t>例：営業部 第一営業課</w:t>
      </w:r>
    </w:p>
  </w:comment>
  <w:comment w:id="10" w:author="やっとくん" w:initials="や" w:date="2026-10-17T11:46:14Z">
    <w:p>
      <w:pPr>
        <w:pStyle w:val="CommentText"/>
      </w:pPr>
      <w:r>
        <w:rPr>
          <w:rStyle w:val="CommentReference"/>
        </w:rPr>
        <w:annotationRef/>
      </w:r>
      <w:r>
        <w:t>例：山田 太郎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