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休日出勤申請書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書類番号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社員番号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下記のとおり休日出勤を申請します。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該当日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曜日）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業務時間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出勤理由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休憩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あり・なし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深夜予定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あり・なし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部門長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所属長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