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休日出勤申請書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書類番号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【HD-001】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【3】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 営業課】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社員番号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【EMP-001】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下記のとおり休日出勤を申請します。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該当日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【11】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（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【日】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曜日）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業務時間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【9】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分 ～ 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【16】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出勤理由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【客先の休日設備入替に立ち会うため。】</w:t>
            </w:r>
            <w:commentRangeEnd w:id="15"/>
            <w:r>
              <w:rPr>
                <w:rStyle w:val="CommentReference"/>
              </w:rPr>
              <w:commentReference w:id="1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【稼働再開前の動作確認を行います。】</w:t>
            </w:r>
            <w:commentRangeEnd w:id="16"/>
            <w:r>
              <w:rPr>
                <w:rStyle w:val="CommentReference"/>
              </w:rPr>
              <w:commentReference w:id="16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休憩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【あり】</w:t>
            </w:r>
            <w:commentRangeEnd w:id="17"/>
            <w:r>
              <w:rPr>
                <w:rStyle w:val="CommentReference"/>
              </w:rPr>
              <w:commentReference w:id="17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【12】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分 ～ 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【13】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深夜予定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【なし】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【作業が完了した時点で所属長へ報告します。】</w:t>
            </w:r>
            <w:commentRangeEnd w:id="23"/>
            <w:r>
              <w:rPr>
                <w:rStyle w:val="CommentReference"/>
              </w:rPr>
              <w:commentReference w:id="23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部門長　</w:t>
            </w: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【佐藤 一郎】</w:t>
            </w:r>
            <w:commentRangeEnd w:id="24"/>
            <w:r>
              <w:rPr>
                <w:rStyle w:val="CommentReference"/>
              </w:rPr>
              <w:commentReference w:id="2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所属長　</w:t>
            </w: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【田中 健】</w:t>
            </w:r>
            <w:commentRangeEnd w:id="25"/>
            <w:r>
              <w:rPr>
                <w:rStyle w:val="CommentReference"/>
              </w:rPr>
              <w:commentReference w:id="2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【鈴木 明】</w:t>
            </w:r>
            <w:commentRangeEnd w:id="26"/>
            <w:r>
              <w:rPr>
                <w:rStyle w:val="CommentReference"/>
              </w:rPr>
              <w:commentReference w:id="2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例：HD-001</w:t>
      </w:r>
    </w:p>
  </w:comment>
  <w:comment w:id="1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4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例：営業部 営業課</w:t>
      </w:r>
    </w:p>
  </w:comment>
  <w:comment w:id="5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例：EMP-001</w:t>
      </w:r>
    </w:p>
  </w:comment>
  <w:comment w:id="6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7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9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10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例：日</w:t>
      </w:r>
    </w:p>
  </w:comment>
  <w:comment w:id="11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2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3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例：16</w:t>
      </w:r>
    </w:p>
  </w:comment>
  <w:comment w:id="14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5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例：客先の休日設備入替に立ち会うため。</w:t>
      </w:r>
    </w:p>
  </w:comment>
  <w:comment w:id="16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例：稼働再開前の動作確認を行います。</w:t>
      </w:r>
    </w:p>
  </w:comment>
  <w:comment w:id="17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休憩予定：▼から選ぶ（あり・なし）</w:t>
      </w:r>
    </w:p>
  </w:comment>
  <w:comment w:id="18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例：12</w:t>
      </w:r>
    </w:p>
  </w:comment>
  <w:comment w:id="19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0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例：13</w:t>
      </w:r>
    </w:p>
  </w:comment>
  <w:comment w:id="21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2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深夜勤務予定：▼から選ぶ（あり・なし）</w:t>
      </w:r>
    </w:p>
  </w:comment>
  <w:comment w:id="23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例：作業が完了した時点で所属長へ報告します。</w:t>
      </w:r>
    </w:p>
  </w:comment>
  <w:comment w:id="24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25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26" w:author="やっとくん" w:initials="や" w:date="2026-10-04T07:16:41Z">
    <w:p>
      <w:pPr>
        <w:pStyle w:val="CommentText"/>
      </w:pPr>
      <w:r>
        <w:rPr>
          <w:rStyle w:val="CommentReference"/>
        </w:rPr>
        <w:annotationRef/>
      </w:r>
      <w:r>
        <w:t>例：鈴木 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