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育児休業証明書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宛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下記の者が、育児休業を取得していることを証明します。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就労者の住所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就労者の氏名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フリガナ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氏名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生年月日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育児休業の</w:t>
              <w:br/>
              <w:t>対象となる子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フリガナ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氏名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生年月日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※ 多胎児の場合は、全員の氏名を記入する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育児休業の区分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取得予定・取得中・延長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育児休業期間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 ～ 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復職予定日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18" w:before="0" w:line="230" w:lineRule="exact"/>
        <w:jc w:val="left"/>
      </w:pPr>
    </w:p>
    <w:p>
      <w:pPr>
        <w:spacing w:after="18" w:before="0" w:line="230" w:lineRule="exact"/>
        <w:jc w:val="left"/>
      </w:pPr>
      <w:r>
        <w:rPr>
          <w:rFonts w:ascii="Yu Gothic" w:hAnsi="Yu Gothic" w:eastAsia="Yu Gothic"/>
          <w:b w:val="0"/>
          <w:color w:val="141414"/>
          <w:sz w:val="18"/>
        </w:rPr>
        <w:t xml:space="preserve">証明日　</w:t>
      </w:r>
      <w:r>
        <w:rPr>
          <w:rFonts w:ascii="Yu Gothic" w:hAnsi="Yu Gothic" w:eastAsia="Yu Gothic"/>
          <w:b w:val="0"/>
          <w:color w:val="141414"/>
          <w:sz w:val="18"/>
        </w:rPr>
        <w:t>＿＿＿＿</w:t>
      </w:r>
      <w:r>
        <w:rPr>
          <w:rFonts w:ascii="Yu Gothic" w:hAnsi="Yu Gothic" w:eastAsia="Yu Gothic"/>
          <w:b w:val="0"/>
          <w:color w:val="141414"/>
          <w:sz w:val="18"/>
        </w:rPr>
        <w:t>年</w:t>
      </w:r>
      <w:r>
        <w:rPr>
          <w:rFonts w:ascii="Yu Gothic" w:hAnsi="Yu Gothic" w:eastAsia="Yu Gothic"/>
          <w:b w:val="0"/>
          <w:color w:val="141414"/>
          <w:sz w:val="18"/>
        </w:rPr>
        <w:t>＿＿</w:t>
      </w:r>
      <w:r>
        <w:rPr>
          <w:rFonts w:ascii="Yu Gothic" w:hAnsi="Yu Gothic" w:eastAsia="Yu Gothic"/>
          <w:b w:val="0"/>
          <w:color w:val="141414"/>
          <w:sz w:val="18"/>
        </w:rPr>
        <w:t>月</w:t>
      </w:r>
      <w:r>
        <w:rPr>
          <w:rFonts w:ascii="Yu Gothic" w:hAnsi="Yu Gothic" w:eastAsia="Yu Gothic"/>
          <w:b w:val="0"/>
          <w:color w:val="141414"/>
          <w:sz w:val="18"/>
        </w:rPr>
        <w:t>＿＿</w:t>
      </w:r>
      <w:r>
        <w:rPr>
          <w:rFonts w:ascii="Yu Gothic" w:hAnsi="Yu Gothic" w:eastAsia="Yu Gothic"/>
          <w:b w:val="0"/>
          <w:color w:val="141414"/>
          <w:sz w:val="18"/>
        </w:rPr>
        <w:t>日</w:t>
      </w:r>
    </w:p>
    <w:p>
      <w:pPr>
        <w:spacing w:after="18" w:before="0" w:line="230" w:lineRule="exact"/>
        <w:jc w:val="left"/>
      </w:pPr>
    </w:p>
    <w:p>
      <w:pPr>
        <w:tabs>
          <w:tab w:pos="931" w:val="left"/>
          <w:tab w:pos="7069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所在地　</w:t>
        <w:tab/>
      </w:r>
      <w:r>
        <w:rPr>
          <w:rFonts w:ascii="Yu Gothic" w:hAnsi="Yu Gothic" w:eastAsia="Yu Gothic"/>
          <w:b w:val="0"/>
          <w:color w:val="141414"/>
          <w:sz w:val="18"/>
        </w:rPr>
        <w:t>＿＿＿＿＿＿＿＿＿＿＿＿＿＿＿＿＿＿＿＿＿＿＿＿＿＿＿＿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931" w:val="left"/>
          <w:tab w:pos="7069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事業所名　</w:t>
        <w:tab/>
      </w:r>
      <w:r>
        <w:rPr>
          <w:rFonts w:ascii="Yu Gothic" w:hAnsi="Yu Gothic" w:eastAsia="Yu Gothic"/>
          <w:b w:val="0"/>
          <w:color w:val="141414"/>
          <w:sz w:val="18"/>
        </w:rPr>
        <w:t>＿＿＿＿＿＿＿＿＿＿＿＿＿＿＿＿＿＿＿＿＿＿＿＿＿＿＿＿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931" w:val="left"/>
          <w:tab w:pos="7069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代表者名　</w:t>
        <w:tab/>
      </w:r>
      <w:r>
        <w:rPr>
          <w:rFonts w:ascii="Yu Gothic" w:hAnsi="Yu Gothic" w:eastAsia="Yu Gothic"/>
          <w:b w:val="0"/>
          <w:color w:val="141414"/>
          <w:sz w:val="18"/>
        </w:rPr>
        <w:t>＿＿＿＿＿＿＿＿＿＿＿＿＿＿＿＿＿＿＿＿＿＿＿＿＿＿＿＿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18"/>
        </w:rPr>
        <w:t xml:space="preserve">　印</w:t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931" w:val="left"/>
          <w:tab w:pos="7069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電話番号　</w:t>
        <w:tab/>
      </w:r>
      <w:r>
        <w:rPr>
          <w:rFonts w:ascii="Yu Gothic" w:hAnsi="Yu Gothic" w:eastAsia="Yu Gothic"/>
          <w:b w:val="0"/>
          <w:color w:val="141414"/>
          <w:sz w:val="18"/>
        </w:rPr>
        <w:t>＿＿＿＿＿＿＿＿＿＿＿＿＿＿＿＿＿＿＿＿＿＿＿＿＿＿＿＿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931" w:val="left"/>
          <w:tab w:pos="7069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担当者名　</w:t>
        <w:tab/>
      </w:r>
      <w:r>
        <w:rPr>
          <w:rFonts w:ascii="Yu Gothic" w:hAnsi="Yu Gothic" w:eastAsia="Yu Gothic"/>
          <w:b w:val="0"/>
          <w:color w:val="141414"/>
          <w:sz w:val="18"/>
        </w:rPr>
        <w:t>＿＿＿＿＿＿＿＿＿＿＿＿＿＿＿＿＿＿＿＿＿＿＿＿＿＿＿＿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spacing w:after="18" w:before="0" w:line="230" w:lineRule="exact"/>
        <w:jc w:val="left"/>
      </w:pP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※本証明書の内容について、就労先事業者等に無断で作成し又は改変を行ったときには、刑法上の罪に問われる場合があります。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