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育児休業証明書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【渋谷区長】</w:t>
            </w:r>
            <w:commentRangeEnd w:id="0"/>
            <w:r>
              <w:rPr>
                <w:rStyle w:val="CommentReference"/>
              </w:rPr>
              <w:commentReference w:id="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宛</w:t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下記の者が、育児休業を取得していることを証明します。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就労者の住所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【東京都渋谷区神宮前 1-1-1】</w:t>
            </w:r>
            <w:commentRangeEnd w:id="1"/>
            <w:r>
              <w:rPr>
                <w:rStyle w:val="CommentReference"/>
              </w:rPr>
              <w:commentReference w:id="1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就労者の氏名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フリガナ　</w:t>
            </w: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【ヤマカワ アキコ】</w:t>
            </w:r>
            <w:commentRangeEnd w:id="2"/>
            <w:r>
              <w:rPr>
                <w:rStyle w:val="CommentReference"/>
              </w:rPr>
              <w:commentReference w:id="2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氏名　</w:t>
            </w: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【山川 明子】</w:t>
            </w:r>
            <w:commentRangeEnd w:id="3"/>
            <w:r>
              <w:rPr>
                <w:rStyle w:val="CommentReference"/>
              </w:rPr>
              <w:commentReference w:id="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生年月日　</w:t>
            </w: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【1992】</w:t>
            </w:r>
            <w:commentRangeEnd w:id="4"/>
            <w:r>
              <w:rPr>
                <w:rStyle w:val="CommentReference"/>
              </w:rPr>
              <w:commentReference w:id="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【5】</w:t>
            </w:r>
            <w:commentRangeEnd w:id="5"/>
            <w:r>
              <w:rPr>
                <w:rStyle w:val="CommentReference"/>
              </w:rPr>
              <w:commentReference w:id="5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【18】</w:t>
            </w:r>
            <w:commentRangeEnd w:id="6"/>
            <w:r>
              <w:rPr>
                <w:rStyle w:val="CommentReference"/>
              </w:rPr>
              <w:commentReference w:id="6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育児休業の</w:t>
              <w:br/>
              <w:t>対象となる子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フリガナ　</w:t>
            </w: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【ヤマカワ ジロウ】</w:t>
            </w:r>
            <w:commentRangeEnd w:id="7"/>
            <w:r>
              <w:rPr>
                <w:rStyle w:val="CommentReference"/>
              </w:rPr>
              <w:commentReference w:id="7"/>
            </w:r>
          </w:p>
          <w:p>
            <w:pPr>
              <w:spacing w:after="0" w:before="0" w:line="230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氏名　</w:t>
            </w: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【山川 二郎】</w:t>
            </w:r>
            <w:commentRangeEnd w:id="8"/>
            <w:r>
              <w:rPr>
                <w:rStyle w:val="CommentReference"/>
              </w:rPr>
              <w:commentReference w:id="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生年月日　</w:t>
            </w: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【2026】</w:t>
            </w:r>
            <w:commentRangeEnd w:id="9"/>
            <w:r>
              <w:rPr>
                <w:rStyle w:val="CommentReference"/>
              </w:rPr>
              <w:commentReference w:id="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【4】</w:t>
            </w:r>
            <w:commentRangeEnd w:id="10"/>
            <w:r>
              <w:rPr>
                <w:rStyle w:val="CommentReference"/>
              </w:rPr>
              <w:commentReference w:id="1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【3】</w:t>
            </w:r>
            <w:commentRangeEnd w:id="11"/>
            <w:r>
              <w:rPr>
                <w:rStyle w:val="CommentReference"/>
              </w:rPr>
              <w:commentReference w:id="1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5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※ 多胎児の場合は、全員の氏名を記入する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育児休業の区分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【取得中】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育児休業期間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【2026】</w:t>
            </w:r>
            <w:commentRangeEnd w:id="13"/>
            <w:r>
              <w:rPr>
                <w:rStyle w:val="CommentReference"/>
              </w:rPr>
              <w:commentReference w:id="1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【5】</w:t>
            </w:r>
            <w:commentRangeEnd w:id="14"/>
            <w:r>
              <w:rPr>
                <w:rStyle w:val="CommentReference"/>
              </w:rPr>
              <w:commentReference w:id="14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【30】</w:t>
            </w:r>
            <w:commentRangeEnd w:id="15"/>
            <w:r>
              <w:rPr>
                <w:rStyle w:val="CommentReference"/>
              </w:rPr>
              <w:commentReference w:id="15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日 ～ </w:t>
            </w: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【2027】</w:t>
            </w:r>
            <w:commentRangeEnd w:id="16"/>
            <w:r>
              <w:rPr>
                <w:rStyle w:val="CommentReference"/>
              </w:rPr>
              <w:commentReference w:id="16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【3】</w:t>
            </w:r>
            <w:commentRangeEnd w:id="17"/>
            <w:r>
              <w:rPr>
                <w:rStyle w:val="CommentReference"/>
              </w:rPr>
              <w:commentReference w:id="17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【31】</w:t>
            </w:r>
            <w:commentRangeEnd w:id="18"/>
            <w:r>
              <w:rPr>
                <w:rStyle w:val="CommentReference"/>
              </w:rPr>
              <w:commentReference w:id="18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復職予定日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【2027】</w:t>
            </w:r>
            <w:commentRangeEnd w:id="19"/>
            <w:r>
              <w:rPr>
                <w:rStyle w:val="CommentReference"/>
              </w:rPr>
              <w:commentReference w:id="19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【4】</w:t>
            </w:r>
            <w:commentRangeEnd w:id="20"/>
            <w:r>
              <w:rPr>
                <w:rStyle w:val="CommentReference"/>
              </w:rPr>
              <w:commentReference w:id="20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【1】</w:t>
            </w:r>
            <w:commentRangeEnd w:id="21"/>
            <w:r>
              <w:rPr>
                <w:rStyle w:val="CommentReference"/>
              </w:rPr>
              <w:commentReference w:id="2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備考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30" w:lineRule="exact"/>
              <w:ind w:left="57" w:right="57"/>
              <w:jc w:val="left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【復職後は育児のための短時間勤務を予定】</w:t>
            </w:r>
            <w:commentRangeEnd w:id="22"/>
            <w:r>
              <w:rPr>
                <w:rStyle w:val="CommentReference"/>
              </w:rPr>
              <w:commentReference w:id="22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p>
      <w:pPr>
        <w:spacing w:after="18" w:before="0" w:line="230" w:lineRule="exact"/>
        <w:jc w:val="left"/>
      </w:pPr>
    </w:p>
    <w:p>
      <w:pPr>
        <w:spacing w:after="18" w:before="0" w:line="230" w:lineRule="exact"/>
        <w:jc w:val="left"/>
      </w:pPr>
      <w:r>
        <w:rPr>
          <w:rFonts w:ascii="Yu Gothic" w:hAnsi="Yu Gothic" w:eastAsia="Yu Gothic"/>
          <w:b w:val="0"/>
          <w:color w:val="141414"/>
          <w:sz w:val="18"/>
        </w:rPr>
        <w:t xml:space="preserve">証明日　</w:t>
      </w:r>
      <w:commentRangeStart w:id="23"/>
      <w:r>
        <w:rPr>
          <w:rFonts w:ascii="Yu Gothic" w:hAnsi="Yu Gothic" w:eastAsia="Yu Gothic"/>
          <w:b w:val="0"/>
          <w:color w:val="141414"/>
          <w:sz w:val="18"/>
        </w:rPr>
        <w:t>【2026】</w:t>
      </w:r>
      <w:commentRangeEnd w:id="23"/>
      <w:r>
        <w:rPr>
          <w:rStyle w:val="CommentReference"/>
        </w:rPr>
        <w:commentReference w:id="23"/>
      </w:r>
      <w:r>
        <w:rPr>
          <w:rFonts w:ascii="Yu Gothic" w:hAnsi="Yu Gothic" w:eastAsia="Yu Gothic"/>
          <w:b w:val="0"/>
          <w:color w:val="141414"/>
          <w:sz w:val="18"/>
        </w:rPr>
        <w:t>年</w:t>
      </w:r>
      <w:commentRangeStart w:id="24"/>
      <w:r>
        <w:rPr>
          <w:rFonts w:ascii="Yu Gothic" w:hAnsi="Yu Gothic" w:eastAsia="Yu Gothic"/>
          <w:b w:val="0"/>
          <w:color w:val="141414"/>
          <w:sz w:val="18"/>
        </w:rPr>
        <w:t>【10】</w:t>
      </w:r>
      <w:commentRangeEnd w:id="24"/>
      <w:r>
        <w:rPr>
          <w:rStyle w:val="CommentReference"/>
        </w:rPr>
        <w:commentReference w:id="24"/>
      </w:r>
      <w:r>
        <w:rPr>
          <w:rFonts w:ascii="Yu Gothic" w:hAnsi="Yu Gothic" w:eastAsia="Yu Gothic"/>
          <w:b w:val="0"/>
          <w:color w:val="141414"/>
          <w:sz w:val="18"/>
        </w:rPr>
        <w:t>月</w:t>
      </w:r>
      <w:commentRangeStart w:id="25"/>
      <w:r>
        <w:rPr>
          <w:rFonts w:ascii="Yu Gothic" w:hAnsi="Yu Gothic" w:eastAsia="Yu Gothic"/>
          <w:b w:val="0"/>
          <w:color w:val="141414"/>
          <w:sz w:val="18"/>
        </w:rPr>
        <w:t>【20】</w:t>
      </w:r>
      <w:commentRangeEnd w:id="25"/>
      <w:r>
        <w:rPr>
          <w:rStyle w:val="CommentReference"/>
        </w:rPr>
        <w:commentReference w:id="25"/>
      </w:r>
      <w:r>
        <w:rPr>
          <w:rFonts w:ascii="Yu Gothic" w:hAnsi="Yu Gothic" w:eastAsia="Yu Gothic"/>
          <w:b w:val="0"/>
          <w:color w:val="141414"/>
          <w:sz w:val="18"/>
        </w:rPr>
        <w:t>日</w:t>
      </w:r>
    </w:p>
    <w:p>
      <w:pPr>
        <w:spacing w:after="18" w:before="0" w:line="230" w:lineRule="exact"/>
        <w:jc w:val="left"/>
      </w:pPr>
    </w:p>
    <w:p>
      <w:pPr>
        <w:tabs>
          <w:tab w:pos="931" w:val="left"/>
          <w:tab w:pos="7069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所在地　</w:t>
        <w:tab/>
      </w:r>
      <w:commentRangeStart w:id="26"/>
      <w:r>
        <w:rPr>
          <w:rFonts w:ascii="Yu Gothic" w:hAnsi="Yu Gothic" w:eastAsia="Yu Gothic"/>
          <w:b w:val="0"/>
          <w:color w:val="141414"/>
          <w:sz w:val="18"/>
        </w:rPr>
        <w:t>【東京都渋谷区神宮前 1-1-1】</w:t>
      </w:r>
      <w:commentRangeEnd w:id="26"/>
      <w:r>
        <w:rPr>
          <w:rStyle w:val="CommentReference"/>
        </w:rPr>
        <w:commentReference w:id="26"/>
      </w:r>
      <w:r>
        <w:rPr>
          <w:rFonts w:ascii="Yu Gothic" w:hAnsi="Yu Gothic" w:eastAsia="Yu Gothic"/>
          <w:b w:val="0"/>
          <w:color w:val="141414"/>
          <w:sz w:val="18"/>
        </w:rPr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tabs>
          <w:tab w:pos="931" w:val="left"/>
          <w:tab w:pos="7069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事業所名　</w:t>
        <w:tab/>
      </w:r>
      <w:commentRangeStart w:id="27"/>
      <w:r>
        <w:rPr>
          <w:rFonts w:ascii="Yu Gothic" w:hAnsi="Yu Gothic" w:eastAsia="Yu Gothic"/>
          <w:b w:val="0"/>
          <w:color w:val="141414"/>
          <w:sz w:val="18"/>
        </w:rPr>
        <w:t>【株式会社やっとくん】</w:t>
      </w:r>
      <w:commentRangeEnd w:id="27"/>
      <w:r>
        <w:rPr>
          <w:rStyle w:val="CommentReference"/>
        </w:rPr>
        <w:commentReference w:id="27"/>
      </w:r>
      <w:r>
        <w:rPr>
          <w:rFonts w:ascii="Yu Gothic" w:hAnsi="Yu Gothic" w:eastAsia="Yu Gothic"/>
          <w:b w:val="0"/>
          <w:color w:val="141414"/>
          <w:sz w:val="18"/>
        </w:rPr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tabs>
          <w:tab w:pos="931" w:val="left"/>
          <w:tab w:pos="7069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代表者名　</w:t>
        <w:tab/>
      </w:r>
      <w:commentRangeStart w:id="28"/>
      <w:r>
        <w:rPr>
          <w:rFonts w:ascii="Yu Gothic" w:hAnsi="Yu Gothic" w:eastAsia="Yu Gothic"/>
          <w:b w:val="0"/>
          <w:color w:val="141414"/>
          <w:sz w:val="18"/>
        </w:rPr>
        <w:t>【代表取締役　佐藤 一郎】</w:t>
      </w:r>
      <w:commentRangeEnd w:id="28"/>
      <w:r>
        <w:rPr>
          <w:rStyle w:val="CommentReference"/>
        </w:rPr>
        <w:commentReference w:id="28"/>
      </w:r>
      <w:r>
        <w:rPr>
          <w:rFonts w:ascii="Yu Gothic" w:hAnsi="Yu Gothic" w:eastAsia="Yu Gothic"/>
          <w:b w:val="0"/>
          <w:color w:val="141414"/>
          <w:sz w:val="18"/>
        </w:rPr>
        <w:t xml:space="preserve">　印</w:t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tabs>
          <w:tab w:pos="931" w:val="left"/>
          <w:tab w:pos="7069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電話番号　</w:t>
        <w:tab/>
      </w:r>
      <w:commentRangeStart w:id="29"/>
      <w:r>
        <w:rPr>
          <w:rFonts w:ascii="Yu Gothic" w:hAnsi="Yu Gothic" w:eastAsia="Yu Gothic"/>
          <w:b w:val="0"/>
          <w:color w:val="141414"/>
          <w:sz w:val="18"/>
        </w:rPr>
        <w:t>【03-0000-0000】</w:t>
      </w:r>
      <w:commentRangeEnd w:id="29"/>
      <w:r>
        <w:rPr>
          <w:rStyle w:val="CommentReference"/>
        </w:rPr>
        <w:commentReference w:id="29"/>
      </w:r>
      <w:r>
        <w:rPr>
          <w:rFonts w:ascii="Yu Gothic" w:hAnsi="Yu Gothic" w:eastAsia="Yu Gothic"/>
          <w:b w:val="0"/>
          <w:color w:val="141414"/>
          <w:sz w:val="18"/>
        </w:rPr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tabs>
          <w:tab w:pos="931" w:val="left"/>
          <w:tab w:pos="7069" w:val="left"/>
        </w:tabs>
        <w:spacing w:after="18" w:before="0" w:line="230" w:lineRule="exact"/>
        <w:jc w:val="right"/>
      </w:pPr>
      <w:r>
        <w:rPr>
          <w:rFonts w:ascii="Yu Gothic" w:hAnsi="Yu Gothic" w:eastAsia="Yu Gothic"/>
          <w:b w:val="0"/>
          <w:color w:val="141414"/>
          <w:sz w:val="18"/>
        </w:rPr>
        <w:t xml:space="preserve">担当者名　</w:t>
        <w:tab/>
      </w:r>
      <w:commentRangeStart w:id="30"/>
      <w:r>
        <w:rPr>
          <w:rFonts w:ascii="Yu Gothic" w:hAnsi="Yu Gothic" w:eastAsia="Yu Gothic"/>
          <w:b w:val="0"/>
          <w:color w:val="141414"/>
          <w:sz w:val="18"/>
        </w:rPr>
        <w:t>【総務部　鈴木 一郎】</w:t>
      </w:r>
      <w:commentRangeEnd w:id="30"/>
      <w:r>
        <w:rPr>
          <w:rStyle w:val="CommentReference"/>
        </w:rPr>
        <w:commentReference w:id="30"/>
      </w:r>
      <w:r>
        <w:rPr>
          <w:rFonts w:ascii="Yu Gothic" w:hAnsi="Yu Gothic" w:eastAsia="Yu Gothic"/>
          <w:b w:val="0"/>
          <w:color w:val="141414"/>
          <w:sz w:val="18"/>
        </w:rPr>
        <w:tab/>
      </w:r>
      <w:r>
        <w:rPr>
          <w:rFonts w:ascii="Yu Gothic" w:hAnsi="Yu Gothic" w:eastAsia="Yu Gothic"/>
          <w:b w:val="0"/>
          <w:color w:val="141414"/>
          <w:sz w:val="18"/>
        </w:rPr>
        <w:t xml:space="preserve">　</w:t>
      </w:r>
    </w:p>
    <w:p>
      <w:pPr>
        <w:spacing w:after="18" w:before="0" w:line="230" w:lineRule="exact"/>
        <w:jc w:val="left"/>
      </w:pP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7"/>
        </w:rPr>
        <w:t>※本証明書の内容について、就労先事業者等に無断で作成し又は改変を行ったときには、刑法上の罪に問われる場合があります。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会社が発行する一般的な様式です。提出先の市区町村が様式を指定している時は、その様式を優先してください。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例：渋谷区長</w:t>
      </w:r>
    </w:p>
  </w:comment>
  <w:comment w:id="1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例：東京都渋谷区神宮前 1-1-1</w:t>
      </w:r>
    </w:p>
  </w:comment>
  <w:comment w:id="2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例：ヤマカワ アキコ</w:t>
      </w:r>
    </w:p>
  </w:comment>
  <w:comment w:id="3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例：山川 明子</w:t>
      </w:r>
    </w:p>
  </w:comment>
  <w:comment w:id="4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例：1992</w:t>
      </w:r>
    </w:p>
  </w:comment>
  <w:comment w:id="5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例：5</w:t>
      </w:r>
    </w:p>
  </w:comment>
  <w:comment w:id="6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例：18</w:t>
      </w:r>
    </w:p>
  </w:comment>
  <w:comment w:id="7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例：ヤマカワ ジロウ</w:t>
      </w:r>
    </w:p>
  </w:comment>
  <w:comment w:id="8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例：山川 二郎</w:t>
      </w:r>
    </w:p>
  </w:comment>
  <w:comment w:id="9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0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例：4</w:t>
      </w:r>
    </w:p>
  </w:comment>
  <w:comment w:id="11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12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育児休業の区分（取得予定・取得中・延長）：▼から選ぶ（取得予定・取得中・延長）</w:t>
      </w:r>
    </w:p>
  </w:comment>
  <w:comment w:id="13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4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例：5</w:t>
      </w:r>
    </w:p>
  </w:comment>
  <w:comment w:id="15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16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例：2027</w:t>
      </w:r>
    </w:p>
  </w:comment>
  <w:comment w:id="17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18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例：31</w:t>
      </w:r>
    </w:p>
  </w:comment>
  <w:comment w:id="19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例：2027</w:t>
      </w:r>
    </w:p>
  </w:comment>
  <w:comment w:id="20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例：4</w:t>
      </w:r>
    </w:p>
  </w:comment>
  <w:comment w:id="21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22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例：復職後は育児のための短時間勤務を予定</w:t>
      </w:r>
    </w:p>
  </w:comment>
  <w:comment w:id="23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24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25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例：20</w:t>
      </w:r>
    </w:p>
  </w:comment>
  <w:comment w:id="26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例：東京都渋谷区神宮前 1-1-1</w:t>
      </w:r>
    </w:p>
  </w:comment>
  <w:comment w:id="27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28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例：代表取締役　佐藤 一郎</w:t>
      </w:r>
    </w:p>
  </w:comment>
  <w:comment w:id="29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例：03-0000-0000</w:t>
      </w:r>
    </w:p>
  </w:comment>
  <w:comment w:id="30" w:author="やっとくん" w:initials="や" w:date="2026-10-17T11:48:41Z">
    <w:p>
      <w:pPr>
        <w:pStyle w:val="CommentText"/>
      </w:pPr>
      <w:r>
        <w:rPr>
          <w:rStyle w:val="CommentReference"/>
        </w:rPr>
        <w:annotationRef/>
      </w:r>
      <w:r>
        <w:t>例：総務部　鈴木 一郎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