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8" w:before="0" w:line="315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＿＿＿＿</w:t>
      </w:r>
      <w:r>
        <w:rPr>
          <w:rFonts w:ascii="Yu Gothic" w:hAnsi="Yu Gothic" w:eastAsia="Yu Gothic"/>
          <w:b w:val="0"/>
          <w:color w:val="141414"/>
          <w:sz w:val="24"/>
        </w:rPr>
        <w:t>年</w:t>
      </w:r>
      <w:r>
        <w:rPr>
          <w:rFonts w:ascii="Yu Gothic" w:hAnsi="Yu Gothic" w:eastAsia="Yu Gothic"/>
          <w:b w:val="0"/>
          <w:color w:val="141414"/>
          <w:sz w:val="20"/>
        </w:rPr>
        <w:t>＿＿</w:t>
      </w:r>
      <w:r>
        <w:rPr>
          <w:rFonts w:ascii="Yu Gothic" w:hAnsi="Yu Gothic" w:eastAsia="Yu Gothic"/>
          <w:b w:val="0"/>
          <w:color w:val="141414"/>
          <w:sz w:val="24"/>
        </w:rPr>
        <w:t>月</w:t>
      </w:r>
      <w:r>
        <w:rPr>
          <w:rFonts w:ascii="Yu Gothic" w:hAnsi="Yu Gothic" w:eastAsia="Yu Gothic"/>
          <w:b w:val="0"/>
          <w:color w:val="141414"/>
          <w:sz w:val="20"/>
        </w:rPr>
        <w:t>＿＿</w:t>
      </w:r>
      <w:r>
        <w:rPr>
          <w:rFonts w:ascii="Yu Gothic" w:hAnsi="Yu Gothic" w:eastAsia="Yu Gothic"/>
          <w:b w:val="0"/>
          <w:color w:val="141414"/>
          <w:sz w:val="24"/>
        </w:rPr>
        <w:t>日</w:t>
      </w:r>
      <w:r>
        <w:rPr>
          <w:rFonts w:ascii="Yu Gothic" w:hAnsi="Yu Gothic" w:eastAsia="Yu Gothic"/>
          <w:b w:val="0"/>
          <w:color w:val="141414"/>
          <w:sz w:val="24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315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</w:t>
      </w:r>
      <w:r>
        <w:rPr>
          <w:rFonts w:ascii="Yu Gothic" w:hAnsi="Yu Gothic" w:eastAsia="Yu Gothic"/>
          <w:b w:val="0"/>
          <w:color w:val="141414"/>
          <w:sz w:val="24"/>
        </w:rPr>
        <w:t xml:space="preserve">　殿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479" w:lineRule="exact"/>
        <w:jc w:val="center"/>
      </w:pPr>
      <w:r>
        <w:rPr>
          <w:rFonts w:ascii="Yu Gothic" w:hAnsi="Yu Gothic" w:eastAsia="Yu Gothic"/>
          <w:b/>
          <w:color w:val="141414"/>
          <w:sz w:val="36"/>
        </w:rPr>
        <w:t>借用書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315" w:lineRule="exact"/>
        <w:jc w:val="center"/>
      </w:pPr>
      <w:r>
        <w:rPr>
          <w:rFonts w:ascii="Yu Gothic" w:hAnsi="Yu Gothic" w:eastAsia="Yu Gothic"/>
          <w:b w:val="0"/>
          <w:color w:val="141414"/>
          <w:sz w:val="24"/>
        </w:rPr>
        <w:t xml:space="preserve">金　</w:t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</w:t>
      </w:r>
      <w:r>
        <w:rPr>
          <w:rFonts w:ascii="Yu Gothic" w:hAnsi="Yu Gothic" w:eastAsia="Yu Gothic"/>
          <w:b w:val="0"/>
          <w:color w:val="141414"/>
          <w:sz w:val="24"/>
        </w:rPr>
        <w:t xml:space="preserve">　円也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315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>私は、貴殿より上記の金額を確かに借り受けました。下記の条件のとおり、返済期日までに全額を返済することを約束いたします。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315" w:lineRule="exact"/>
        <w:jc w:val="center"/>
      </w:pPr>
      <w:r>
        <w:rPr>
          <w:rFonts w:ascii="Yu Gothic" w:hAnsi="Yu Gothic" w:eastAsia="Yu Gothic"/>
          <w:b w:val="0"/>
          <w:color w:val="141414"/>
          <w:sz w:val="24"/>
        </w:rPr>
        <w:t>記</w:t>
      </w:r>
    </w:p>
    <w:p>
      <w:pPr>
        <w:spacing w:after="18" w:before="0" w:line="315" w:lineRule="exact"/>
        <w:ind w:left="480" w:hanging="48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 xml:space="preserve">１　</w:t>
      </w:r>
      <w:r>
        <w:rPr>
          <w:rFonts w:ascii="Yu Gothic" w:hAnsi="Yu Gothic" w:eastAsia="Yu Gothic"/>
          <w:b w:val="0"/>
          <w:color w:val="141414"/>
          <w:sz w:val="24"/>
        </w:rPr>
        <w:t xml:space="preserve">借用日　　　</w:t>
      </w:r>
      <w:r>
        <w:rPr>
          <w:rFonts w:ascii="Yu Gothic" w:hAnsi="Yu Gothic" w:eastAsia="Yu Gothic"/>
          <w:b w:val="0"/>
          <w:color w:val="141414"/>
          <w:sz w:val="20"/>
        </w:rPr>
        <w:t>＿＿＿＿</w:t>
      </w:r>
      <w:r>
        <w:rPr>
          <w:rFonts w:ascii="Yu Gothic" w:hAnsi="Yu Gothic" w:eastAsia="Yu Gothic"/>
          <w:b w:val="0"/>
          <w:color w:val="141414"/>
          <w:sz w:val="24"/>
        </w:rPr>
        <w:t>年</w:t>
      </w:r>
      <w:r>
        <w:rPr>
          <w:rFonts w:ascii="Yu Gothic" w:hAnsi="Yu Gothic" w:eastAsia="Yu Gothic"/>
          <w:b w:val="0"/>
          <w:color w:val="141414"/>
          <w:sz w:val="20"/>
        </w:rPr>
        <w:t>＿＿</w:t>
      </w:r>
      <w:r>
        <w:rPr>
          <w:rFonts w:ascii="Yu Gothic" w:hAnsi="Yu Gothic" w:eastAsia="Yu Gothic"/>
          <w:b w:val="0"/>
          <w:color w:val="141414"/>
          <w:sz w:val="24"/>
        </w:rPr>
        <w:t>月</w:t>
      </w:r>
      <w:r>
        <w:rPr>
          <w:rFonts w:ascii="Yu Gothic" w:hAnsi="Yu Gothic" w:eastAsia="Yu Gothic"/>
          <w:b w:val="0"/>
          <w:color w:val="141414"/>
          <w:sz w:val="20"/>
        </w:rPr>
        <w:t>＿＿</w:t>
      </w:r>
      <w:r>
        <w:rPr>
          <w:rFonts w:ascii="Yu Gothic" w:hAnsi="Yu Gothic" w:eastAsia="Yu Gothic"/>
          <w:b w:val="0"/>
          <w:color w:val="141414"/>
          <w:sz w:val="24"/>
        </w:rPr>
        <w:t>日</w:t>
      </w:r>
    </w:p>
    <w:p>
      <w:pPr>
        <w:spacing w:after="18" w:before="0" w:line="315" w:lineRule="exact"/>
        <w:ind w:left="480" w:hanging="48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 xml:space="preserve">２　</w:t>
      </w:r>
      <w:r>
        <w:rPr>
          <w:rFonts w:ascii="Yu Gothic" w:hAnsi="Yu Gothic" w:eastAsia="Yu Gothic"/>
          <w:b w:val="0"/>
          <w:color w:val="141414"/>
          <w:sz w:val="24"/>
        </w:rPr>
        <w:t xml:space="preserve">返済期日　　</w:t>
      </w:r>
      <w:r>
        <w:rPr>
          <w:rFonts w:ascii="Yu Gothic" w:hAnsi="Yu Gothic" w:eastAsia="Yu Gothic"/>
          <w:b w:val="0"/>
          <w:color w:val="141414"/>
          <w:sz w:val="20"/>
        </w:rPr>
        <w:t>＿＿＿＿</w:t>
      </w:r>
      <w:r>
        <w:rPr>
          <w:rFonts w:ascii="Yu Gothic" w:hAnsi="Yu Gothic" w:eastAsia="Yu Gothic"/>
          <w:b w:val="0"/>
          <w:color w:val="141414"/>
          <w:sz w:val="24"/>
        </w:rPr>
        <w:t>年</w:t>
      </w:r>
      <w:r>
        <w:rPr>
          <w:rFonts w:ascii="Yu Gothic" w:hAnsi="Yu Gothic" w:eastAsia="Yu Gothic"/>
          <w:b w:val="0"/>
          <w:color w:val="141414"/>
          <w:sz w:val="20"/>
        </w:rPr>
        <w:t>＿＿</w:t>
      </w:r>
      <w:r>
        <w:rPr>
          <w:rFonts w:ascii="Yu Gothic" w:hAnsi="Yu Gothic" w:eastAsia="Yu Gothic"/>
          <w:b w:val="0"/>
          <w:color w:val="141414"/>
          <w:sz w:val="24"/>
        </w:rPr>
        <w:t>月</w:t>
      </w:r>
      <w:r>
        <w:rPr>
          <w:rFonts w:ascii="Yu Gothic" w:hAnsi="Yu Gothic" w:eastAsia="Yu Gothic"/>
          <w:b w:val="0"/>
          <w:color w:val="141414"/>
          <w:sz w:val="20"/>
        </w:rPr>
        <w:t>＿＿</w:t>
      </w:r>
      <w:r>
        <w:rPr>
          <w:rFonts w:ascii="Yu Gothic" w:hAnsi="Yu Gothic" w:eastAsia="Yu Gothic"/>
          <w:b w:val="0"/>
          <w:color w:val="141414"/>
          <w:sz w:val="24"/>
        </w:rPr>
        <w:t>日</w:t>
      </w:r>
    </w:p>
    <w:p>
      <w:pPr>
        <w:spacing w:after="18" w:before="0" w:line="315" w:lineRule="exact"/>
        <w:ind w:left="480" w:hanging="48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 xml:space="preserve">３　</w:t>
      </w:r>
      <w:r>
        <w:rPr>
          <w:rFonts w:ascii="Yu Gothic" w:hAnsi="Yu Gothic" w:eastAsia="Yu Gothic"/>
          <w:b w:val="0"/>
          <w:color w:val="141414"/>
          <w:sz w:val="24"/>
        </w:rPr>
        <w:t xml:space="preserve">返済方法　　</w:t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＿＿＿＿＿＿＿＿＿＿＿＿＿＿＿＿＿＿＿＿＿＿＿＿＿＿＿＿＿＿＿＿</w:t>
      </w:r>
    </w:p>
    <w:p>
      <w:pPr>
        <w:spacing w:after="18" w:before="0" w:line="315" w:lineRule="exact"/>
        <w:ind w:left="480" w:hanging="48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 xml:space="preserve">４　</w:t>
      </w:r>
      <w:r>
        <w:rPr>
          <w:rFonts w:ascii="Yu Gothic" w:hAnsi="Yu Gothic" w:eastAsia="Yu Gothic"/>
          <w:b w:val="0"/>
          <w:color w:val="141414"/>
          <w:sz w:val="24"/>
        </w:rPr>
        <w:t xml:space="preserve">利息　　　　</w:t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＿＿＿＿＿＿＿＿＿＿＿＿＿＿＿＿＿＿＿＿＿＿＿＿＿＿＿＿＿＿＿＿</w:t>
      </w:r>
    </w:p>
    <w:p>
      <w:pPr>
        <w:spacing w:after="18" w:before="0" w:line="315" w:lineRule="exact"/>
        <w:ind w:left="480" w:hanging="48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 xml:space="preserve">５　</w:t>
      </w:r>
      <w:r>
        <w:rPr>
          <w:rFonts w:ascii="Yu Gothic" w:hAnsi="Yu Gothic" w:eastAsia="Yu Gothic"/>
          <w:b w:val="0"/>
          <w:color w:val="141414"/>
          <w:sz w:val="24"/>
        </w:rPr>
        <w:t xml:space="preserve">遅延損害金　</w:t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＿＿＿＿＿＿＿＿＿＿＿＿＿＿＿＿＿＿＿＿＿＿＿＿＿＿＿＿＿＿＿＿</w:t>
      </w:r>
    </w:p>
    <w:p>
      <w:pPr>
        <w:spacing w:after="18" w:before="0" w:line="315" w:lineRule="exact"/>
        <w:jc w:val="right"/>
      </w:pPr>
      <w:r>
        <w:rPr>
          <w:rFonts w:ascii="Yu Gothic" w:hAnsi="Yu Gothic" w:eastAsia="Yu Gothic"/>
          <w:b w:val="0"/>
          <w:color w:val="141414"/>
          <w:sz w:val="24"/>
        </w:rPr>
        <w:t>以上</w:t>
      </w:r>
      <w:r>
        <w:rPr>
          <w:rFonts w:ascii="Yu Gothic" w:hAnsi="Yu Gothic" w:eastAsia="Yu Gothic"/>
          <w:b w:val="0"/>
          <w:color w:val="141414"/>
          <w:sz w:val="24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315" w:lineRule="exact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>借主</w:t>
      </w:r>
    </w:p>
    <w:p>
      <w:pPr>
        <w:keepNext/>
        <w:tabs>
          <w:tab w:pos="1587" w:val="left"/>
        </w:tabs>
        <w:spacing w:after="18" w:before="0" w:line="315" w:lineRule="exact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 xml:space="preserve">　　</w:t>
      </w:r>
      <w:r>
        <w:rPr>
          <w:rFonts w:ascii="Yu Gothic" w:hAnsi="Yu Gothic" w:eastAsia="Yu Gothic"/>
          <w:b w:val="0"/>
          <w:color w:val="141414"/>
          <w:sz w:val="24"/>
        </w:rPr>
        <w:t>住所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</w:t>
      </w:r>
    </w:p>
    <w:p>
      <w:pPr>
        <w:tabs>
          <w:tab w:pos="1587" w:val="left"/>
        </w:tabs>
        <w:spacing w:after="18" w:before="0" w:line="315" w:lineRule="exact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 xml:space="preserve">　　</w:t>
      </w:r>
      <w:r>
        <w:rPr>
          <w:rFonts w:ascii="Yu Gothic" w:hAnsi="Yu Gothic" w:eastAsia="Yu Gothic"/>
          <w:b w:val="0"/>
          <w:color w:val="141414"/>
          <w:sz w:val="24"/>
        </w:rPr>
        <w:t>氏名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</w:t>
      </w:r>
      <w:r>
        <w:rPr>
          <w:rFonts w:ascii="Yu Gothic" w:hAnsi="Yu Gothic" w:eastAsia="Yu Gothic"/>
          <w:b w:val="0"/>
          <w:color w:val="141414"/>
          <w:sz w:val="24"/>
        </w:rPr>
        <w:t xml:space="preserve">　印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