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株式会社サンプル商事　御中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やっとくん合同会社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〒150-0001 東京都渋谷区神宮前 1-1-1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TEL 03-0000-0000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担当：山田 太郎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カタログ制作のご依頼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拝啓　時下ますますご清栄のこととお慶び申し上げます。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平素は格別のお引き立てを賜り、厚く御礼申し上げます。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さて、下記のとおり制作をお願いいたしたく、ご依頼申し上げます。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お引き受けいただける場合は、お見積書をご提出くださいますようお願いいたします。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ご不明な点がございましたら、下記担当までお問い合わせください。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敬具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数量・期日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依頼内容　商品カタログ 2027 年版のデザイン制作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仕様　A4 判・カラー（表紙および本文）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24 ページ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希望期日　初校の提出をお願いいたします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9 月 30 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提出先　制作管理部　山田 太郎（電子データ）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元データ（写真・原稿）は、ご依頼受諾後に共有フォルダでお渡しします。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費用・支払条件は、ご提出いただくお見積書をもって決定いたします。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【テンプレート注記・配布物では削除可】一般的な依頼書の様式です。費用・納期・成果物の取り扱いは、別途の見積書や契約書でご確認ください。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