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営業部 第一営業課　【山田 太郎】（【EMP-001】）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人事発令番号：【JI-2026-0031】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人事異動通知書（辞令）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貴殿に対し、下記のとおり人事異動を発令します。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着任にあたっては、現所属の業務引継ぎを完了のうえ、新所属へ着任してください。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新任地での一層のご活躍を期待します。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515"/>
        <w:gridCol w:w="6236"/>
      </w:tblGrid>
      <w:tr>
        <w:trPr>
          <w:trHeight w:val="435" w:hRule="exact"/>
        </w:trPr>
        <w:tc>
          <w:tcPr>
            <w:tcW w:type="dxa" w:w="351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発令事項</w:t>
            </w:r>
          </w:p>
        </w:tc>
        <w:tc>
          <w:tcPr>
            <w:tcW w:type="dxa" w:w="6236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発令日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10 月 1 日】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現所属・現役職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営業部 第一営業課　主任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新所属・新役職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 西日本エリア　課長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新勤務地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大阪支社（大阪市北区）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着任日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10 月 1 日】</w:t>
            </w:r>
          </w:p>
        </w:tc>
      </w:tr>
      <w:tr>
        <w:trPr>
          <w:trHeight w:val="384" w:hRule="exact"/>
        </w:trPr>
        <w:tc>
          <w:tcPr>
            <w:tcW w:type="dxa" w:w="351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引継ぎ完了期限</w:t>
            </w:r>
          </w:p>
        </w:tc>
        <w:tc>
          <w:tcPr>
            <w:tcW w:type="dxa" w:w="6236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30 日】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転居を伴う異動の手当・社宅については、人事担当より別途ご案内します。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本通知についての問い合わせは人事担当（内線 【1200】）までお願いします。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一般的な様式です。発令の手続き・効力は各社の就業規則・人事規程に従ってください。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