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【9】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【15】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人事異動通知書（辞令）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【営業部 第一営業課】</w:t>
      </w:r>
      <w:commentRangeEnd w:id="3"/>
      <w:r>
        <w:rPr>
          <w:rStyle w:val="CommentReference"/>
        </w:rPr>
        <w:commentReference w:id="3"/>
      </w:r>
    </w:p>
    <w:p>
      <w:pPr>
        <w:spacing w:after="18" w:before="0" w:line="315" w:lineRule="exact"/>
        <w:jc w:val="left"/>
      </w:pP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【山田 太郎】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right"/>
      </w:pP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 xml:space="preserve">代表取締役　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【佐藤 一郎】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貴殿を、</w:t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【1】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>日付で、</w:t>
      </w:r>
    </w:p>
    <w:p>
      <w:pPr>
        <w:spacing w:after="18" w:before="0" w:line="315" w:lineRule="exact"/>
        <w:ind w:left="0" w:firstLine="0"/>
        <w:jc w:val="left"/>
      </w:pPr>
      <w:commentRangeStart w:id="10"/>
      <w:r>
        <w:rPr>
          <w:rFonts w:ascii="Yu Gothic" w:hAnsi="Yu Gothic" w:eastAsia="Yu Gothic"/>
          <w:b w:val="0"/>
          <w:color w:val="141414"/>
          <w:sz w:val="24"/>
          <w:u w:val="single"/>
        </w:rPr>
        <w:t>【店舗運営部 西日本エリア】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4"/>
        </w:rPr>
        <w:t>の</w:t>
      </w:r>
      <w:commentRangeStart w:id="11"/>
      <w:r>
        <w:rPr>
          <w:rFonts w:ascii="Yu Gothic" w:hAnsi="Yu Gothic" w:eastAsia="Yu Gothic"/>
          <w:b w:val="0"/>
          <w:color w:val="141414"/>
          <w:sz w:val="24"/>
          <w:u w:val="single"/>
        </w:rPr>
        <w:t>【課長】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4"/>
        </w:rPr>
        <w:t>に任ずる。</w:t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勤務地は</w:t>
      </w:r>
      <w:commentRangeStart w:id="12"/>
      <w:r>
        <w:rPr>
          <w:rFonts w:ascii="Yu Gothic" w:hAnsi="Yu Gothic" w:eastAsia="Yu Gothic"/>
          <w:b w:val="0"/>
          <w:color w:val="141414"/>
          <w:sz w:val="24"/>
          <w:u w:val="single"/>
        </w:rPr>
        <w:t>【大阪支社（大阪市北区）】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4"/>
        </w:rPr>
        <w:t>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>以上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一般的な様式です。発令の手続き・効力は各社の就業規則・人事規程に従ってください。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3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例：営業部 第一営業課</w:t>
      </w:r>
    </w:p>
  </w:comment>
  <w:comment w:id="4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5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6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7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9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0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例：店舗運営部 西日本エリア</w:t>
      </w:r>
    </w:p>
  </w:comment>
  <w:comment w:id="11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例：課長</w:t>
      </w:r>
    </w:p>
  </w:comment>
  <w:comment w:id="12" w:author="やっとくん" w:initials="や" w:date="2026-10-03T02:30:52Z">
    <w:p>
      <w:pPr>
        <w:pStyle w:val="CommentText"/>
      </w:pPr>
      <w:r>
        <w:rPr>
          <w:rStyle w:val="CommentReference"/>
        </w:rPr>
        <w:annotationRef/>
      </w:r>
      <w:r>
        <w:t>例：大阪支社（大阪市北区）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