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</w:t>
      </w:r>
      <w:r>
        <w:rPr>
          <w:rFonts w:ascii="Yu Gothic" w:hAnsi="Yu Gothic" w:eastAsia="Yu Gothic"/>
          <w:b w:val="0"/>
          <w:color w:val="141414"/>
          <w:sz w:val="20"/>
        </w:rPr>
        <w:t xml:space="preserve">　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489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会社名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</w:t>
      </w:r>
    </w:p>
    <w:p>
      <w:pPr>
        <w:tabs>
          <w:tab w:pos="489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代表者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内定通知書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拝啓　時下ますますご清祥のこととお喜び申し上げます。このたびは当社の採用選考にご応募いただき、誠にありがとうございました。</w:t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厳正な選考の結果、あなたを採用することに内定しましたので、お知らせいたします。つきましては、同封の書類に記入のうえ、下記の期限までにご返送ください。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敬具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1527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入社予定日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</w:t>
      </w:r>
    </w:p>
    <w:p>
      <w:pPr>
        <w:keepNext/>
        <w:tabs>
          <w:tab w:pos="1527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雇用形態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</w:t>
      </w:r>
    </w:p>
    <w:p>
      <w:pPr>
        <w:keepNext/>
        <w:tabs>
          <w:tab w:pos="1527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配属予定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</w:t>
      </w:r>
    </w:p>
    <w:p>
      <w:pPr>
        <w:keepNext/>
        <w:tabs>
          <w:tab w:pos="1527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労働条件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</w:t>
      </w:r>
    </w:p>
    <w:p>
      <w:pPr>
        <w:keepNext/>
        <w:tabs>
          <w:tab w:pos="1527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返送書類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</w:t>
      </w:r>
    </w:p>
    <w:p>
      <w:pPr>
        <w:keepNext/>
        <w:tabs>
          <w:tab w:pos="1527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返送期限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</w:t>
      </w:r>
    </w:p>
    <w:p>
      <w:pPr>
        <w:tabs>
          <w:tab w:pos="1527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問い合わせ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なお、次のいずれかに当てはまる時は、内定を取り消すことがあります。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１　</w:t>
      </w:r>
      <w:r>
        <w:rPr>
          <w:rFonts w:ascii="Yu Gothic" w:hAnsi="Yu Gothic" w:eastAsia="Yu Gothic"/>
          <w:b w:val="0"/>
          <w:color w:val="141414"/>
          <w:sz w:val="20"/>
        </w:rPr>
        <w:t>卒業見込みの方が、入社予定日までに卒業できなかった時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２　</w:t>
      </w:r>
      <w:r>
        <w:rPr>
          <w:rFonts w:ascii="Yu Gothic" w:hAnsi="Yu Gothic" w:eastAsia="Yu Gothic"/>
          <w:b w:val="0"/>
          <w:color w:val="141414"/>
          <w:sz w:val="20"/>
        </w:rPr>
        <w:t>提出した書類や選考での申告に、重要な事実と異なる内容があった時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３　</w:t>
      </w:r>
      <w:r>
        <w:rPr>
          <w:rFonts w:ascii="Yu Gothic" w:hAnsi="Yu Gothic" w:eastAsia="Yu Gothic"/>
          <w:b w:val="0"/>
          <w:color w:val="141414"/>
          <w:sz w:val="20"/>
        </w:rPr>
        <w:t>健康上の理由などで、入社予定日から勤務することが難しくなった時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