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" w:before="0" w:line="264" w:lineRule="exact"/>
        <w:jc w:val="right"/>
      </w:pPr>
      <w:commentRangeStart w:id="0"/>
      <w:r>
        <w:rPr>
          <w:rFonts w:ascii="Yu Gothic" w:hAnsi="Yu Gothic" w:eastAsia="Yu Gothic"/>
          <w:b w:val="0"/>
          <w:color w:val="141414"/>
          <w:sz w:val="20"/>
          <w:u w:val="single"/>
        </w:rPr>
        <w:t>【2026】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1"/>
      <w:r>
        <w:rPr>
          <w:rFonts w:ascii="Yu Gothic" w:hAnsi="Yu Gothic" w:eastAsia="Yu Gothic"/>
          <w:b w:val="0"/>
          <w:color w:val="141414"/>
          <w:sz w:val="20"/>
          <w:u w:val="single"/>
        </w:rPr>
        <w:t>【10】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2"/>
      <w:r>
        <w:rPr>
          <w:rFonts w:ascii="Yu Gothic" w:hAnsi="Yu Gothic" w:eastAsia="Yu Gothic"/>
          <w:b w:val="0"/>
          <w:color w:val="141414"/>
          <w:sz w:val="20"/>
          <w:u w:val="single"/>
        </w:rPr>
        <w:t>【20】</w:t>
      </w:r>
      <w:commentRangeEnd w:id="2"/>
      <w:r>
        <w:rPr>
          <w:rStyle w:val="CommentReference"/>
        </w:rPr>
        <w:commentReference w:id="2"/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left"/>
      </w:pPr>
      <w:commentRangeStart w:id="3"/>
      <w:r>
        <w:rPr>
          <w:rFonts w:ascii="Yu Gothic" w:hAnsi="Yu Gothic" w:eastAsia="Yu Gothic"/>
          <w:b w:val="0"/>
          <w:color w:val="141414"/>
          <w:sz w:val="20"/>
          <w:u w:val="single"/>
        </w:rPr>
        <w:t>【山田 太郎】</w:t>
      </w:r>
      <w:commentRangeEnd w:id="3"/>
      <w:r>
        <w:rPr>
          <w:rStyle w:val="CommentReference"/>
        </w:rPr>
        <w:commentReference w:id="3"/>
      </w:r>
      <w:r>
        <w:rPr>
          <w:rFonts w:ascii="Yu Gothic" w:hAnsi="Yu Gothic" w:eastAsia="Yu Gothic"/>
          <w:b w:val="0"/>
          <w:color w:val="141414"/>
          <w:sz w:val="20"/>
        </w:rPr>
        <w:t xml:space="preserve">　様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tabs>
          <w:tab w:pos="489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会社名</w:t>
        <w:tab/>
      </w:r>
      <w:commentRangeStart w:id="4"/>
      <w:r>
        <w:rPr>
          <w:rFonts w:ascii="Yu Gothic" w:hAnsi="Yu Gothic" w:eastAsia="Yu Gothic"/>
          <w:b w:val="0"/>
          <w:color w:val="141414"/>
          <w:sz w:val="20"/>
          <w:u w:val="single"/>
        </w:rPr>
        <w:t>【株式会社やっとくん】</w:t>
      </w:r>
      <w:commentRangeEnd w:id="4"/>
      <w:r>
        <w:rPr>
          <w:rStyle w:val="CommentReference"/>
        </w:rPr>
        <w:commentReference w:id="4"/>
      </w:r>
    </w:p>
    <w:p>
      <w:pPr>
        <w:tabs>
          <w:tab w:pos="489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代表者</w:t>
        <w:tab/>
      </w:r>
      <w:commentRangeStart w:id="5"/>
      <w:r>
        <w:rPr>
          <w:rFonts w:ascii="Yu Gothic" w:hAnsi="Yu Gothic" w:eastAsia="Yu Gothic"/>
          <w:b w:val="0"/>
          <w:color w:val="141414"/>
          <w:sz w:val="20"/>
          <w:u w:val="single"/>
        </w:rPr>
        <w:t>【代表取締役　佐藤 一郎】</w:t>
      </w:r>
      <w:commentRangeEnd w:id="5"/>
      <w:r>
        <w:rPr>
          <w:rStyle w:val="CommentReference"/>
        </w:rPr>
        <w:commentReference w:id="5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479" w:lineRule="exact"/>
        <w:jc w:val="center"/>
      </w:pPr>
      <w:r>
        <w:rPr>
          <w:rFonts w:ascii="Yu Gothic" w:hAnsi="Yu Gothic" w:eastAsia="Yu Gothic"/>
          <w:b/>
          <w:color w:val="141414"/>
          <w:sz w:val="36"/>
        </w:rPr>
        <w:t>内定通知書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ind w:left="0" w:firstLine="2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拝啓　時下ますますご清祥のこととお喜び申し上げます。このたびは当社の採用選考にご応募いただき、誠にありがとうございました。</w:t>
      </w:r>
    </w:p>
    <w:p>
      <w:pPr>
        <w:spacing w:after="18" w:before="0" w:line="264" w:lineRule="exact"/>
        <w:ind w:left="0" w:firstLine="2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厳正な選考の結果、あなたを採用することに内定しましたので、お知らせいたします。つきましては、同封の書類に記入のうえ、下記の期限までにご返送ください。</w:t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敬具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18" w:before="0" w:line="264" w:lineRule="exact"/>
        <w:jc w:val="center"/>
      </w:pPr>
      <w:r>
        <w:rPr>
          <w:rFonts w:ascii="Yu Gothic" w:hAnsi="Yu Gothic" w:eastAsia="Yu Gothic"/>
          <w:b w:val="0"/>
          <w:color w:val="141414"/>
          <w:sz w:val="20"/>
        </w:rPr>
        <w:t>記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tabs>
          <w:tab w:pos="1527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>入社予定日</w:t>
        <w:tab/>
      </w:r>
      <w:commentRangeStart w:id="6"/>
      <w:r>
        <w:rPr>
          <w:rFonts w:ascii="Yu Gothic" w:hAnsi="Yu Gothic" w:eastAsia="Yu Gothic"/>
          <w:b w:val="0"/>
          <w:color w:val="141414"/>
          <w:sz w:val="20"/>
          <w:u w:val="single"/>
        </w:rPr>
        <w:t>【2027 年 4 月 1 日】</w:t>
      </w:r>
      <w:commentRangeEnd w:id="6"/>
      <w:r>
        <w:rPr>
          <w:rStyle w:val="CommentReference"/>
        </w:rPr>
        <w:commentReference w:id="6"/>
      </w:r>
    </w:p>
    <w:p>
      <w:pPr>
        <w:keepNext/>
        <w:tabs>
          <w:tab w:pos="1527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>雇用形態</w:t>
        <w:tab/>
      </w:r>
      <w:commentRangeStart w:id="7"/>
      <w:r>
        <w:rPr>
          <w:rFonts w:ascii="Yu Gothic" w:hAnsi="Yu Gothic" w:eastAsia="Yu Gothic"/>
          <w:b w:val="0"/>
          <w:color w:val="141414"/>
          <w:sz w:val="20"/>
          <w:u w:val="single"/>
        </w:rPr>
        <w:t>【正社員（期間の定めなし）】</w:t>
      </w:r>
      <w:commentRangeEnd w:id="7"/>
      <w:r>
        <w:rPr>
          <w:rStyle w:val="CommentReference"/>
        </w:rPr>
        <w:commentReference w:id="7"/>
      </w:r>
    </w:p>
    <w:p>
      <w:pPr>
        <w:keepNext/>
        <w:tabs>
          <w:tab w:pos="1527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>配属予定</w:t>
        <w:tab/>
      </w:r>
      <w:commentRangeStart w:id="8"/>
      <w:r>
        <w:rPr>
          <w:rFonts w:ascii="Yu Gothic" w:hAnsi="Yu Gothic" w:eastAsia="Yu Gothic"/>
          <w:b w:val="0"/>
          <w:color w:val="141414"/>
          <w:sz w:val="20"/>
          <w:u w:val="single"/>
        </w:rPr>
        <w:t>【営業部（入社時に決定し、改めてお知らせします）】</w:t>
      </w:r>
      <w:commentRangeEnd w:id="8"/>
      <w:r>
        <w:rPr>
          <w:rStyle w:val="CommentReference"/>
        </w:rPr>
        <w:commentReference w:id="8"/>
      </w:r>
    </w:p>
    <w:p>
      <w:pPr>
        <w:keepNext/>
        <w:tabs>
          <w:tab w:pos="1527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>労働条件</w:t>
        <w:tab/>
      </w:r>
      <w:commentRangeStart w:id="9"/>
      <w:r>
        <w:rPr>
          <w:rFonts w:ascii="Yu Gothic" w:hAnsi="Yu Gothic" w:eastAsia="Yu Gothic"/>
          <w:b w:val="0"/>
          <w:color w:val="141414"/>
          <w:sz w:val="20"/>
          <w:u w:val="single"/>
        </w:rPr>
        <w:t>【同封の労働条件通知書のとおり】</w:t>
      </w:r>
      <w:commentRangeEnd w:id="9"/>
      <w:r>
        <w:rPr>
          <w:rStyle w:val="CommentReference"/>
        </w:rPr>
        <w:commentReference w:id="9"/>
      </w:r>
    </w:p>
    <w:p>
      <w:pPr>
        <w:keepNext/>
        <w:tabs>
          <w:tab w:pos="1527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>返送書類</w:t>
        <w:tab/>
      </w:r>
      <w:commentRangeStart w:id="10"/>
      <w:r>
        <w:rPr>
          <w:rFonts w:ascii="Yu Gothic" w:hAnsi="Yu Gothic" w:eastAsia="Yu Gothic"/>
          <w:b w:val="0"/>
          <w:color w:val="141414"/>
          <w:sz w:val="20"/>
          <w:u w:val="single"/>
        </w:rPr>
        <w:t>【内定承諾書、身元保証書】</w:t>
      </w:r>
      <w:commentRangeEnd w:id="10"/>
      <w:r>
        <w:rPr>
          <w:rStyle w:val="CommentReference"/>
        </w:rPr>
        <w:commentReference w:id="10"/>
      </w:r>
    </w:p>
    <w:p>
      <w:pPr>
        <w:keepNext/>
        <w:tabs>
          <w:tab w:pos="1527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>返送期限</w:t>
        <w:tab/>
      </w:r>
      <w:commentRangeStart w:id="11"/>
      <w:r>
        <w:rPr>
          <w:rFonts w:ascii="Yu Gothic" w:hAnsi="Yu Gothic" w:eastAsia="Yu Gothic"/>
          <w:b w:val="0"/>
          <w:color w:val="141414"/>
          <w:sz w:val="20"/>
          <w:u w:val="single"/>
        </w:rPr>
        <w:t>【2026 年 11 月 6 日（必着）】</w:t>
      </w:r>
      <w:commentRangeEnd w:id="11"/>
      <w:r>
        <w:rPr>
          <w:rStyle w:val="CommentReference"/>
        </w:rPr>
        <w:commentReference w:id="11"/>
      </w:r>
    </w:p>
    <w:p>
      <w:pPr>
        <w:tabs>
          <w:tab w:pos="1527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  <w:r>
        <w:rPr>
          <w:rFonts w:ascii="Yu Gothic" w:hAnsi="Yu Gothic" w:eastAsia="Yu Gothic"/>
          <w:b w:val="0"/>
          <w:color w:val="141414"/>
          <w:sz w:val="20"/>
        </w:rPr>
        <w:t>問い合わせ</w:t>
        <w:tab/>
      </w:r>
      <w:commentRangeStart w:id="12"/>
      <w:r>
        <w:rPr>
          <w:rFonts w:ascii="Yu Gothic" w:hAnsi="Yu Gothic" w:eastAsia="Yu Gothic"/>
          <w:b w:val="0"/>
          <w:color w:val="141414"/>
          <w:sz w:val="20"/>
          <w:u w:val="single"/>
        </w:rPr>
        <w:t>【総務部　鈴木 一郎（03-0000-0000）】</w:t>
      </w:r>
      <w:commentRangeEnd w:id="12"/>
      <w:r>
        <w:rPr>
          <w:rStyle w:val="CommentReference"/>
        </w:rPr>
        <w:commentReference w:id="12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ind w:left="0" w:firstLine="2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なお、次のいずれかに当てはまる時は、内定を取り消すことがあります。</w:t>
      </w:r>
    </w:p>
    <w:p>
      <w:pPr>
        <w:spacing w:after="18" w:before="0" w:line="264" w:lineRule="exact"/>
        <w:ind w:left="600" w:hanging="4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１　</w:t>
      </w:r>
      <w:r>
        <w:rPr>
          <w:rFonts w:ascii="Yu Gothic" w:hAnsi="Yu Gothic" w:eastAsia="Yu Gothic"/>
          <w:b w:val="0"/>
          <w:color w:val="141414"/>
          <w:sz w:val="20"/>
        </w:rPr>
        <w:t>卒業見込みの方が、入社予定日までに卒業できなかった時</w:t>
      </w:r>
    </w:p>
    <w:p>
      <w:pPr>
        <w:spacing w:after="18" w:before="0" w:line="264" w:lineRule="exact"/>
        <w:ind w:left="600" w:hanging="4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２　</w:t>
      </w:r>
      <w:r>
        <w:rPr>
          <w:rFonts w:ascii="Yu Gothic" w:hAnsi="Yu Gothic" w:eastAsia="Yu Gothic"/>
          <w:b w:val="0"/>
          <w:color w:val="141414"/>
          <w:sz w:val="20"/>
        </w:rPr>
        <w:t>提出した書類や選考での申告に、重要な事実と異なる内容があった時</w:t>
      </w:r>
    </w:p>
    <w:p>
      <w:pPr>
        <w:spacing w:after="18" w:before="0" w:line="264" w:lineRule="exact"/>
        <w:ind w:left="600" w:hanging="4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３　</w:t>
      </w:r>
      <w:r>
        <w:rPr>
          <w:rFonts w:ascii="Yu Gothic" w:hAnsi="Yu Gothic" w:eastAsia="Yu Gothic"/>
          <w:b w:val="0"/>
          <w:color w:val="141414"/>
          <w:sz w:val="20"/>
        </w:rPr>
        <w:t>健康上の理由などで、入社予定日から勤務することが難しくなった時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以上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一般的な文例です。労働条件は労働条件通知書などの書面で別に明示してください（労働基準法第 15 条）。内定の取消し</w:t>
        <w:br/>
        <w:t>には客観的に合理的な理由が要ります。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17T11:48:26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" w:author="やっとくん" w:initials="や" w:date="2026-10-17T11:48:26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2" w:author="やっとくん" w:initials="や" w:date="2026-10-17T11:48:26Z">
    <w:p>
      <w:pPr>
        <w:pStyle w:val="CommentText"/>
      </w:pPr>
      <w:r>
        <w:rPr>
          <w:rStyle w:val="CommentReference"/>
        </w:rPr>
        <w:annotationRef/>
      </w:r>
      <w:r>
        <w:t>例：20</w:t>
      </w:r>
    </w:p>
  </w:comment>
  <w:comment w:id="3" w:author="やっとくん" w:initials="や" w:date="2026-10-17T11:48:26Z">
    <w:p>
      <w:pPr>
        <w:pStyle w:val="CommentText"/>
      </w:pPr>
      <w:r>
        <w:rPr>
          <w:rStyle w:val="CommentReference"/>
        </w:rPr>
        <w:annotationRef/>
      </w:r>
      <w:r>
        <w:t>例：山田 太郎</w:t>
      </w:r>
    </w:p>
  </w:comment>
  <w:comment w:id="4" w:author="やっとくん" w:initials="や" w:date="2026-10-17T11:48:26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5" w:author="やっとくん" w:initials="や" w:date="2026-10-17T11:48:26Z">
    <w:p>
      <w:pPr>
        <w:pStyle w:val="CommentText"/>
      </w:pPr>
      <w:r>
        <w:rPr>
          <w:rStyle w:val="CommentReference"/>
        </w:rPr>
        <w:annotationRef/>
      </w:r>
      <w:r>
        <w:t>例：代表取締役　佐藤 一郎</w:t>
      </w:r>
    </w:p>
  </w:comment>
  <w:comment w:id="6" w:author="やっとくん" w:initials="や" w:date="2026-10-17T11:48:26Z">
    <w:p>
      <w:pPr>
        <w:pStyle w:val="CommentText"/>
      </w:pPr>
      <w:r>
        <w:rPr>
          <w:rStyle w:val="CommentReference"/>
        </w:rPr>
        <w:annotationRef/>
      </w:r>
      <w:r>
        <w:t>例：2027 年 4 月 1 日</w:t>
      </w:r>
    </w:p>
  </w:comment>
  <w:comment w:id="7" w:author="やっとくん" w:initials="や" w:date="2026-10-17T11:48:26Z">
    <w:p>
      <w:pPr>
        <w:pStyle w:val="CommentText"/>
      </w:pPr>
      <w:r>
        <w:rPr>
          <w:rStyle w:val="CommentReference"/>
        </w:rPr>
        <w:annotationRef/>
      </w:r>
      <w:r>
        <w:t>例：正社員（期間の定めなし）</w:t>
      </w:r>
    </w:p>
  </w:comment>
  <w:comment w:id="8" w:author="やっとくん" w:initials="や" w:date="2026-10-17T11:48:26Z">
    <w:p>
      <w:pPr>
        <w:pStyle w:val="CommentText"/>
      </w:pPr>
      <w:r>
        <w:rPr>
          <w:rStyle w:val="CommentReference"/>
        </w:rPr>
        <w:annotationRef/>
      </w:r>
      <w:r>
        <w:t>例：営業部（入社時に決定し、改めてお知らせします）</w:t>
      </w:r>
    </w:p>
  </w:comment>
  <w:comment w:id="9" w:author="やっとくん" w:initials="や" w:date="2026-10-17T11:48:26Z">
    <w:p>
      <w:pPr>
        <w:pStyle w:val="CommentText"/>
      </w:pPr>
      <w:r>
        <w:rPr>
          <w:rStyle w:val="CommentReference"/>
        </w:rPr>
        <w:annotationRef/>
      </w:r>
      <w:r>
        <w:t>例：同封の労働条件通知書のとおり</w:t>
      </w:r>
    </w:p>
  </w:comment>
  <w:comment w:id="10" w:author="やっとくん" w:initials="や" w:date="2026-10-17T11:48:26Z">
    <w:p>
      <w:pPr>
        <w:pStyle w:val="CommentText"/>
      </w:pPr>
      <w:r>
        <w:rPr>
          <w:rStyle w:val="CommentReference"/>
        </w:rPr>
        <w:annotationRef/>
      </w:r>
      <w:r>
        <w:t>例：内定承諾書、身元保証書</w:t>
      </w:r>
    </w:p>
  </w:comment>
  <w:comment w:id="11" w:author="やっとくん" w:initials="や" w:date="2026-10-17T11:48:26Z">
    <w:p>
      <w:pPr>
        <w:pStyle w:val="CommentText"/>
      </w:pPr>
      <w:r>
        <w:rPr>
          <w:rStyle w:val="CommentReference"/>
        </w:rPr>
        <w:annotationRef/>
      </w:r>
      <w:r>
        <w:t>例：2026 年 11 月 6 日（必着）</w:t>
      </w:r>
    </w:p>
  </w:comment>
  <w:comment w:id="12" w:author="やっとくん" w:initials="や" w:date="2026-10-17T11:48:26Z">
    <w:p>
      <w:pPr>
        <w:pStyle w:val="CommentText"/>
      </w:pPr>
      <w:r>
        <w:rPr>
          <w:rStyle w:val="CommentReference"/>
        </w:rPr>
        <w:annotationRef/>
      </w:r>
      <w:r>
        <w:t>例：総務部　鈴木 一郎（03-0000-0000）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