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6 月 25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【株式会社やっとくん】　定時株主総会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議事録作成者：代表取締役　【佐藤 一郎】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本店：【東京都渋谷区神宮前 1-1-1】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第 5 回 定時株主総会 議事録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開催日時および場所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【2026 年 6 月 25 日】（木）【10:00 〜 10:45】　当会社 本店 会議室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株主の出席状況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発行済株式総数 100 株　議決権を有する株主 3 名（議決権 100 個）全員出席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出席役員・議長・議事録作成者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出席役員：代表取締役 【佐藤 一郎】、取締役 【山田 太郎】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議長：代表取締役 【佐藤 一郎】　議事録作成担当：代表取締役 【佐藤 一郎】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議事の経過の要領およびその結果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定款の定めにより代表取締役 【佐藤 一郎】 が議長となり、開会を宣し、定足数充足を報告した。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 1 号議案・第 2 号議案について審議し、いずれも下記のとおり承認可決された。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 2 号議案の被選任者は、いずれも席上で就任を承諾した。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以上をもって全議案の審議を終了し、議長は閉会を宣した。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決議事項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6690"/>
        <w:gridCol w:w="3061"/>
      </w:tblGrid>
      <w:tr>
        <w:trPr>
          <w:trHeight w:val="435" w:hRule="exact"/>
        </w:trPr>
        <w:tc>
          <w:tcPr>
            <w:tcW w:type="dxa" w:w="669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議案</w:t>
            </w:r>
          </w:p>
        </w:tc>
        <w:tc>
          <w:tcPr>
            <w:tcW w:type="dxa" w:w="30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結果</w:t>
            </w:r>
          </w:p>
        </w:tc>
      </w:tr>
      <w:tr>
        <w:trPr>
          <w:trHeight w:val="384" w:hRule="exact"/>
        </w:trPr>
        <w:tc>
          <w:tcPr>
            <w:tcW w:type="dxa" w:w="669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第 1 号議案　第 5 期（【2025 年度】）計算書類 承認の件</w:t>
            </w:r>
          </w:p>
        </w:tc>
        <w:tc>
          <w:tcPr>
            <w:tcW w:type="dxa" w:w="30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全員一致で承認可決</w:t>
            </w:r>
          </w:p>
        </w:tc>
      </w:tr>
      <w:tr>
        <w:trPr>
          <w:trHeight w:val="384" w:hRule="exact"/>
        </w:trPr>
        <w:tc>
          <w:tcPr>
            <w:tcW w:type="dxa" w:w="669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第 2 号議案　取締役 【佐藤 一郎】・【山田 太郎】 再任の件</w:t>
            </w:r>
          </w:p>
        </w:tc>
        <w:tc>
          <w:tcPr>
            <w:tcW w:type="dxa" w:w="30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全員一致で承認可決</w:t>
            </w:r>
          </w:p>
        </w:tc>
      </w:tr>
      <w:tr>
        <w:trPr>
          <w:trHeight w:val="384" w:hRule="exact"/>
        </w:trPr>
        <w:tc>
          <w:tcPr>
            <w:tcW w:type="dxa" w:w="669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出席取締役　【佐藤 一郎】（議長・議事録作成者）　記名押印</w:t>
            </w:r>
          </w:p>
        </w:tc>
        <w:tc>
          <w:tcPr>
            <w:tcW w:type="dxa" w:w="30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㊞</w:t>
            </w:r>
          </w:p>
        </w:tc>
      </w:tr>
      <w:tr>
        <w:trPr>
          <w:trHeight w:val="384" w:hRule="exact"/>
        </w:trPr>
        <w:tc>
          <w:tcPr>
            <w:tcW w:type="dxa" w:w="669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出席取締役　【山田 太郎】　記名押印</w:t>
            </w:r>
          </w:p>
        </w:tc>
        <w:tc>
          <w:tcPr>
            <w:tcW w:type="dxa" w:w="30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本議事録が正確であることを証するため、出席取締役が上記のとおり記名押印する。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本議事録は、株主総会の日から 10 年間、本店に備え置く（会社法第 318 条）。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会社法第 318 条・会社法施行規則第 72 条に基づく一般的な様式です。登記添付に使う場合の押印要件は法務局・専門家にご確認ください。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