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定時株主総会議事録</w:t>
      </w:r>
    </w:p>
    <w:p>
      <w:pPr>
        <w:tabs>
          <w:tab w:pos="1134" w:val="left"/>
        </w:tabs>
        <w:spacing w:after="18" w:before="0" w:line="264" w:lineRule="exact"/>
        <w:jc w:val="center"/>
      </w:pPr>
      <w:r>
        <w:rPr>
          <w:rFonts w:ascii="Yu Gothic" w:hAnsi="Yu Gothic" w:eastAsia="Yu Gothic"/>
          <w:b/>
          <w:color w:val="141414"/>
          <w:sz w:val="20"/>
        </w:rPr>
        <w:t>（会社名）</w:t>
        <w:tab/>
      </w:r>
      <w:commentRangeStart w:id="0"/>
      <w:r>
        <w:rPr>
          <w:rFonts w:ascii="Yu Gothic" w:hAnsi="Yu Gothic" w:eastAsia="Yu Gothic"/>
          <w:b/>
          <w:color w:val="141414"/>
          <w:sz w:val="20"/>
        </w:rPr>
        <w:t>【株式会社やっとくん】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/>
          <w:color w:val="141414"/>
          <w:sz w:val="20"/>
        </w:rPr>
        <w:t xml:space="preserve">　第</w:t>
      </w:r>
      <w:commentRangeStart w:id="1"/>
      <w:r>
        <w:rPr>
          <w:rFonts w:ascii="Yu Gothic" w:hAnsi="Yu Gothic" w:eastAsia="Yu Gothic"/>
          <w:b/>
          <w:color w:val="141414"/>
          <w:sz w:val="20"/>
        </w:rPr>
        <w:t>【5】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/>
          <w:color w:val="141414"/>
          <w:sz w:val="20"/>
        </w:rPr>
        <w:t>回定時株主総会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3"/>
      <w:r>
        <w:rPr>
          <w:rFonts w:ascii="Yu Gothic" w:hAnsi="Yu Gothic" w:eastAsia="Yu Gothic"/>
          <w:b w:val="0"/>
          <w:color w:val="141414"/>
          <w:sz w:val="20"/>
        </w:rPr>
        <w:t>【6】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4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【午前】</w:t>
      </w:r>
      <w:commentRangeEnd w:id="5"/>
      <w:r>
        <w:rPr>
          <w:rStyle w:val="CommentReference"/>
        </w:rPr>
        <w:commentReference w:id="5"/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【10】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【00】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分から、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【当会社本店会議室】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において定時株主総会を開催した。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株主の総数</w:t>
        <w:tab/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【3】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名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発行済株式の総数</w:t>
        <w:tab/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【100】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株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（自己株式の数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【0】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株）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議決権を行使することができる株主の数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【3】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>名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議決権を行使することができる株主の議決権の数</w:t>
        <w:tab/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【100】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個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出席株主数（委任状による者を含む）</w:t>
        <w:tab/>
      </w:r>
      <w:commentRangeStart w:id="14"/>
      <w:r>
        <w:rPr>
          <w:rFonts w:ascii="Yu Gothic" w:hAnsi="Yu Gothic" w:eastAsia="Yu Gothic"/>
          <w:b w:val="0"/>
          <w:color w:val="141414"/>
          <w:sz w:val="20"/>
        </w:rPr>
        <w:t>【3】</w:t>
      </w:r>
      <w:commentRangeEnd w:id="14"/>
      <w:r>
        <w:rPr>
          <w:rStyle w:val="CommentReference"/>
        </w:rPr>
        <w:commentReference w:id="14"/>
      </w:r>
      <w:r>
        <w:rPr>
          <w:rFonts w:ascii="Yu Gothic" w:hAnsi="Yu Gothic" w:eastAsia="Yu Gothic"/>
          <w:b w:val="0"/>
          <w:color w:val="141414"/>
          <w:sz w:val="20"/>
        </w:rPr>
        <w:t>名</w:t>
      </w:r>
    </w:p>
    <w:p>
      <w:pPr>
        <w:tabs>
          <w:tab w:pos="584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出席株主の議決権の数</w:t>
        <w:tab/>
      </w:r>
      <w:commentRangeStart w:id="15"/>
      <w:r>
        <w:rPr>
          <w:rFonts w:ascii="Yu Gothic" w:hAnsi="Yu Gothic" w:eastAsia="Yu Gothic"/>
          <w:b w:val="0"/>
          <w:color w:val="141414"/>
          <w:sz w:val="20"/>
        </w:rPr>
        <w:t>【100】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0"/>
        </w:rPr>
        <w:t>個</w:t>
      </w:r>
    </w:p>
    <w:p>
      <w:pPr>
        <w:tabs>
          <w:tab w:pos="244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出席取締役</w:t>
        <w:tab/>
      </w:r>
      <w:commentRangeStart w:id="16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16"/>
      <w:r>
        <w:rPr>
          <w:rStyle w:val="CommentReference"/>
        </w:rPr>
        <w:commentReference w:id="16"/>
      </w:r>
      <w:r>
        <w:rPr>
          <w:rFonts w:ascii="Yu Gothic" w:hAnsi="Yu Gothic" w:eastAsia="Yu Gothic"/>
          <w:b w:val="0"/>
          <w:color w:val="141414"/>
          <w:sz w:val="20"/>
        </w:rPr>
        <w:t>（議長兼議事録作成者）</w:t>
      </w:r>
    </w:p>
    <w:p>
      <w:pPr>
        <w:tabs>
          <w:tab w:pos="244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　　同</w:t>
        <w:tab/>
      </w:r>
      <w:commentRangeStart w:id="17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17"/>
      <w:r>
        <w:rPr>
          <w:rStyle w:val="CommentReference"/>
        </w:rPr>
        <w:commentReference w:id="17"/>
      </w:r>
    </w:p>
    <w:p>
      <w:pPr>
        <w:tabs>
          <w:tab w:pos="244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　　同</w:t>
        <w:tab/>
      </w:r>
      <w:commentRangeStart w:id="18"/>
      <w:r>
        <w:rPr>
          <w:rFonts w:ascii="Yu Gothic" w:hAnsi="Yu Gothic" w:eastAsia="Yu Gothic"/>
          <w:b w:val="0"/>
          <w:color w:val="141414"/>
          <w:sz w:val="20"/>
        </w:rPr>
        <w:t>【高橋 美咲】</w:t>
      </w:r>
      <w:commentRangeEnd w:id="18"/>
      <w:r>
        <w:rPr>
          <w:rStyle w:val="CommentReference"/>
        </w:rPr>
        <w:commentReference w:id="18"/>
      </w:r>
    </w:p>
    <w:p>
      <w:pPr>
        <w:tabs>
          <w:tab w:pos="244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出席監査役</w:t>
        <w:tab/>
      </w:r>
      <w:commentRangeStart w:id="19"/>
      <w:r>
        <w:rPr>
          <w:rFonts w:ascii="Yu Gothic" w:hAnsi="Yu Gothic" w:eastAsia="Yu Gothic"/>
          <w:b w:val="0"/>
          <w:color w:val="141414"/>
          <w:sz w:val="20"/>
        </w:rPr>
        <w:t>【鈴木 一郎】</w:t>
      </w:r>
      <w:commentRangeEnd w:id="19"/>
      <w:r>
        <w:rPr>
          <w:rStyle w:val="CommentReference"/>
        </w:rPr>
        <w:commentReference w:id="19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以上のとおり株主の出席があり、定足数を充足して本総会は適法に成立したので、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定款の定めにより代表取締役</w:t>
      </w:r>
      <w:commentRangeStart w:id="20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20"/>
      <w:r>
        <w:rPr>
          <w:rStyle w:val="CommentReference"/>
        </w:rPr>
        <w:commentReference w:id="20"/>
      </w:r>
      <w:r>
        <w:rPr>
          <w:rFonts w:ascii="Yu Gothic" w:hAnsi="Yu Gothic" w:eastAsia="Yu Gothic"/>
          <w:b w:val="0"/>
          <w:color w:val="141414"/>
          <w:sz w:val="20"/>
        </w:rPr>
        <w:t>は議長席に着き、開会する旨を宣し、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直ちに議事に入った。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 xml:space="preserve">　</w:t>
      </w:r>
      <w:r>
        <w:rPr>
          <w:rFonts w:ascii="Yu Gothic" w:hAnsi="Yu Gothic" w:eastAsia="Yu Gothic"/>
          <w:b/>
          <w:color w:val="141414"/>
          <w:sz w:val="20"/>
        </w:rPr>
        <w:t xml:space="preserve">第１号議案　</w:t>
      </w:r>
      <w:commentRangeStart w:id="21"/>
      <w:r>
        <w:rPr>
          <w:rFonts w:ascii="Yu Gothic" w:hAnsi="Yu Gothic" w:eastAsia="Yu Gothic"/>
          <w:b/>
          <w:color w:val="141414"/>
          <w:sz w:val="20"/>
        </w:rPr>
        <w:t>【第 5 期計算書類（貸借対照表・損益計算書等）承認の件】</w:t>
      </w:r>
      <w:commentRangeEnd w:id="21"/>
      <w:r>
        <w:rPr>
          <w:rStyle w:val="CommentReference"/>
        </w:rPr>
        <w:commentReference w:id="21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議長は、</w:t>
      </w:r>
      <w:commentRangeStart w:id="22"/>
      <w:r>
        <w:rPr>
          <w:rFonts w:ascii="Yu Gothic" w:hAnsi="Yu Gothic" w:eastAsia="Yu Gothic"/>
          <w:b w:val="0"/>
          <w:color w:val="141414"/>
          <w:sz w:val="20"/>
        </w:rPr>
        <w:t>【第 5 期の計算書類の内容を詳細に説明した上で承認を求めたい】</w:t>
      </w:r>
      <w:commentRangeEnd w:id="22"/>
      <w:r>
        <w:rPr>
          <w:rStyle w:val="CommentReference"/>
        </w:rPr>
        <w:commentReference w:id="22"/>
      </w:r>
      <w:r>
        <w:rPr>
          <w:rFonts w:ascii="Yu Gothic" w:hAnsi="Yu Gothic" w:eastAsia="Yu Gothic"/>
          <w:b w:val="0"/>
          <w:color w:val="141414"/>
          <w:sz w:val="20"/>
        </w:rPr>
        <w:t>と述べ、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3"/>
      <w:r>
        <w:rPr>
          <w:rFonts w:ascii="Yu Gothic" w:hAnsi="Yu Gothic" w:eastAsia="Yu Gothic"/>
          <w:b w:val="0"/>
          <w:color w:val="141414"/>
          <w:sz w:val="20"/>
        </w:rPr>
        <w:t>【併せて監査役から、計算書類は適正である旨の監査報告があった。】</w:t>
      </w:r>
      <w:commentRangeEnd w:id="23"/>
      <w:r>
        <w:rPr>
          <w:rStyle w:val="CommentReference"/>
        </w:rPr>
        <w:commentReference w:id="23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4"/>
      <w:r>
        <w:rPr>
          <w:rFonts w:ascii="Yu Gothic" w:hAnsi="Yu Gothic" w:eastAsia="Yu Gothic"/>
          <w:b w:val="0"/>
          <w:color w:val="141414"/>
          <w:sz w:val="20"/>
        </w:rPr>
        <w:t>【計算書類の内訳は貸借対照表、損益計算書、株主資本等変動計算書、個別注記表。】</w:t>
      </w:r>
      <w:commentRangeEnd w:id="24"/>
      <w:r>
        <w:rPr>
          <w:rStyle w:val="CommentReference"/>
        </w:rPr>
        <w:commentReference w:id="24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5"/>
      <w:r>
        <w:rPr>
          <w:rFonts w:ascii="Yu Gothic" w:hAnsi="Yu Gothic" w:eastAsia="Yu Gothic"/>
          <w:b w:val="0"/>
          <w:color w:val="141414"/>
          <w:sz w:val="20"/>
        </w:rPr>
        <w:t>【質疑応答の後、議長は本議案を議場に諮った。】</w:t>
      </w:r>
      <w:commentRangeEnd w:id="25"/>
      <w:r>
        <w:rPr>
          <w:rStyle w:val="CommentReference"/>
        </w:rPr>
        <w:commentReference w:id="25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その承認を求めたところ、</w:t>
      </w:r>
      <w:commentRangeStart w:id="26"/>
      <w:r>
        <w:rPr>
          <w:rFonts w:ascii="Yu Gothic" w:hAnsi="Yu Gothic" w:eastAsia="Yu Gothic"/>
          <w:b w:val="0"/>
          <w:color w:val="141414"/>
          <w:sz w:val="20"/>
        </w:rPr>
        <w:t>【満場一致で承認可決した。】</w:t>
      </w:r>
      <w:commentRangeEnd w:id="26"/>
      <w:r>
        <w:rPr>
          <w:rStyle w:val="CommentReference"/>
        </w:rPr>
        <w:commentReference w:id="26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 xml:space="preserve">　</w:t>
      </w:r>
      <w:r>
        <w:rPr>
          <w:rFonts w:ascii="Yu Gothic" w:hAnsi="Yu Gothic" w:eastAsia="Yu Gothic"/>
          <w:b/>
          <w:color w:val="141414"/>
          <w:sz w:val="20"/>
        </w:rPr>
        <w:t xml:space="preserve">第２号議案　</w:t>
      </w:r>
      <w:commentRangeStart w:id="27"/>
      <w:r>
        <w:rPr>
          <w:rFonts w:ascii="Yu Gothic" w:hAnsi="Yu Gothic" w:eastAsia="Yu Gothic"/>
          <w:b/>
          <w:color w:val="141414"/>
          <w:sz w:val="20"/>
        </w:rPr>
        <w:t>【取締役 3 名任期満了に伴う再任の件】</w:t>
      </w:r>
      <w:commentRangeEnd w:id="27"/>
      <w:r>
        <w:rPr>
          <w:rStyle w:val="CommentReference"/>
        </w:rPr>
        <w:commentReference w:id="27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議長は、</w:t>
      </w:r>
      <w:commentRangeStart w:id="28"/>
      <w:r>
        <w:rPr>
          <w:rFonts w:ascii="Yu Gothic" w:hAnsi="Yu Gothic" w:eastAsia="Yu Gothic"/>
          <w:b w:val="0"/>
          <w:color w:val="141414"/>
          <w:sz w:val="20"/>
        </w:rPr>
        <w:t>【取締役全員が任期満了となるので、次の者を再任したい】</w:t>
      </w:r>
      <w:commentRangeEnd w:id="28"/>
      <w:r>
        <w:rPr>
          <w:rStyle w:val="CommentReference"/>
        </w:rPr>
        <w:commentReference w:id="28"/>
      </w:r>
      <w:r>
        <w:rPr>
          <w:rFonts w:ascii="Yu Gothic" w:hAnsi="Yu Gothic" w:eastAsia="Yu Gothic"/>
          <w:b w:val="0"/>
          <w:color w:val="141414"/>
          <w:sz w:val="20"/>
        </w:rPr>
        <w:t>と述べ、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29"/>
      <w:r>
        <w:rPr>
          <w:rFonts w:ascii="Yu Gothic" w:hAnsi="Yu Gothic" w:eastAsia="Yu Gothic"/>
          <w:b w:val="0"/>
          <w:color w:val="141414"/>
          <w:sz w:val="20"/>
        </w:rPr>
        <w:t>【再任する取締役は次のとおりで、任期は定款の定めによる。】</w:t>
      </w:r>
      <w:commentRangeEnd w:id="29"/>
      <w:r>
        <w:rPr>
          <w:rStyle w:val="CommentReference"/>
        </w:rPr>
        <w:commentReference w:id="29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30"/>
      <w:r>
        <w:rPr>
          <w:rFonts w:ascii="Yu Gothic" w:hAnsi="Yu Gothic" w:eastAsia="Yu Gothic"/>
          <w:b w:val="0"/>
          <w:color w:val="141414"/>
          <w:sz w:val="20"/>
        </w:rPr>
        <w:t>【任期は定款の定めにより、選任後 2 年以内の最終の定時株主総会の終結の時まで。】</w:t>
      </w:r>
      <w:commentRangeEnd w:id="30"/>
      <w:r>
        <w:rPr>
          <w:rStyle w:val="CommentReference"/>
        </w:rPr>
        <w:commentReference w:id="30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31"/>
      <w:r>
        <w:rPr>
          <w:rFonts w:ascii="Yu Gothic" w:hAnsi="Yu Gothic" w:eastAsia="Yu Gothic"/>
          <w:b w:val="0"/>
          <w:color w:val="141414"/>
          <w:sz w:val="20"/>
        </w:rPr>
        <w:t>【質疑応答の後、議長は本議案を議場に諮った。】</w:t>
      </w:r>
      <w:commentRangeEnd w:id="31"/>
      <w:r>
        <w:rPr>
          <w:rStyle w:val="CommentReference"/>
        </w:rPr>
        <w:commentReference w:id="31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その承認を求めたところ、</w:t>
      </w:r>
      <w:commentRangeStart w:id="32"/>
      <w:r>
        <w:rPr>
          <w:rFonts w:ascii="Yu Gothic" w:hAnsi="Yu Gothic" w:eastAsia="Yu Gothic"/>
          <w:b w:val="0"/>
          <w:color w:val="141414"/>
          <w:sz w:val="20"/>
        </w:rPr>
        <w:t>【満場一致で承認可決した。】</w:t>
      </w:r>
      <w:commentRangeEnd w:id="32"/>
      <w:r>
        <w:rPr>
          <w:rStyle w:val="CommentReference"/>
        </w:rPr>
        <w:commentReference w:id="3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 xml:space="preserve">　</w:t>
      </w:r>
      <w:r>
        <w:rPr>
          <w:rFonts w:ascii="Yu Gothic" w:hAnsi="Yu Gothic" w:eastAsia="Yu Gothic"/>
          <w:b/>
          <w:color w:val="141414"/>
          <w:sz w:val="20"/>
        </w:rPr>
        <w:t xml:space="preserve">第３号議案　</w:t>
      </w:r>
      <w:commentRangeStart w:id="33"/>
      <w:r>
        <w:rPr>
          <w:rFonts w:ascii="Yu Gothic" w:hAnsi="Yu Gothic" w:eastAsia="Yu Gothic"/>
          <w:b/>
          <w:color w:val="141414"/>
          <w:sz w:val="20"/>
        </w:rPr>
        <w:t>【取締役の報酬額改定の件】</w:t>
      </w:r>
      <w:commentRangeEnd w:id="33"/>
      <w:r>
        <w:rPr>
          <w:rStyle w:val="CommentReference"/>
        </w:rPr>
        <w:commentReference w:id="33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議長は、</w:t>
      </w:r>
      <w:commentRangeStart w:id="34"/>
      <w:r>
        <w:rPr>
          <w:rFonts w:ascii="Yu Gothic" w:hAnsi="Yu Gothic" w:eastAsia="Yu Gothic"/>
          <w:b w:val="0"/>
          <w:color w:val="141414"/>
          <w:sz w:val="20"/>
        </w:rPr>
        <w:t>【取締役の報酬総額を年額 1,200 万円以内に改定したい】</w:t>
      </w:r>
      <w:commentRangeEnd w:id="34"/>
      <w:r>
        <w:rPr>
          <w:rStyle w:val="CommentReference"/>
        </w:rPr>
        <w:commentReference w:id="34"/>
      </w:r>
      <w:r>
        <w:rPr>
          <w:rFonts w:ascii="Yu Gothic" w:hAnsi="Yu Gothic" w:eastAsia="Yu Gothic"/>
          <w:b w:val="0"/>
          <w:color w:val="141414"/>
          <w:sz w:val="20"/>
        </w:rPr>
        <w:t>と述べ、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35"/>
      <w:r>
        <w:rPr>
          <w:rFonts w:ascii="Yu Gothic" w:hAnsi="Yu Gothic" w:eastAsia="Yu Gothic"/>
          <w:b w:val="0"/>
          <w:color w:val="141414"/>
          <w:sz w:val="20"/>
        </w:rPr>
        <w:t>【改定後の各取締役の報酬額は取締役会の協議で定める。】</w:t>
      </w:r>
      <w:commentRangeEnd w:id="35"/>
      <w:r>
        <w:rPr>
          <w:rStyle w:val="CommentReference"/>
        </w:rPr>
        <w:commentReference w:id="35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36"/>
      <w:r>
        <w:rPr>
          <w:rFonts w:ascii="Yu Gothic" w:hAnsi="Yu Gothic" w:eastAsia="Yu Gothic"/>
          <w:b w:val="0"/>
          <w:color w:val="141414"/>
          <w:sz w:val="20"/>
        </w:rPr>
        <w:t>【この額には使用人兼務取締役の使用人分の給与は含まない。】</w:t>
      </w:r>
      <w:commentRangeEnd w:id="36"/>
      <w:r>
        <w:rPr>
          <w:rStyle w:val="CommentReference"/>
        </w:rPr>
        <w:commentReference w:id="36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37"/>
      <w:r>
        <w:rPr>
          <w:rFonts w:ascii="Yu Gothic" w:hAnsi="Yu Gothic" w:eastAsia="Yu Gothic"/>
          <w:b w:val="0"/>
          <w:color w:val="141414"/>
          <w:sz w:val="20"/>
        </w:rPr>
        <w:t>【質疑応答の後、議長は本議案を議場に諮った。】</w:t>
      </w:r>
      <w:commentRangeEnd w:id="37"/>
      <w:r>
        <w:rPr>
          <w:rStyle w:val="CommentReference"/>
        </w:rPr>
        <w:commentReference w:id="37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その承認を求めたところ、</w:t>
      </w:r>
      <w:commentRangeStart w:id="38"/>
      <w:r>
        <w:rPr>
          <w:rFonts w:ascii="Yu Gothic" w:hAnsi="Yu Gothic" w:eastAsia="Yu Gothic"/>
          <w:b w:val="0"/>
          <w:color w:val="141414"/>
          <w:sz w:val="20"/>
        </w:rPr>
        <w:t>【満場一致で承認可決した。】</w:t>
      </w:r>
      <w:commentRangeEnd w:id="38"/>
      <w:r>
        <w:rPr>
          <w:rStyle w:val="CommentReference"/>
        </w:rPr>
        <w:commentReference w:id="38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35" w:lineRule="exact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 xml:space="preserve">　</w:t>
      </w:r>
      <w:r>
        <w:rPr>
          <w:rFonts w:ascii="Yu Gothic" w:hAnsi="Yu Gothic" w:eastAsia="Yu Gothic"/>
          <w:b w:val="0"/>
          <w:color w:val="141414"/>
          <w:sz w:val="17"/>
        </w:rPr>
        <w:t>（役員の選任を決議した場合）被選任者はいずれも席上その就任を承諾した。住所は登記に添付する時に記入する。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39"/>
      <w:r>
        <w:rPr>
          <w:rFonts w:ascii="Yu Gothic" w:hAnsi="Yu Gothic" w:eastAsia="Yu Gothic"/>
          <w:b w:val="0"/>
          <w:color w:val="141414"/>
          <w:sz w:val="20"/>
        </w:rPr>
        <w:t>【取締役】</w:t>
      </w:r>
      <w:commentRangeEnd w:id="39"/>
      <w:r>
        <w:rPr>
          <w:rStyle w:val="CommentReference"/>
        </w:rPr>
        <w:commentReference w:id="39"/>
      </w:r>
      <w:r>
        <w:rPr>
          <w:rFonts w:ascii="Yu Gothic" w:hAnsi="Yu Gothic" w:eastAsia="Yu Gothic"/>
          <w:b w:val="0"/>
          <w:color w:val="141414"/>
          <w:sz w:val="20"/>
        </w:rPr>
        <w:t>氏名</w:t>
      </w:r>
      <w:commentRangeStart w:id="40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40"/>
      <w:r>
        <w:rPr>
          <w:rStyle w:val="CommentReference"/>
        </w:rPr>
        <w:commentReference w:id="40"/>
      </w:r>
      <w:r>
        <w:rPr>
          <w:rFonts w:ascii="Yu Gothic" w:hAnsi="Yu Gothic" w:eastAsia="Yu Gothic"/>
          <w:b w:val="0"/>
          <w:color w:val="141414"/>
          <w:sz w:val="20"/>
        </w:rPr>
        <w:t>住所</w:t>
      </w:r>
      <w:commentRangeStart w:id="41"/>
      <w:r>
        <w:rPr>
          <w:rFonts w:ascii="Yu Gothic" w:hAnsi="Yu Gothic" w:eastAsia="Yu Gothic"/>
          <w:b w:val="0"/>
          <w:color w:val="141414"/>
          <w:sz w:val="20"/>
        </w:rPr>
        <w:t>【東京都渋谷区神宮前 1-1-1】</w:t>
      </w:r>
      <w:commentRangeEnd w:id="41"/>
      <w:r>
        <w:rPr>
          <w:rStyle w:val="CommentReference"/>
        </w:rPr>
        <w:commentReference w:id="41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42"/>
      <w:r>
        <w:rPr>
          <w:rFonts w:ascii="Yu Gothic" w:hAnsi="Yu Gothic" w:eastAsia="Yu Gothic"/>
          <w:b w:val="0"/>
          <w:color w:val="141414"/>
          <w:sz w:val="20"/>
        </w:rPr>
        <w:t>【取締役】</w:t>
      </w:r>
      <w:commentRangeEnd w:id="42"/>
      <w:r>
        <w:rPr>
          <w:rStyle w:val="CommentReference"/>
        </w:rPr>
        <w:commentReference w:id="42"/>
      </w:r>
      <w:r>
        <w:rPr>
          <w:rFonts w:ascii="Yu Gothic" w:hAnsi="Yu Gothic" w:eastAsia="Yu Gothic"/>
          <w:b w:val="0"/>
          <w:color w:val="141414"/>
          <w:sz w:val="20"/>
        </w:rPr>
        <w:t>氏名</w:t>
      </w:r>
      <w:commentRangeStart w:id="43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43"/>
      <w:r>
        <w:rPr>
          <w:rStyle w:val="CommentReference"/>
        </w:rPr>
        <w:commentReference w:id="43"/>
      </w:r>
      <w:r>
        <w:rPr>
          <w:rFonts w:ascii="Yu Gothic" w:hAnsi="Yu Gothic" w:eastAsia="Yu Gothic"/>
          <w:b w:val="0"/>
          <w:color w:val="141414"/>
          <w:sz w:val="20"/>
        </w:rPr>
        <w:t>住所</w:t>
      </w:r>
      <w:commentRangeStart w:id="44"/>
      <w:r>
        <w:rPr>
          <w:rFonts w:ascii="Yu Gothic" w:hAnsi="Yu Gothic" w:eastAsia="Yu Gothic"/>
          <w:b w:val="0"/>
          <w:color w:val="141414"/>
          <w:sz w:val="20"/>
        </w:rPr>
        <w:t>【東京都渋谷区神宮前 2-2-2】</w:t>
      </w:r>
      <w:commentRangeEnd w:id="44"/>
      <w:r>
        <w:rPr>
          <w:rStyle w:val="CommentReference"/>
        </w:rPr>
        <w:commentReference w:id="44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45"/>
      <w:r>
        <w:rPr>
          <w:rFonts w:ascii="Yu Gothic" w:hAnsi="Yu Gothic" w:eastAsia="Yu Gothic"/>
          <w:b w:val="0"/>
          <w:color w:val="141414"/>
          <w:sz w:val="20"/>
        </w:rPr>
        <w:t>【取締役】</w:t>
      </w:r>
      <w:commentRangeEnd w:id="45"/>
      <w:r>
        <w:rPr>
          <w:rStyle w:val="CommentReference"/>
        </w:rPr>
        <w:commentReference w:id="45"/>
      </w:r>
      <w:r>
        <w:rPr>
          <w:rFonts w:ascii="Yu Gothic" w:hAnsi="Yu Gothic" w:eastAsia="Yu Gothic"/>
          <w:b w:val="0"/>
          <w:color w:val="141414"/>
          <w:sz w:val="20"/>
        </w:rPr>
        <w:t>氏名</w:t>
      </w:r>
      <w:commentRangeStart w:id="46"/>
      <w:r>
        <w:rPr>
          <w:rFonts w:ascii="Yu Gothic" w:hAnsi="Yu Gothic" w:eastAsia="Yu Gothic"/>
          <w:b w:val="0"/>
          <w:color w:val="141414"/>
          <w:sz w:val="20"/>
        </w:rPr>
        <w:t>【高橋 美咲】</w:t>
      </w:r>
      <w:commentRangeEnd w:id="46"/>
      <w:r>
        <w:rPr>
          <w:rStyle w:val="CommentReference"/>
        </w:rPr>
        <w:commentReference w:id="46"/>
      </w:r>
      <w:r>
        <w:rPr>
          <w:rFonts w:ascii="Yu Gothic" w:hAnsi="Yu Gothic" w:eastAsia="Yu Gothic"/>
          <w:b w:val="0"/>
          <w:color w:val="141414"/>
          <w:sz w:val="20"/>
        </w:rPr>
        <w:t>住所</w:t>
      </w:r>
      <w:commentRangeStart w:id="47"/>
      <w:r>
        <w:rPr>
          <w:rFonts w:ascii="Yu Gothic" w:hAnsi="Yu Gothic" w:eastAsia="Yu Gothic"/>
          <w:b w:val="0"/>
          <w:color w:val="141414"/>
          <w:sz w:val="20"/>
        </w:rPr>
        <w:t>【東京都渋谷区神宮前 3-3-3】</w:t>
      </w:r>
      <w:commentRangeEnd w:id="47"/>
      <w:r>
        <w:rPr>
          <w:rStyle w:val="CommentReference"/>
        </w:rPr>
        <w:commentReference w:id="4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以上をもって議事を終了したので、議長は閉会を宣し、</w:t>
      </w:r>
      <w:commentRangeStart w:id="48"/>
      <w:r>
        <w:rPr>
          <w:rFonts w:ascii="Yu Gothic" w:hAnsi="Yu Gothic" w:eastAsia="Yu Gothic"/>
          <w:b w:val="0"/>
          <w:color w:val="141414"/>
          <w:sz w:val="20"/>
        </w:rPr>
        <w:t>【午前】</w:t>
      </w:r>
      <w:commentRangeEnd w:id="48"/>
      <w:r>
        <w:rPr>
          <w:rStyle w:val="CommentReference"/>
        </w:rPr>
        <w:commentReference w:id="48"/>
      </w:r>
      <w:commentRangeStart w:id="49"/>
      <w:r>
        <w:rPr>
          <w:rFonts w:ascii="Yu Gothic" w:hAnsi="Yu Gothic" w:eastAsia="Yu Gothic"/>
          <w:b w:val="0"/>
          <w:color w:val="141414"/>
          <w:sz w:val="20"/>
        </w:rPr>
        <w:t>【10】</w:t>
      </w:r>
      <w:commentRangeEnd w:id="49"/>
      <w:r>
        <w:rPr>
          <w:rStyle w:val="CommentReference"/>
        </w:rPr>
        <w:commentReference w:id="49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50"/>
      <w:r>
        <w:rPr>
          <w:rFonts w:ascii="Yu Gothic" w:hAnsi="Yu Gothic" w:eastAsia="Yu Gothic"/>
          <w:b w:val="0"/>
          <w:color w:val="141414"/>
          <w:sz w:val="20"/>
        </w:rPr>
        <w:t>【45】</w:t>
      </w:r>
      <w:commentRangeEnd w:id="50"/>
      <w:r>
        <w:rPr>
          <w:rStyle w:val="CommentReference"/>
        </w:rPr>
        <w:commentReference w:id="50"/>
      </w:r>
      <w:r>
        <w:rPr>
          <w:rFonts w:ascii="Yu Gothic" w:hAnsi="Yu Gothic" w:eastAsia="Yu Gothic"/>
          <w:b w:val="0"/>
          <w:color w:val="141414"/>
          <w:sz w:val="20"/>
        </w:rPr>
        <w:t>分散会した。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上記決議を明確にするため、議長、出席取締役及び出席監査役において、次に記名押印する。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51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51"/>
      <w:r>
        <w:rPr>
          <w:rStyle w:val="CommentReference"/>
        </w:rPr>
        <w:commentReference w:id="51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52"/>
      <w:r>
        <w:rPr>
          <w:rFonts w:ascii="Yu Gothic" w:hAnsi="Yu Gothic" w:eastAsia="Yu Gothic"/>
          <w:b w:val="0"/>
          <w:color w:val="141414"/>
          <w:sz w:val="20"/>
        </w:rPr>
        <w:t>【6】</w:t>
      </w:r>
      <w:commentRangeEnd w:id="52"/>
      <w:r>
        <w:rPr>
          <w:rStyle w:val="CommentReference"/>
        </w:rPr>
        <w:commentReference w:id="52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53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53"/>
      <w:r>
        <w:rPr>
          <w:rStyle w:val="CommentReference"/>
        </w:rPr>
        <w:commentReference w:id="53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tabs>
          <w:tab w:pos="13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（会社名）</w:t>
        <w:tab/>
      </w:r>
      <w:commentRangeStart w:id="54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54"/>
      <w:r>
        <w:rPr>
          <w:rStyle w:val="CommentReference"/>
        </w:rPr>
        <w:commentReference w:id="54"/>
      </w:r>
      <w:r>
        <w:rPr>
          <w:rFonts w:ascii="Yu Gothic" w:hAnsi="Yu Gothic" w:eastAsia="Yu Gothic"/>
          <w:b w:val="0"/>
          <w:color w:val="141414"/>
          <w:sz w:val="20"/>
        </w:rPr>
        <w:t xml:space="preserve">　定時株主総会</w:t>
      </w:r>
    </w:p>
    <w:p>
      <w:pPr>
        <w:keepNext/>
        <w:tabs>
          <w:tab w:pos="312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議長　代表取締役</w:t>
        <w:tab/>
      </w:r>
      <w:commentRangeStart w:id="55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55"/>
      <w:r>
        <w:rPr>
          <w:rStyle w:val="CommentReference"/>
        </w:rPr>
        <w:commentReference w:id="55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keepNext/>
        <w:tabs>
          <w:tab w:pos="312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出席取締役</w:t>
        <w:tab/>
      </w:r>
      <w:commentRangeStart w:id="56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56"/>
      <w:r>
        <w:rPr>
          <w:rStyle w:val="CommentReference"/>
        </w:rPr>
        <w:commentReference w:id="56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keepNext/>
        <w:tabs>
          <w:tab w:pos="312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出席取締役</w:t>
        <w:tab/>
      </w:r>
      <w:commentRangeStart w:id="57"/>
      <w:r>
        <w:rPr>
          <w:rFonts w:ascii="Yu Gothic" w:hAnsi="Yu Gothic" w:eastAsia="Yu Gothic"/>
          <w:b w:val="0"/>
          <w:color w:val="141414"/>
          <w:sz w:val="20"/>
        </w:rPr>
        <w:t>【高橋 美咲】</w:t>
      </w:r>
      <w:commentRangeEnd w:id="57"/>
      <w:r>
        <w:rPr>
          <w:rStyle w:val="CommentReference"/>
        </w:rPr>
        <w:commentReference w:id="57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tabs>
          <w:tab w:pos="312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>出席監査役</w:t>
        <w:tab/>
      </w:r>
      <w:commentRangeStart w:id="58"/>
      <w:r>
        <w:rPr>
          <w:rFonts w:ascii="Yu Gothic" w:hAnsi="Yu Gothic" w:eastAsia="Yu Gothic"/>
          <w:b w:val="0"/>
          <w:color w:val="141414"/>
          <w:sz w:val="20"/>
        </w:rPr>
        <w:t>【鈴木 一郎】</w:t>
      </w:r>
      <w:commentRangeEnd w:id="58"/>
      <w:r>
        <w:rPr>
          <w:rStyle w:val="CommentReference"/>
        </w:rPr>
        <w:commentReference w:id="58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本議事録は、株主総会の日から 10 年間、本店に備え置く（会社法第 318 条）。代表取締役の選定を含む決議を登記に添付するときは、法務局の記載例に合わせて議長・出席取締役が市町村に登録した印鑑を押し、印鑑証明書を添付する。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会社法第 318 条・会社法施行規則第 72 条に基づく一般的な様式です。登記添付に使う場合の押印要件は法務局</w:t>
        <w:br/>
        <w:t>・専門家にご確認ください。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2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3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例：6</w:t>
      </w:r>
    </w:p>
  </w:comment>
  <w:comment w:id="4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5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開会の午前・午後：▼から選ぶ（午前・午後）</w:t>
      </w:r>
    </w:p>
  </w:comment>
  <w:comment w:id="6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7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8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例：当会社本店会議室</w:t>
      </w:r>
    </w:p>
  </w:comment>
  <w:comment w:id="9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0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例：100</w:t>
      </w:r>
    </w:p>
  </w:comment>
  <w:comment w:id="11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例：0</w:t>
      </w:r>
    </w:p>
  </w:comment>
  <w:comment w:id="12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3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例：100</w:t>
      </w:r>
    </w:p>
  </w:comment>
  <w:comment w:id="14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5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例：100</w:t>
      </w:r>
    </w:p>
  </w:comment>
  <w:comment w:id="16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7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8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例：高橋 美咲</w:t>
      </w:r>
    </w:p>
  </w:comment>
  <w:comment w:id="19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例：鈴木 一郎</w:t>
      </w:r>
    </w:p>
  </w:comment>
  <w:comment w:id="20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21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例：第 5 期計算書類（貸借対照表・損益計算書等）承認の件</w:t>
      </w:r>
    </w:p>
  </w:comment>
  <w:comment w:id="22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例：第 5 期の計算書類の内容を詳細に説明した上で承認を求めたい</w:t>
      </w:r>
    </w:p>
  </w:comment>
  <w:comment w:id="23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例：併せて監査役から、計算書類は適正である旨の監査報告があった。</w:t>
      </w:r>
    </w:p>
  </w:comment>
  <w:comment w:id="24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例：計算書類の内訳は貸借対照表、損益計算書、株主資本等変動計算書、個別注記表。</w:t>
      </w:r>
    </w:p>
  </w:comment>
  <w:comment w:id="25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例：質疑応答の後、議長は本議案を議場に諮った。</w:t>
      </w:r>
    </w:p>
  </w:comment>
  <w:comment w:id="26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第1号議案の結果：▼から選ぶ（満場一致で承認可決した。・賛成多数で承認可決した。・否決した。）</w:t>
      </w:r>
    </w:p>
  </w:comment>
  <w:comment w:id="27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例：取締役 3 名任期満了に伴う再任の件</w:t>
      </w:r>
    </w:p>
  </w:comment>
  <w:comment w:id="28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例：取締役全員が任期満了となるので、次の者を再任したい</w:t>
      </w:r>
    </w:p>
  </w:comment>
  <w:comment w:id="29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例：再任する取締役は次のとおりで、任期は定款の定めによる。</w:t>
      </w:r>
    </w:p>
  </w:comment>
  <w:comment w:id="30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例：任期は定款の定めにより、選任後 2 年以内の最終の定時株主総会の終結の時まで。</w:t>
      </w:r>
    </w:p>
  </w:comment>
  <w:comment w:id="31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例：質疑応答の後、議長は本議案を議場に諮った。</w:t>
      </w:r>
    </w:p>
  </w:comment>
  <w:comment w:id="32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第2号議案の結果：▼から選ぶ（満場一致で承認可決した。・賛成多数で承認可決した。・否決した。）</w:t>
      </w:r>
    </w:p>
  </w:comment>
  <w:comment w:id="33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例：取締役の報酬額改定の件</w:t>
      </w:r>
    </w:p>
  </w:comment>
  <w:comment w:id="34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例：取締役の報酬総額を年額 1,200 万円以内に改定したい</w:t>
      </w:r>
    </w:p>
  </w:comment>
  <w:comment w:id="35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例：改定後の各取締役の報酬額は取締役会の協議で定める。</w:t>
      </w:r>
    </w:p>
  </w:comment>
  <w:comment w:id="36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例：この額には使用人兼務取締役の使用人分の給与は含まない。</w:t>
      </w:r>
    </w:p>
  </w:comment>
  <w:comment w:id="37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例：質疑応答の後、議長は本議案を議場に諮った。</w:t>
      </w:r>
    </w:p>
  </w:comment>
  <w:comment w:id="38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第3号議案の結果：▼から選ぶ（満場一致で承認可決した。・賛成多数で承認可決した。・否決した。）</w:t>
      </w:r>
    </w:p>
  </w:comment>
  <w:comment w:id="39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被選任者 1 の役職：▼から選ぶ（取締役・代表取締役・監査役）</w:t>
      </w:r>
    </w:p>
  </w:comment>
  <w:comment w:id="40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41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42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被選任者 2 の役職：▼から選ぶ（取締役・代表取締役・監査役）</w:t>
      </w:r>
    </w:p>
  </w:comment>
  <w:comment w:id="43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44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例：東京都渋谷区神宮前 2-2-2</w:t>
      </w:r>
    </w:p>
  </w:comment>
  <w:comment w:id="45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被選任者 3 の役職：▼から選ぶ（取締役・代表取締役・監査役）</w:t>
      </w:r>
    </w:p>
  </w:comment>
  <w:comment w:id="46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例：高橋 美咲</w:t>
      </w:r>
    </w:p>
  </w:comment>
  <w:comment w:id="47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例：東京都渋谷区神宮前 3-3-3</w:t>
      </w:r>
    </w:p>
  </w:comment>
  <w:comment w:id="48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閉会の午前・午後：▼から選ぶ（午前・午後）</w:t>
      </w:r>
    </w:p>
  </w:comment>
  <w:comment w:id="49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50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例：45</w:t>
      </w:r>
    </w:p>
  </w:comment>
  <w:comment w:id="51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2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例：6</w:t>
      </w:r>
    </w:p>
  </w:comment>
  <w:comment w:id="53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54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5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56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57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例：高橋 美咲</w:t>
      </w:r>
    </w:p>
  </w:comment>
  <w:comment w:id="58" w:author="やっとくん" w:initials="や" w:date="2026-10-03T02:27:29Z">
    <w:p>
      <w:pPr>
        <w:pStyle w:val="CommentText"/>
      </w:pPr>
      <w:r>
        <w:rPr>
          <w:rStyle w:val="CommentReference"/>
        </w:rPr>
        <w:annotationRef/>
      </w:r>
      <w:r>
        <w:t>例：鈴木 一郎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