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貸出管理表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管理拠点：本社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管理者：鈴木 一郎</w:t>
      </w:r>
    </w:p>
    <w:p>
      <w:pPr>
        <w:spacing w:after="8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361"/>
        <w:gridCol w:w="2268"/>
        <w:gridCol w:w="907"/>
        <w:gridCol w:w="1361"/>
        <w:gridCol w:w="1361"/>
        <w:gridCol w:w="1361"/>
        <w:gridCol w:w="2268"/>
        <w:gridCol w:w="1247"/>
        <w:gridCol w:w="2551"/>
      </w:tblGrid>
      <w:tr>
        <w:trPr>
          <w:trHeight w:val="482" w:hRule="exact"/>
        </w:trPr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貸出番号</w:t>
            </w:r>
          </w:p>
        </w:tc>
        <w:tc>
          <w:tcPr>
            <w:tcW w:type="dxa" w:w="226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品名</w:t>
            </w:r>
          </w:p>
        </w:tc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貸出日</w:t>
            </w:r>
          </w:p>
        </w:tc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返却予定日</w:t>
            </w:r>
          </w:p>
        </w:tc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返却日</w:t>
            </w:r>
          </w:p>
        </w:tc>
        <w:tc>
          <w:tcPr>
            <w:tcW w:type="dxa" w:w="226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貸出先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状態</w:t>
            </w:r>
          </w:p>
        </w:tc>
        <w:tc>
          <w:tcPr>
            <w:tcW w:type="dxa" w:w="255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LND-001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ノートパソコン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2026/08/03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2026/08/17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2026/08/14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営業部 鈴木 一郎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返却済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充電器一式を同梱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LND-002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プロジェクター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2026/08/05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2026/08/12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管理部 山田 太郎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延滞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返却期限を 2 週間超過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LND-003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外付けディスプレイ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2026/08/06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2026/09/04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管理部 佐藤 花子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貸出中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LND-004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デジタルカメラ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2026/08/07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2026/08/11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営業部 高橋 美咲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返却済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撮影会で使用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LND-005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レンタル台車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2026/08/10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2026/08/24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店舗運営部 田中 健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貸出中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LND-006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社用スマートフォン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2026/08/12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2027/03/31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店舗運営部 伊藤 彩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貸出中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年度末まで長期貸出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LND-007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工具セット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2026/08/18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2026/08/21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2026/08/20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店舗運営部 渡辺 大輔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返却済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LND-008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折りたたみテント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2026/09/05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2026/09/07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管理部 中村 優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予約済</w:t>
            </w: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催事のため事前確保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55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257"/>
        <w:gridCol w:w="1361"/>
        <w:gridCol w:w="2268"/>
        <w:gridCol w:w="1247"/>
        <w:gridCol w:w="2551"/>
      </w:tblGrid>
      <w:tr>
        <w:trPr>
          <w:trHeight w:val="425" w:hRule="exact"/>
        </w:trPr>
        <w:tc>
          <w:tcPr>
            <w:tcW w:type="dxa" w:w="7257"/>
          </w:tcPr>
          <w:p>
            <w:pPr>
              <w:spacing w:after="0" w:before="0" w:line="240" w:lineRule="auto"/>
              <w:jc w:val="left"/>
            </w:pPr>
          </w:p>
        </w:tc>
        <w:tc>
          <w:tcPr>
            <w:tcW w:type="dxa" w:w="136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貸出件数</w:t>
            </w:r>
          </w:p>
        </w:tc>
        <w:tc>
          <w:tcPr>
            <w:tcW w:type="dxa" w:w="226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8 件</w:t>
            </w: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255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p>
      <w:pPr>
        <w:spacing w:after="10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【テンプレート注記・配布物では削除可】一般的な様式です。社外への貸出や個人所有物の持ち出しを含む場合は、貸出時の承認者と紛失・破損時の取り扱いを各社の規程で定めてからご利用ください。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