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貸付金返済表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貸主：【株式会社やっとくん】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借主：【山田 太郎】（【EMP-001】）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貸付日：【2026 年 8 月 25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貸付条件：【¥300,000】・年 2.0%・元金均等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907"/>
        <w:gridCol w:w="1474"/>
        <w:gridCol w:w="1701"/>
        <w:gridCol w:w="1587"/>
        <w:gridCol w:w="1474"/>
        <w:gridCol w:w="1587"/>
        <w:gridCol w:w="1701"/>
        <w:gridCol w:w="1417"/>
        <w:gridCol w:w="2835"/>
      </w:tblGrid>
      <w:tr>
        <w:trPr>
          <w:trHeight w:val="435" w:hRule="exact"/>
        </w:trPr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回数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返済日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返済前残高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うち元金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うち利息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返済額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返済後残高</w:t>
            </w:r>
          </w:p>
        </w:tc>
        <w:tc>
          <w:tcPr>
            <w:tcW w:type="dxa" w:w="141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受領確認</w:t>
            </w:r>
          </w:p>
        </w:tc>
        <w:tc>
          <w:tcPr>
            <w:tcW w:type="dxa" w:w="283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2026/09/25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¥30,500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¥270,000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済</w:t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給与控除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2026/10/26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¥270,000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¥450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¥30,450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済</w:t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25 日が日曜のため翌営業日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2026/11/25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¥240,000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¥30,400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¥210,000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2026/12/25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¥210,000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¥350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¥30,350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賞与月・繰上返済可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2027/01/25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¥30,300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2027/02/25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¥30,250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2027/03/25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¥30,200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2027/04/26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¥30,150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25 日が日曜のため翌営業日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2027/05/25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¥30,100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2027/06/25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¥30,050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完済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1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83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143"/>
        <w:gridCol w:w="1587"/>
        <w:gridCol w:w="1701"/>
        <w:gridCol w:w="1417"/>
        <w:gridCol w:w="2835"/>
      </w:tblGrid>
      <w:tr>
        <w:trPr>
          <w:trHeight w:val="384" w:hRule="exact"/>
        </w:trPr>
        <w:tc>
          <w:tcPr>
            <w:tcW w:type="dxa" w:w="7143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58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記載件数</w:t>
            </w:r>
          </w:p>
        </w:tc>
        <w:tc>
          <w:tcPr>
            <w:tcW w:type="dxa" w:w="170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10 件</w:t>
            </w:r>
          </w:p>
        </w:tc>
        <w:tc>
          <w:tcPr>
            <w:tcW w:type="dxa" w:w="141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返済額合計</w:t>
            </w:r>
          </w:p>
        </w:tc>
        <w:tc>
          <w:tcPr>
            <w:tcW w:type="dxa" w:w="2835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¥302,750</w:t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一般的な様式です（利息は月割の簡便計算）。利率・返済条件は金銭消費貸借契約書に従い、利息制限法の上限にご注意ください。給与控除で回収する場合は労使協定（労働基準法第 24 条）が必要です。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