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40" w:lineRule="auto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経理・労務の年間スケジュール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対象年度：2026 年度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作成日：2026 年 8 月 25 日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管理者：山田 太郎</w:t>
      </w:r>
    </w:p>
    <w:p>
      <w:pPr>
        <w:spacing w:after="80" w:before="0" w:line="240" w:lineRule="auto"/>
        <w:jc w:val="left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020"/>
        <w:gridCol w:w="2948"/>
        <w:gridCol w:w="1474"/>
        <w:gridCol w:w="1928"/>
        <w:gridCol w:w="1247"/>
        <w:gridCol w:w="1928"/>
        <w:gridCol w:w="1020"/>
        <w:gridCol w:w="3118"/>
      </w:tblGrid>
      <w:tr>
        <w:trPr>
          <w:trHeight w:val="482" w:hRule="exact"/>
        </w:trPr>
        <w:tc>
          <w:tcPr>
            <w:tcW w:type="dxa" w:w="102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時期</w:t>
            </w:r>
          </w:p>
        </w:tc>
        <w:tc>
          <w:tcPr>
            <w:tcW w:type="dxa" w:w="294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やること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期限</w:t>
            </w:r>
          </w:p>
        </w:tc>
        <w:tc>
          <w:tcPr>
            <w:tcW w:type="dxa" w:w="192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提出先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担当</w:t>
            </w:r>
          </w:p>
        </w:tc>
        <w:tc>
          <w:tcPr>
            <w:tcW w:type="dxa" w:w="192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根拠</w:t>
            </w:r>
          </w:p>
        </w:tc>
        <w:tc>
          <w:tcPr>
            <w:tcW w:type="dxa" w:w="102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完了</w:t>
            </w:r>
          </w:p>
        </w:tc>
        <w:tc>
          <w:tcPr>
            <w:tcW w:type="dxa" w:w="311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備考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 月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新入社員の社会保険の資格取得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入社から 5 日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年金事務所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労務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健康保険法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遅れると保険証の発行も遅れる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 月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法人税・消費税の確定申告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決算後 2 ヶ月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税務署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経理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法人税法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 月決算の場合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 月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住民税の特別徴収額を切り替え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 月給与から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社内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経理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地方税法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 月に届く通知書を反映する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 月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算定基礎届の提出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7/1 〜 7/10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年金事務所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労務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健康保険法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4〜6 月の報酬から等級を決める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 月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労働保険の年度更新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6/1 〜 7/10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労働局・労基署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労務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労働保険徴収法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申告と納付を同時に行う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11 月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年末調整の書類を配布・回収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11 月中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社内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労務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所得税法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未提出者の催促に時間がかかる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12 月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年末調整の計算と還付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12 月給与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社内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経理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所得税法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還付が給与に混ざるので要説明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月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法定調書合計表の提出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1/31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税務署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経理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所得税法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支払先の住所を年内に集める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月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給与支払報告書の提出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1/31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市区町村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経理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地方税法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従業員の 1/1 時点の住所へ送る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月</w:t>
            </w: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償却資産の申告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1/31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市区町村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経理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地方税法</w:t>
            </w: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1/1 時点の保有分</w:t>
            </w: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02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1247"/>
        <w:gridCol w:w="1928"/>
        <w:gridCol w:w="1020"/>
        <w:gridCol w:w="3118"/>
      </w:tblGrid>
      <w:tr>
        <w:trPr>
          <w:trHeight w:val="425" w:hRule="exact"/>
        </w:trPr>
        <w:tc>
          <w:tcPr>
            <w:tcW w:type="dxa" w:w="7370"/>
          </w:tcPr>
          <w:p>
            <w:pPr>
              <w:spacing w:after="0" w:before="0" w:line="240" w:lineRule="auto"/>
              <w:jc w:val="left"/>
            </w:pPr>
          </w:p>
        </w:tc>
        <w:tc>
          <w:tcPr>
            <w:tcW w:type="dxa" w:w="1247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項目数</w:t>
            </w:r>
          </w:p>
        </w:tc>
        <w:tc>
          <w:tcPr>
            <w:tcW w:type="dxa" w:w="1928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10 件</w:t>
            </w:r>
          </w:p>
        </w:tc>
        <w:tc>
          <w:tcPr>
            <w:tcW w:type="dxa" w:w="1020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3118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</w:tbl>
    <w:p>
      <w:pPr>
        <w:spacing w:after="10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【テンプレート注記・配布物では削除可】一般的な期限をまとめた様式です。事業年度・特例適用・自治体によって期限は変わります。実際の提出前に必ず所轄官庁の最新の案内をご確認ください。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