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遅刻・早退・欠勤届</w:t>
      </w:r>
    </w:p>
    <w:p>
      <w:pPr>
        <w:spacing w:after="36" w:before="0" w:line="217" w:lineRule="auto"/>
        <w:jc w:val="right"/>
      </w:pPr>
      <w:r>
        <w:rPr>
          <w:rFonts w:ascii="Yu Gothic" w:hAnsi="Yu Gothic" w:eastAsia="Yu Gothic"/>
          <w:b w:val="0"/>
          <w:color w:val="5A5A54"/>
          <w:sz w:val="16"/>
        </w:rPr>
        <w:t>※ 選択肢は該当するものに○を付ける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提出日　</w:t>
            </w: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【2026】</w:t>
            </w:r>
            <w:commentRangeEnd w:id="0"/>
            <w:r>
              <w:rPr>
                <w:rStyle w:val="CommentReference"/>
              </w:rPr>
              <w:commentReference w:id="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【9】</w:t>
            </w:r>
            <w:commentRangeEnd w:id="1"/>
            <w:r>
              <w:rPr>
                <w:rStyle w:val="CommentReference"/>
              </w:rPr>
              <w:commentReference w:id="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【1】</w:t>
            </w:r>
            <w:commentRangeEnd w:id="2"/>
            <w:r>
              <w:rPr>
                <w:rStyle w:val="CommentReference"/>
              </w:rPr>
              <w:commentReference w:id="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【管理部長】</w:t>
            </w:r>
            <w:commentRangeEnd w:id="3"/>
            <w:r>
              <w:rPr>
                <w:rStyle w:val="CommentReference"/>
              </w:rPr>
              <w:commentReference w:id="3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殿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下記のとおりお届けします。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届出者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所属　</w:t>
            </w: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【店舗運営部】</w:t>
            </w:r>
            <w:commentRangeEnd w:id="4"/>
            <w:r>
              <w:rPr>
                <w:rStyle w:val="CommentReference"/>
              </w:rPr>
              <w:commentReference w:id="4"/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氏名　</w:t>
            </w: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 太郎】</w:t>
            </w:r>
            <w:commentRangeEnd w:id="5"/>
            <w:r>
              <w:rPr>
                <w:rStyle w:val="CommentReference"/>
              </w:rPr>
              <w:commentReference w:id="5"/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社員番号　</w:t>
            </w: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【EMP-001】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届出区分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【遅刻】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対象期間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【2026】</w:t>
            </w:r>
            <w:commentRangeEnd w:id="8"/>
            <w:r>
              <w:rPr>
                <w:rStyle w:val="CommentReference"/>
              </w:rPr>
              <w:commentReference w:id="8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【9】</w:t>
            </w:r>
            <w:commentRangeEnd w:id="9"/>
            <w:r>
              <w:rPr>
                <w:rStyle w:val="CommentReference"/>
              </w:rPr>
              <w:commentReference w:id="9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【1】</w:t>
            </w:r>
            <w:commentRangeEnd w:id="10"/>
            <w:r>
              <w:rPr>
                <w:rStyle w:val="CommentReference"/>
              </w:rPr>
              <w:commentReference w:id="10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から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【2026】</w:t>
            </w:r>
            <w:commentRangeEnd w:id="11"/>
            <w:r>
              <w:rPr>
                <w:rStyle w:val="CommentReference"/>
              </w:rPr>
              <w:commentReference w:id="11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【9】</w:t>
            </w:r>
            <w:commentRangeEnd w:id="12"/>
            <w:r>
              <w:rPr>
                <w:rStyle w:val="CommentReference"/>
              </w:rPr>
              <w:commentReference w:id="12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【1】</w:t>
            </w:r>
            <w:commentRangeEnd w:id="13"/>
            <w:r>
              <w:rPr>
                <w:rStyle w:val="CommentReference"/>
              </w:rPr>
              <w:commentReference w:id="13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まで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欠勤日数　</w:t>
            </w: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【0】</w:t>
            </w:r>
            <w:commentRangeEnd w:id="14"/>
            <w:r>
              <w:rPr>
                <w:rStyle w:val="CommentReference"/>
              </w:rPr>
              <w:commentReference w:id="14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時間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【時間指定】</w:t>
            </w:r>
            <w:commentRangeEnd w:id="15"/>
            <w:r>
              <w:rPr>
                <w:rStyle w:val="CommentReference"/>
              </w:rPr>
              <w:commentReference w:id="15"/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開始　</w:t>
            </w: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【9】</w:t>
            </w:r>
            <w:commentRangeEnd w:id="16"/>
            <w:r>
              <w:rPr>
                <w:rStyle w:val="CommentReference"/>
              </w:rPr>
              <w:commentReference w:id="16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時</w:t>
            </w: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【00】</w:t>
            </w:r>
            <w:commentRangeEnd w:id="17"/>
            <w:r>
              <w:rPr>
                <w:rStyle w:val="CommentReference"/>
              </w:rPr>
              <w:commentReference w:id="17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分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終了　</w:t>
            </w: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【10】</w:t>
            </w:r>
            <w:commentRangeEnd w:id="18"/>
            <w:r>
              <w:rPr>
                <w:rStyle w:val="CommentReference"/>
              </w:rPr>
              <w:commentReference w:id="18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時</w:t>
            </w: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【00】</w:t>
            </w:r>
            <w:commentRangeEnd w:id="19"/>
            <w:r>
              <w:rPr>
                <w:rStyle w:val="CommentReference"/>
              </w:rPr>
              <w:commentReference w:id="19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分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合計　</w:t>
            </w: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【1】</w:t>
            </w:r>
            <w:commentRangeEnd w:id="20"/>
            <w:r>
              <w:rPr>
                <w:rStyle w:val="CommentReference"/>
              </w:rPr>
              <w:commentReference w:id="20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時間</w:t>
            </w: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【00】</w:t>
            </w:r>
            <w:commentRangeEnd w:id="21"/>
            <w:r>
              <w:rPr>
                <w:rStyle w:val="CommentReference"/>
              </w:rPr>
              <w:commentReference w:id="21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分</w:t>
            </w:r>
          </w:p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遅刻・早退は不在時間を記入。欠勤で「終日」を選んだときは時分欄の記入不要。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理由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【通勤に利用する電車が車両点検のため遅延したため。】</w:t>
            </w:r>
            <w:commentRangeEnd w:id="22"/>
            <w:r>
              <w:rPr>
                <w:rStyle w:val="CommentReference"/>
              </w:rPr>
              <w:commentReference w:id="22"/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【運転再開後の電車で出勤し、10時から勤務しました。】</w:t>
            </w:r>
            <w:commentRangeEnd w:id="23"/>
            <w:r>
              <w:rPr>
                <w:rStyle w:val="CommentReference"/>
              </w:rPr>
              <w:commentReference w:id="23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連絡状況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【9月1日8時15分、店長の田中健へ電話で連絡済み。】</w:t>
            </w:r>
            <w:commentRangeEnd w:id="24"/>
            <w:r>
              <w:rPr>
                <w:rStyle w:val="CommentReference"/>
              </w:rPr>
              <w:commentReference w:id="24"/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【出勤予定時刻を10時と伝えました。】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有給への</w:t>
              <w:br/>
              <w:t>振替希望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【無】</w:t>
            </w:r>
            <w:commentRangeEnd w:id="26"/>
            <w:r>
              <w:rPr>
                <w:rStyle w:val="CommentReference"/>
              </w:rPr>
              <w:commentReference w:id="26"/>
            </w:r>
          </w:p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振替の可否・必要な申請は勤務先の規定をご確認ください。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備考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【遅延証明書を添付。】</w:t>
            </w:r>
            <w:commentRangeEnd w:id="27"/>
            <w:r>
              <w:rPr>
                <w:rStyle w:val="CommentReference"/>
              </w:rPr>
              <w:commentReference w:id="27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確認・承認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所属長　</w:t>
            </w: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【田中 健】</w:t>
            </w:r>
            <w:commentRangeEnd w:id="28"/>
            <w:r>
              <w:rPr>
                <w:rStyle w:val="CommentReference"/>
              </w:rPr>
              <w:commentReference w:id="28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確認日 </w:t>
            </w: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【9月1日】</w:t>
            </w:r>
            <w:commentRangeEnd w:id="29"/>
            <w:r>
              <w:rPr>
                <w:rStyle w:val="CommentReference"/>
              </w:rPr>
              <w:commentReference w:id="29"/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人事担当　</w:t>
            </w: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【佐藤 花子】</w:t>
            </w:r>
            <w:commentRangeEnd w:id="30"/>
            <w:r>
              <w:rPr>
                <w:rStyle w:val="CommentReference"/>
              </w:rPr>
              <w:commentReference w:id="30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確認日 </w:t>
            </w: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【9月1日】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</w:tr>
    </w:tbl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7"/>
        </w:rPr>
        <w:t>診断書・遅延証明書などの添付書類、緊急時の連絡方法は勤務先の規定に従ってください。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一般的な様式です。提出期限・承認手続き・賃金控除の扱いは各社の就業規則に従ってください。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2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3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例：管理部長</w:t>
      </w:r>
    </w:p>
  </w:comment>
  <w:comment w:id="4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例：店舗運営部</w:t>
      </w:r>
    </w:p>
  </w:comment>
  <w:comment w:id="5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6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例：EMP-001</w:t>
      </w:r>
    </w:p>
  </w:comment>
  <w:comment w:id="7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届出区分：▼から選ぶ（遅刻・早退・欠勤）</w:t>
      </w:r>
    </w:p>
  </w:comment>
  <w:comment w:id="8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9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10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11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2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13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14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例：0</w:t>
      </w:r>
    </w:p>
  </w:comment>
  <w:comment w:id="15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時間の区分：▼から選ぶ（時間指定・終日）</w:t>
      </w:r>
    </w:p>
  </w:comment>
  <w:comment w:id="16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17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例：00</w:t>
      </w:r>
    </w:p>
  </w:comment>
  <w:comment w:id="18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19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例：00</w:t>
      </w:r>
    </w:p>
  </w:comment>
  <w:comment w:id="20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21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例：00</w:t>
      </w:r>
    </w:p>
  </w:comment>
  <w:comment w:id="22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例：通勤に利用する電車が車両点検のため遅延したため。</w:t>
      </w:r>
    </w:p>
  </w:comment>
  <w:comment w:id="23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例：運転再開後の電車で出勤し、10時から勤務しました。</w:t>
      </w:r>
    </w:p>
  </w:comment>
  <w:comment w:id="24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例：9月1日8時15分、店長の田中健へ電話で連絡済み。</w:t>
      </w:r>
    </w:p>
  </w:comment>
  <w:comment w:id="25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例：出勤予定時刻を10時と伝えました。</w:t>
      </w:r>
    </w:p>
  </w:comment>
  <w:comment w:id="26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有給休暇への振替希望：▼から選ぶ（有・無）</w:t>
      </w:r>
    </w:p>
  </w:comment>
  <w:comment w:id="27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例：遅延証明書を添付。</w:t>
      </w:r>
    </w:p>
  </w:comment>
  <w:comment w:id="28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例：田中 健</w:t>
      </w:r>
    </w:p>
  </w:comment>
  <w:comment w:id="29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例：9月1日</w:t>
      </w:r>
    </w:p>
  </w:comment>
  <w:comment w:id="30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例：佐藤 花子</w:t>
      </w:r>
    </w:p>
  </w:comment>
  <w:comment w:id="31" w:author="やっとくん" w:initials="や" w:date="2026-10-03T02:36:08Z">
    <w:p>
      <w:pPr>
        <w:pStyle w:val="CommentText"/>
      </w:pPr>
      <w:r>
        <w:rPr>
          <w:rStyle w:val="CommentReference"/>
        </w:rPr>
        <w:annotationRef/>
      </w:r>
      <w:r>
        <w:t>例：9月1日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