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健康保険・厚生年金保険 資格喪失証明書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87"/>
        <w:gridCol w:w="8164"/>
      </w:tblGrid>
      <w:tr>
        <w:tc>
          <w:tcPr>
            <w:tcW w:type="dxa" w:w="9751"/>
            <w:gridSpan w:val="2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下記の者は、健康保険・厚生年金保険の被保険者の資格を喪失したことを証明します。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被保険者氏名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生年月日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住所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＿＿＿＿＿＿＿＿＿＿＿＿＿＿＿＿＿＿＿＿＿＿＿＿＿＿＿＿＿＿＿＿＿＿＿＿＿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資格取得年月日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資格喪失年月日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日（退職日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日）</w:t>
            </w:r>
          </w:p>
          <w:p>
            <w:pPr>
              <w:spacing w:after="0" w:before="0" w:line="235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※ 退職による喪失の場合、資格喪失年月日は退職日の翌日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喪失の理由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退職・その他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（その他の場合：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）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被保険者</w:t>
              <w:br/>
              <w:t>記号・番号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記号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番号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保険者番号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保険者名称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＿＿＿＿＿＿＿＿＿＿＿＿＿＿＿＿＿＿＿＿＿＿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基礎年金番号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＿＿＿＿＿＿＿＿＿＿＿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被扶養者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tabs>
                <w:tab w:pos="2432" w:val="left"/>
                <w:tab w:pos="3317" w:val="left"/>
                <w:tab w:pos="5970" w:val="left"/>
              </w:tabs>
              <w:spacing w:after="0" w:before="0" w:line="235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氏名</w:t>
              <w:tab/>
            </w: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続柄</w:t>
              <w:tab/>
            </w: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生年月日</w:t>
              <w:tab/>
            </w: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被扶養者でなくなった日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　　　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　　　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　　　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備考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＿＿＿＿＿＿＿＿＿＿＿＿＿＿＿＿＿＿＿＿＿＿＿＿＿＿＿＿＿＿＿＿＿＿＿＿＿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</w:tbl>
    <w:p>
      <w:pPr>
        <w:spacing w:after="18" w:before="0" w:line="230" w:lineRule="exact"/>
        <w:jc w:val="left"/>
      </w:pPr>
    </w:p>
    <w:p>
      <w:pPr>
        <w:spacing w:after="18" w:before="0" w:line="230" w:lineRule="exact"/>
        <w:jc w:val="left"/>
      </w:pPr>
      <w:r>
        <w:rPr>
          <w:rFonts w:ascii="Yu Gothic" w:hAnsi="Yu Gothic" w:eastAsia="Yu Gothic"/>
          <w:b w:val="0"/>
          <w:color w:val="141414"/>
          <w:sz w:val="18"/>
        </w:rPr>
        <w:t>＿＿＿＿</w:t>
      </w:r>
      <w:r>
        <w:rPr>
          <w:rFonts w:ascii="Yu Gothic" w:hAnsi="Yu Gothic" w:eastAsia="Yu Gothic"/>
          <w:b w:val="0"/>
          <w:color w:val="141414"/>
          <w:sz w:val="18"/>
        </w:rPr>
        <w:t>年</w:t>
      </w:r>
      <w:r>
        <w:rPr>
          <w:rFonts w:ascii="Yu Gothic" w:hAnsi="Yu Gothic" w:eastAsia="Yu Gothic"/>
          <w:b w:val="0"/>
          <w:color w:val="141414"/>
          <w:sz w:val="18"/>
        </w:rPr>
        <w:t>＿＿</w:t>
      </w:r>
      <w:r>
        <w:rPr>
          <w:rFonts w:ascii="Yu Gothic" w:hAnsi="Yu Gothic" w:eastAsia="Yu Gothic"/>
          <w:b w:val="0"/>
          <w:color w:val="141414"/>
          <w:sz w:val="18"/>
        </w:rPr>
        <w:t>月</w:t>
      </w:r>
      <w:r>
        <w:rPr>
          <w:rFonts w:ascii="Yu Gothic" w:hAnsi="Yu Gothic" w:eastAsia="Yu Gothic"/>
          <w:b w:val="0"/>
          <w:color w:val="141414"/>
          <w:sz w:val="18"/>
        </w:rPr>
        <w:t>＿＿</w:t>
      </w:r>
      <w:r>
        <w:rPr>
          <w:rFonts w:ascii="Yu Gothic" w:hAnsi="Yu Gothic" w:eastAsia="Yu Gothic"/>
          <w:b w:val="0"/>
          <w:color w:val="141414"/>
          <w:sz w:val="18"/>
        </w:rPr>
        <w:t>日</w:t>
      </w:r>
    </w:p>
    <w:p>
      <w:pPr>
        <w:spacing w:after="18" w:before="0" w:line="230" w:lineRule="exact"/>
        <w:jc w:val="left"/>
      </w:pPr>
    </w:p>
    <w:p>
      <w:pPr>
        <w:tabs>
          <w:tab w:pos="1112" w:val="left"/>
          <w:tab w:pos="7692" w:val="left"/>
        </w:tabs>
        <w:spacing w:after="18" w:before="0" w:line="230" w:lineRule="exact"/>
        <w:jc w:val="right"/>
      </w:pPr>
      <w:r>
        <w:rPr>
          <w:rFonts w:ascii="Yu Gothic" w:hAnsi="Yu Gothic" w:eastAsia="Yu Gothic"/>
          <w:b w:val="0"/>
          <w:color w:val="141414"/>
          <w:sz w:val="18"/>
        </w:rPr>
        <w:t xml:space="preserve">所在地　</w:t>
        <w:tab/>
      </w:r>
      <w:r>
        <w:rPr>
          <w:rFonts w:ascii="Yu Gothic" w:hAnsi="Yu Gothic" w:eastAsia="Yu Gothic"/>
          <w:b w:val="0"/>
          <w:color w:val="141414"/>
          <w:sz w:val="18"/>
        </w:rPr>
        <w:t>＿＿＿＿＿＿＿＿＿＿＿＿＿＿＿＿＿＿＿＿＿＿＿＿＿＿＿＿＿＿</w:t>
      </w:r>
      <w:r>
        <w:rPr>
          <w:rFonts w:ascii="Yu Gothic" w:hAnsi="Yu Gothic" w:eastAsia="Yu Gothic"/>
          <w:b w:val="0"/>
          <w:color w:val="141414"/>
          <w:sz w:val="18"/>
        </w:rPr>
        <w:tab/>
      </w:r>
      <w:r>
        <w:rPr>
          <w:rFonts w:ascii="Yu Gothic" w:hAnsi="Yu Gothic" w:eastAsia="Yu Gothic"/>
          <w:b w:val="0"/>
          <w:color w:val="141414"/>
          <w:sz w:val="18"/>
        </w:rPr>
        <w:t xml:space="preserve">　</w:t>
      </w:r>
    </w:p>
    <w:p>
      <w:pPr>
        <w:tabs>
          <w:tab w:pos="1112" w:val="left"/>
          <w:tab w:pos="7692" w:val="left"/>
        </w:tabs>
        <w:spacing w:after="18" w:before="0" w:line="230" w:lineRule="exact"/>
        <w:jc w:val="right"/>
      </w:pPr>
      <w:r>
        <w:rPr>
          <w:rFonts w:ascii="Yu Gothic" w:hAnsi="Yu Gothic" w:eastAsia="Yu Gothic"/>
          <w:b w:val="0"/>
          <w:color w:val="141414"/>
          <w:sz w:val="18"/>
        </w:rPr>
        <w:t xml:space="preserve">事業所名称　</w:t>
        <w:tab/>
      </w:r>
      <w:r>
        <w:rPr>
          <w:rFonts w:ascii="Yu Gothic" w:hAnsi="Yu Gothic" w:eastAsia="Yu Gothic"/>
          <w:b w:val="0"/>
          <w:color w:val="141414"/>
          <w:sz w:val="18"/>
        </w:rPr>
        <w:t>＿＿＿＿＿＿＿＿＿＿＿＿＿＿＿＿＿＿＿＿＿＿＿＿＿＿＿＿＿＿</w:t>
      </w:r>
      <w:r>
        <w:rPr>
          <w:rFonts w:ascii="Yu Gothic" w:hAnsi="Yu Gothic" w:eastAsia="Yu Gothic"/>
          <w:b w:val="0"/>
          <w:color w:val="141414"/>
          <w:sz w:val="18"/>
        </w:rPr>
        <w:tab/>
      </w:r>
      <w:r>
        <w:rPr>
          <w:rFonts w:ascii="Yu Gothic" w:hAnsi="Yu Gothic" w:eastAsia="Yu Gothic"/>
          <w:b w:val="0"/>
          <w:color w:val="141414"/>
          <w:sz w:val="18"/>
        </w:rPr>
        <w:t xml:space="preserve">　</w:t>
      </w:r>
    </w:p>
    <w:p>
      <w:pPr>
        <w:tabs>
          <w:tab w:pos="1112" w:val="left"/>
          <w:tab w:pos="7692" w:val="left"/>
        </w:tabs>
        <w:spacing w:after="18" w:before="0" w:line="230" w:lineRule="exact"/>
        <w:jc w:val="right"/>
      </w:pPr>
      <w:r>
        <w:rPr>
          <w:rFonts w:ascii="Yu Gothic" w:hAnsi="Yu Gothic" w:eastAsia="Yu Gothic"/>
          <w:b w:val="0"/>
          <w:color w:val="141414"/>
          <w:sz w:val="18"/>
        </w:rPr>
        <w:t xml:space="preserve">事業主氏名　</w:t>
        <w:tab/>
      </w:r>
      <w:r>
        <w:rPr>
          <w:rFonts w:ascii="Yu Gothic" w:hAnsi="Yu Gothic" w:eastAsia="Yu Gothic"/>
          <w:b w:val="0"/>
          <w:color w:val="141414"/>
          <w:sz w:val="18"/>
        </w:rPr>
        <w:t>＿＿＿＿＿＿＿＿＿＿＿＿＿＿＿＿＿＿＿＿＿＿＿＿＿＿＿＿＿＿</w:t>
      </w:r>
      <w:r>
        <w:rPr>
          <w:rFonts w:ascii="Yu Gothic" w:hAnsi="Yu Gothic" w:eastAsia="Yu Gothic"/>
          <w:b w:val="0"/>
          <w:color w:val="141414"/>
          <w:sz w:val="18"/>
        </w:rPr>
        <w:t xml:space="preserve">　印</w:t>
        <w:tab/>
      </w:r>
      <w:r>
        <w:rPr>
          <w:rFonts w:ascii="Yu Gothic" w:hAnsi="Yu Gothic" w:eastAsia="Yu Gothic"/>
          <w:b w:val="0"/>
          <w:color w:val="141414"/>
          <w:sz w:val="18"/>
        </w:rPr>
        <w:t xml:space="preserve">　</w:t>
      </w:r>
    </w:p>
    <w:p>
      <w:pPr>
        <w:tabs>
          <w:tab w:pos="1112" w:val="left"/>
          <w:tab w:pos="7692" w:val="left"/>
        </w:tabs>
        <w:spacing w:after="18" w:before="0" w:line="230" w:lineRule="exact"/>
        <w:jc w:val="right"/>
      </w:pPr>
      <w:r>
        <w:rPr>
          <w:rFonts w:ascii="Yu Gothic" w:hAnsi="Yu Gothic" w:eastAsia="Yu Gothic"/>
          <w:b w:val="0"/>
          <w:color w:val="141414"/>
          <w:sz w:val="18"/>
        </w:rPr>
        <w:t xml:space="preserve">電話番号　</w:t>
        <w:tab/>
      </w:r>
      <w:r>
        <w:rPr>
          <w:rFonts w:ascii="Yu Gothic" w:hAnsi="Yu Gothic" w:eastAsia="Yu Gothic"/>
          <w:b w:val="0"/>
          <w:color w:val="141414"/>
          <w:sz w:val="18"/>
        </w:rPr>
        <w:t>＿＿＿＿＿＿＿＿＿＿＿＿＿＿＿＿＿＿＿＿＿＿＿＿＿＿＿＿＿＿</w:t>
      </w:r>
      <w:r>
        <w:rPr>
          <w:rFonts w:ascii="Yu Gothic" w:hAnsi="Yu Gothic" w:eastAsia="Yu Gothic"/>
          <w:b w:val="0"/>
          <w:color w:val="141414"/>
          <w:sz w:val="18"/>
        </w:rPr>
        <w:tab/>
      </w:r>
      <w:r>
        <w:rPr>
          <w:rFonts w:ascii="Yu Gothic" w:hAnsi="Yu Gothic" w:eastAsia="Yu Gothic"/>
          <w:b w:val="0"/>
          <w:color w:val="141414"/>
          <w:sz w:val="18"/>
        </w:rPr>
        <w:t xml:space="preserve">　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