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健康保険・厚生年金保険 資格喪失証明書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下記の者は、健康保険・厚生年金保険の被保険者の資格を喪失したことを証明します。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被保険者氏名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【山田 太郎】</w:t>
            </w:r>
            <w:commentRangeEnd w:id="0"/>
            <w:r>
              <w:rPr>
                <w:rStyle w:val="CommentReference"/>
              </w:rPr>
              <w:commentReference w:id="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生年月日　</w:t>
            </w: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【1990】</w:t>
            </w:r>
            <w:commentRangeEnd w:id="1"/>
            <w:r>
              <w:rPr>
                <w:rStyle w:val="CommentReference"/>
              </w:rPr>
              <w:commentReference w:id="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【6】</w:t>
            </w:r>
            <w:commentRangeEnd w:id="2"/>
            <w:r>
              <w:rPr>
                <w:rStyle w:val="CommentReference"/>
              </w:rPr>
              <w:commentReference w:id="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【15】</w:t>
            </w:r>
            <w:commentRangeEnd w:id="3"/>
            <w:r>
              <w:rPr>
                <w:rStyle w:val="CommentReference"/>
              </w:rPr>
              <w:commentReference w:id="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住所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【東京都渋谷区神宮前 1-1-1】</w:t>
            </w:r>
            <w:commentRangeEnd w:id="4"/>
            <w:r>
              <w:rPr>
                <w:rStyle w:val="CommentReference"/>
              </w:rPr>
              <w:commentReference w:id="4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資格取得年月日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【2020】</w:t>
            </w:r>
            <w:commentRangeEnd w:id="5"/>
            <w:r>
              <w:rPr>
                <w:rStyle w:val="CommentReference"/>
              </w:rPr>
              <w:commentReference w:id="5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【4】</w:t>
            </w:r>
            <w:commentRangeEnd w:id="6"/>
            <w:r>
              <w:rPr>
                <w:rStyle w:val="CommentReference"/>
              </w:rPr>
              <w:commentReference w:id="6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【1】</w:t>
            </w:r>
            <w:commentRangeEnd w:id="7"/>
            <w:r>
              <w:rPr>
                <w:rStyle w:val="CommentReference"/>
              </w:rPr>
              <w:commentReference w:id="7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資格喪失年月日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【2026】</w:t>
            </w:r>
            <w:commentRangeEnd w:id="8"/>
            <w:r>
              <w:rPr>
                <w:rStyle w:val="CommentReference"/>
              </w:rPr>
              <w:commentReference w:id="8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【10】</w:t>
            </w:r>
            <w:commentRangeEnd w:id="9"/>
            <w:r>
              <w:rPr>
                <w:rStyle w:val="CommentReference"/>
              </w:rPr>
              <w:commentReference w:id="9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【1】</w:t>
            </w:r>
            <w:commentRangeEnd w:id="10"/>
            <w:r>
              <w:rPr>
                <w:rStyle w:val="CommentReference"/>
              </w:rPr>
              <w:commentReference w:id="1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日（退職日</w:t>
            </w: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【2026】</w:t>
            </w:r>
            <w:commentRangeEnd w:id="11"/>
            <w:r>
              <w:rPr>
                <w:rStyle w:val="CommentReference"/>
              </w:rPr>
              <w:commentReference w:id="1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【9】</w:t>
            </w:r>
            <w:commentRangeEnd w:id="12"/>
            <w:r>
              <w:rPr>
                <w:rStyle w:val="CommentReference"/>
              </w:rPr>
              <w:commentReference w:id="1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【30】</w:t>
            </w:r>
            <w:commentRangeEnd w:id="13"/>
            <w:r>
              <w:rPr>
                <w:rStyle w:val="CommentReference"/>
              </w:rPr>
              <w:commentReference w:id="1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日）</w:t>
            </w:r>
          </w:p>
          <w:p>
            <w:pPr>
              <w:spacing w:after="0" w:before="0" w:line="235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※ 退職による喪失の場合、資格喪失年月日は退職日の翌日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喪失の理由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【退職】</w:t>
            </w:r>
            <w:commentRangeEnd w:id="14"/>
            <w:r>
              <w:rPr>
                <w:rStyle w:val="CommentReference"/>
              </w:rPr>
              <w:commentReference w:id="14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（その他の場合：</w:t>
            </w: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</w:t>
            </w:r>
            <w:commentRangeEnd w:id="15"/>
            <w:r>
              <w:rPr>
                <w:rStyle w:val="CommentReference"/>
              </w:rPr>
              <w:commentReference w:id="15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）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被保険者</w:t>
              <w:br/>
              <w:t>記号・番号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記号　</w:t>
            </w: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【1234】</w:t>
            </w:r>
            <w:commentRangeEnd w:id="16"/>
            <w:r>
              <w:rPr>
                <w:rStyle w:val="CommentReference"/>
              </w:rPr>
              <w:commentReference w:id="16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番号　</w:t>
            </w: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【56】</w:t>
            </w:r>
            <w:commentRangeEnd w:id="17"/>
            <w:r>
              <w:rPr>
                <w:rStyle w:val="CommentReference"/>
              </w:rPr>
              <w:commentReference w:id="17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保険者番号　</w:t>
            </w: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【00000000】</w:t>
            </w:r>
            <w:commentRangeEnd w:id="18"/>
            <w:r>
              <w:rPr>
                <w:rStyle w:val="CommentReference"/>
              </w:rPr>
              <w:commentReference w:id="18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保険者名称　</w:t>
            </w: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【全国健康保険協会 東京支部】</w:t>
            </w:r>
            <w:commentRangeEnd w:id="19"/>
            <w:r>
              <w:rPr>
                <w:rStyle w:val="CommentReference"/>
              </w:rPr>
              <w:commentReference w:id="19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基礎年金番号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【0000-000000】</w:t>
            </w:r>
            <w:commentRangeEnd w:id="20"/>
            <w:r>
              <w:rPr>
                <w:rStyle w:val="CommentReference"/>
              </w:rPr>
              <w:commentReference w:id="20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被扶養者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tabs>
                <w:tab w:pos="2432" w:val="left"/>
                <w:tab w:pos="3317" w:val="left"/>
                <w:tab w:pos="5970" w:val="left"/>
              </w:tabs>
              <w:spacing w:after="0" w:before="0" w:line="235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氏名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続柄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生年月日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被扶養者でなくなった日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【山田 花子】</w:t>
            </w:r>
            <w:commentRangeEnd w:id="21"/>
            <w:r>
              <w:rPr>
                <w:rStyle w:val="CommentReference"/>
              </w:rPr>
              <w:commentReference w:id="2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【妻】</w:t>
            </w:r>
            <w:commentRangeEnd w:id="22"/>
            <w:r>
              <w:rPr>
                <w:rStyle w:val="CommentReference"/>
              </w:rPr>
              <w:commentReference w:id="2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【1992/3/8】</w:t>
            </w:r>
            <w:commentRangeEnd w:id="23"/>
            <w:r>
              <w:rPr>
                <w:rStyle w:val="CommentReference"/>
              </w:rPr>
              <w:commentReference w:id="2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　　　　</w:t>
            </w: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【2026/10/1】</w:t>
            </w:r>
            <w:commentRangeEnd w:id="24"/>
            <w:r>
              <w:rPr>
                <w:rStyle w:val="CommentReference"/>
              </w:rPr>
              <w:commentReference w:id="24"/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</w:t>
            </w:r>
            <w:commentRangeEnd w:id="25"/>
            <w:r>
              <w:rPr>
                <w:rStyle w:val="CommentReference"/>
              </w:rPr>
              <w:commentReference w:id="25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</w:t>
            </w:r>
            <w:commentRangeEnd w:id="26"/>
            <w:r>
              <w:rPr>
                <w:rStyle w:val="CommentReference"/>
              </w:rPr>
              <w:commentReference w:id="26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</w:t>
            </w:r>
            <w:commentRangeEnd w:id="27"/>
            <w:r>
              <w:rPr>
                <w:rStyle w:val="CommentReference"/>
              </w:rPr>
              <w:commentReference w:id="27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　　　　</w:t>
            </w: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</w:t>
            </w:r>
            <w:commentRangeEnd w:id="28"/>
            <w:r>
              <w:rPr>
                <w:rStyle w:val="CommentReference"/>
              </w:rPr>
              <w:commentReference w:id="28"/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</w:t>
            </w:r>
            <w:commentRangeEnd w:id="29"/>
            <w:r>
              <w:rPr>
                <w:rStyle w:val="CommentReference"/>
              </w:rPr>
              <w:commentReference w:id="29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</w:t>
            </w:r>
            <w:commentRangeEnd w:id="30"/>
            <w:r>
              <w:rPr>
                <w:rStyle w:val="CommentReference"/>
              </w:rPr>
              <w:commentReference w:id="3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</w:t>
            </w:r>
            <w:commentRangeEnd w:id="31"/>
            <w:r>
              <w:rPr>
                <w:rStyle w:val="CommentReference"/>
              </w:rPr>
              <w:commentReference w:id="3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　　　　</w:t>
            </w: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</w:t>
            </w:r>
            <w:commentRangeEnd w:id="32"/>
            <w:r>
              <w:rPr>
                <w:rStyle w:val="CommentReference"/>
              </w:rPr>
              <w:commentReference w:id="32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備考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【国民健康保険の加入手続きのため】</w:t>
            </w:r>
            <w:commentRangeEnd w:id="33"/>
            <w:r>
              <w:rPr>
                <w:rStyle w:val="CommentReference"/>
              </w:rPr>
              <w:commentReference w:id="33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p>
      <w:pPr>
        <w:spacing w:after="18" w:before="0" w:line="230" w:lineRule="exact"/>
        <w:jc w:val="left"/>
      </w:pPr>
    </w:p>
    <w:p>
      <w:pPr>
        <w:spacing w:after="18" w:before="0" w:line="230" w:lineRule="exact"/>
        <w:jc w:val="left"/>
      </w:pPr>
      <w:commentRangeStart w:id="34"/>
      <w:r>
        <w:rPr>
          <w:rFonts w:ascii="Yu Gothic" w:hAnsi="Yu Gothic" w:eastAsia="Yu Gothic"/>
          <w:b w:val="0"/>
          <w:color w:val="141414"/>
          <w:sz w:val="18"/>
        </w:rPr>
        <w:t>【2026】</w:t>
      </w:r>
      <w:commentRangeEnd w:id="34"/>
      <w:r>
        <w:rPr>
          <w:rStyle w:val="CommentReference"/>
        </w:rPr>
        <w:commentReference w:id="34"/>
      </w:r>
      <w:r>
        <w:rPr>
          <w:rFonts w:ascii="Yu Gothic" w:hAnsi="Yu Gothic" w:eastAsia="Yu Gothic"/>
          <w:b w:val="0"/>
          <w:color w:val="141414"/>
          <w:sz w:val="18"/>
        </w:rPr>
        <w:t>年</w:t>
      </w:r>
      <w:commentRangeStart w:id="35"/>
      <w:r>
        <w:rPr>
          <w:rFonts w:ascii="Yu Gothic" w:hAnsi="Yu Gothic" w:eastAsia="Yu Gothic"/>
          <w:b w:val="0"/>
          <w:color w:val="141414"/>
          <w:sz w:val="18"/>
        </w:rPr>
        <w:t>【10】</w:t>
      </w:r>
      <w:commentRangeEnd w:id="35"/>
      <w:r>
        <w:rPr>
          <w:rStyle w:val="CommentReference"/>
        </w:rPr>
        <w:commentReference w:id="35"/>
      </w:r>
      <w:r>
        <w:rPr>
          <w:rFonts w:ascii="Yu Gothic" w:hAnsi="Yu Gothic" w:eastAsia="Yu Gothic"/>
          <w:b w:val="0"/>
          <w:color w:val="141414"/>
          <w:sz w:val="18"/>
        </w:rPr>
        <w:t>月</w:t>
      </w:r>
      <w:commentRangeStart w:id="36"/>
      <w:r>
        <w:rPr>
          <w:rFonts w:ascii="Yu Gothic" w:hAnsi="Yu Gothic" w:eastAsia="Yu Gothic"/>
          <w:b w:val="0"/>
          <w:color w:val="141414"/>
          <w:sz w:val="18"/>
        </w:rPr>
        <w:t>【5】</w:t>
      </w:r>
      <w:commentRangeEnd w:id="36"/>
      <w:r>
        <w:rPr>
          <w:rStyle w:val="CommentReference"/>
        </w:rPr>
        <w:commentReference w:id="36"/>
      </w:r>
      <w:r>
        <w:rPr>
          <w:rFonts w:ascii="Yu Gothic" w:hAnsi="Yu Gothic" w:eastAsia="Yu Gothic"/>
          <w:b w:val="0"/>
          <w:color w:val="141414"/>
          <w:sz w:val="18"/>
        </w:rPr>
        <w:t>日</w:t>
      </w:r>
    </w:p>
    <w:p>
      <w:pPr>
        <w:spacing w:after="18" w:before="0" w:line="230" w:lineRule="exact"/>
        <w:jc w:val="left"/>
      </w:pPr>
    </w:p>
    <w:p>
      <w:pPr>
        <w:tabs>
          <w:tab w:pos="1112" w:val="left"/>
          <w:tab w:pos="7692" w:val="left"/>
        </w:tabs>
        <w:spacing w:after="18" w:before="0" w:line="230" w:lineRule="exact"/>
        <w:jc w:val="right"/>
      </w:pPr>
      <w:r>
        <w:rPr>
          <w:rFonts w:ascii="Yu Gothic" w:hAnsi="Yu Gothic" w:eastAsia="Yu Gothic"/>
          <w:b w:val="0"/>
          <w:color w:val="141414"/>
          <w:sz w:val="18"/>
        </w:rPr>
        <w:t xml:space="preserve">所在地　</w:t>
        <w:tab/>
      </w:r>
      <w:commentRangeStart w:id="37"/>
      <w:r>
        <w:rPr>
          <w:rFonts w:ascii="Yu Gothic" w:hAnsi="Yu Gothic" w:eastAsia="Yu Gothic"/>
          <w:b w:val="0"/>
          <w:color w:val="141414"/>
          <w:sz w:val="18"/>
        </w:rPr>
        <w:t>【東京都渋谷区神宮前 1-1-1】</w:t>
      </w:r>
      <w:commentRangeEnd w:id="37"/>
      <w:r>
        <w:rPr>
          <w:rStyle w:val="CommentReference"/>
        </w:rPr>
        <w:commentReference w:id="37"/>
      </w:r>
      <w:r>
        <w:rPr>
          <w:rFonts w:ascii="Yu Gothic" w:hAnsi="Yu Gothic" w:eastAsia="Yu Gothic"/>
          <w:b w:val="0"/>
          <w:color w:val="141414"/>
          <w:sz w:val="18"/>
        </w:rPr>
        <w:tab/>
      </w:r>
      <w:r>
        <w:rPr>
          <w:rFonts w:ascii="Yu Gothic" w:hAnsi="Yu Gothic" w:eastAsia="Yu Gothic"/>
          <w:b w:val="0"/>
          <w:color w:val="141414"/>
          <w:sz w:val="18"/>
        </w:rPr>
        <w:t xml:space="preserve">　</w:t>
      </w:r>
    </w:p>
    <w:p>
      <w:pPr>
        <w:tabs>
          <w:tab w:pos="1112" w:val="left"/>
          <w:tab w:pos="7692" w:val="left"/>
        </w:tabs>
        <w:spacing w:after="18" w:before="0" w:line="230" w:lineRule="exact"/>
        <w:jc w:val="right"/>
      </w:pPr>
      <w:r>
        <w:rPr>
          <w:rFonts w:ascii="Yu Gothic" w:hAnsi="Yu Gothic" w:eastAsia="Yu Gothic"/>
          <w:b w:val="0"/>
          <w:color w:val="141414"/>
          <w:sz w:val="18"/>
        </w:rPr>
        <w:t xml:space="preserve">事業所名称　</w:t>
        <w:tab/>
      </w:r>
      <w:commentRangeStart w:id="38"/>
      <w:r>
        <w:rPr>
          <w:rFonts w:ascii="Yu Gothic" w:hAnsi="Yu Gothic" w:eastAsia="Yu Gothic"/>
          <w:b w:val="0"/>
          <w:color w:val="141414"/>
          <w:sz w:val="18"/>
        </w:rPr>
        <w:t>【株式会社やっとくん】</w:t>
      </w:r>
      <w:commentRangeEnd w:id="38"/>
      <w:r>
        <w:rPr>
          <w:rStyle w:val="CommentReference"/>
        </w:rPr>
        <w:commentReference w:id="38"/>
      </w:r>
      <w:r>
        <w:rPr>
          <w:rFonts w:ascii="Yu Gothic" w:hAnsi="Yu Gothic" w:eastAsia="Yu Gothic"/>
          <w:b w:val="0"/>
          <w:color w:val="141414"/>
          <w:sz w:val="18"/>
        </w:rPr>
        <w:tab/>
      </w:r>
      <w:r>
        <w:rPr>
          <w:rFonts w:ascii="Yu Gothic" w:hAnsi="Yu Gothic" w:eastAsia="Yu Gothic"/>
          <w:b w:val="0"/>
          <w:color w:val="141414"/>
          <w:sz w:val="18"/>
        </w:rPr>
        <w:t xml:space="preserve">　</w:t>
      </w:r>
    </w:p>
    <w:p>
      <w:pPr>
        <w:tabs>
          <w:tab w:pos="1112" w:val="left"/>
          <w:tab w:pos="7692" w:val="left"/>
        </w:tabs>
        <w:spacing w:after="18" w:before="0" w:line="230" w:lineRule="exact"/>
        <w:jc w:val="right"/>
      </w:pPr>
      <w:r>
        <w:rPr>
          <w:rFonts w:ascii="Yu Gothic" w:hAnsi="Yu Gothic" w:eastAsia="Yu Gothic"/>
          <w:b w:val="0"/>
          <w:color w:val="141414"/>
          <w:sz w:val="18"/>
        </w:rPr>
        <w:t xml:space="preserve">事業主氏名　</w:t>
        <w:tab/>
      </w:r>
      <w:commentRangeStart w:id="39"/>
      <w:r>
        <w:rPr>
          <w:rFonts w:ascii="Yu Gothic" w:hAnsi="Yu Gothic" w:eastAsia="Yu Gothic"/>
          <w:b w:val="0"/>
          <w:color w:val="141414"/>
          <w:sz w:val="18"/>
        </w:rPr>
        <w:t>【代表取締役　佐藤 一郎】</w:t>
      </w:r>
      <w:commentRangeEnd w:id="39"/>
      <w:r>
        <w:rPr>
          <w:rStyle w:val="CommentReference"/>
        </w:rPr>
        <w:commentReference w:id="39"/>
      </w:r>
      <w:r>
        <w:rPr>
          <w:rFonts w:ascii="Yu Gothic" w:hAnsi="Yu Gothic" w:eastAsia="Yu Gothic"/>
          <w:b w:val="0"/>
          <w:color w:val="141414"/>
          <w:sz w:val="18"/>
        </w:rPr>
        <w:t xml:space="preserve">　印</w:t>
        <w:tab/>
      </w:r>
      <w:r>
        <w:rPr>
          <w:rFonts w:ascii="Yu Gothic" w:hAnsi="Yu Gothic" w:eastAsia="Yu Gothic"/>
          <w:b w:val="0"/>
          <w:color w:val="141414"/>
          <w:sz w:val="18"/>
        </w:rPr>
        <w:t xml:space="preserve">　</w:t>
      </w:r>
    </w:p>
    <w:p>
      <w:pPr>
        <w:tabs>
          <w:tab w:pos="1112" w:val="left"/>
          <w:tab w:pos="7692" w:val="left"/>
        </w:tabs>
        <w:spacing w:after="18" w:before="0" w:line="230" w:lineRule="exact"/>
        <w:jc w:val="right"/>
      </w:pPr>
      <w:r>
        <w:rPr>
          <w:rFonts w:ascii="Yu Gothic" w:hAnsi="Yu Gothic" w:eastAsia="Yu Gothic"/>
          <w:b w:val="0"/>
          <w:color w:val="141414"/>
          <w:sz w:val="18"/>
        </w:rPr>
        <w:t xml:space="preserve">電話番号　</w:t>
        <w:tab/>
      </w:r>
      <w:commentRangeStart w:id="40"/>
      <w:r>
        <w:rPr>
          <w:rFonts w:ascii="Yu Gothic" w:hAnsi="Yu Gothic" w:eastAsia="Yu Gothic"/>
          <w:b w:val="0"/>
          <w:color w:val="141414"/>
          <w:sz w:val="18"/>
        </w:rPr>
        <w:t>【03-0000-0000】</w:t>
      </w:r>
      <w:commentRangeEnd w:id="40"/>
      <w:r>
        <w:rPr>
          <w:rStyle w:val="CommentReference"/>
        </w:rPr>
        <w:commentReference w:id="40"/>
      </w:r>
      <w:r>
        <w:rPr>
          <w:rFonts w:ascii="Yu Gothic" w:hAnsi="Yu Gothic" w:eastAsia="Yu Gothic"/>
          <w:b w:val="0"/>
          <w:color w:val="141414"/>
          <w:sz w:val="18"/>
        </w:rPr>
        <w:tab/>
      </w:r>
      <w:r>
        <w:rPr>
          <w:rFonts w:ascii="Yu Gothic" w:hAnsi="Yu Gothic" w:eastAsia="Yu Gothic"/>
          <w:b w:val="0"/>
          <w:color w:val="141414"/>
          <w:sz w:val="18"/>
        </w:rPr>
        <w:t xml:space="preserve">　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会社が発行する一般的な様式です（法令で決まった様式はありません）。提出先の市区町村や保険者が様式を指定してい</w:t>
        <w:br/>
        <w:t>る時は、その様式を使ってください。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1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例：1990</w:t>
      </w:r>
    </w:p>
  </w:comment>
  <w:comment w:id="2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例：6</w:t>
      </w:r>
    </w:p>
  </w:comment>
  <w:comment w:id="3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例：15</w:t>
      </w:r>
    </w:p>
  </w:comment>
  <w:comment w:id="4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例：東京都渋谷区神宮前 1-1-1</w:t>
      </w:r>
    </w:p>
  </w:comment>
  <w:comment w:id="5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例：2020</w:t>
      </w:r>
    </w:p>
  </w:comment>
  <w:comment w:id="6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例：4</w:t>
      </w:r>
    </w:p>
  </w:comment>
  <w:comment w:id="7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8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9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10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11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2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13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14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資格喪失の理由：▼から選ぶ（退職・その他）</w:t>
      </w:r>
    </w:p>
  </w:comment>
  <w:comment w:id="15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資格喪失の理由（その他の内容）を記入</w:t>
      </w:r>
    </w:p>
  </w:comment>
  <w:comment w:id="16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例：1234</w:t>
      </w:r>
    </w:p>
  </w:comment>
  <w:comment w:id="17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例：56</w:t>
      </w:r>
    </w:p>
  </w:comment>
  <w:comment w:id="18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例：00000000</w:t>
      </w:r>
    </w:p>
  </w:comment>
  <w:comment w:id="19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例：全国健康保険協会 東京支部</w:t>
      </w:r>
    </w:p>
  </w:comment>
  <w:comment w:id="20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例：0000-000000</w:t>
      </w:r>
    </w:p>
  </w:comment>
  <w:comment w:id="21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例：山田 花子</w:t>
      </w:r>
    </w:p>
  </w:comment>
  <w:comment w:id="22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例：妻</w:t>
      </w:r>
    </w:p>
  </w:comment>
  <w:comment w:id="23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例：1992/3/8</w:t>
      </w:r>
    </w:p>
  </w:comment>
  <w:comment w:id="24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例：2026/10/1</w:t>
      </w:r>
    </w:p>
  </w:comment>
  <w:comment w:id="25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被扶養者 2 の氏名を記入</w:t>
      </w:r>
    </w:p>
  </w:comment>
  <w:comment w:id="26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被扶養者 2 の続柄を記入</w:t>
      </w:r>
    </w:p>
  </w:comment>
  <w:comment w:id="27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被扶養者 2 の生年月日を記入</w:t>
      </w:r>
    </w:p>
  </w:comment>
  <w:comment w:id="28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被扶養者 2 の被扶養者でなくなった日を記入</w:t>
      </w:r>
    </w:p>
  </w:comment>
  <w:comment w:id="29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被扶養者 3 の氏名を記入</w:t>
      </w:r>
    </w:p>
  </w:comment>
  <w:comment w:id="30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被扶養者 3 の続柄を記入</w:t>
      </w:r>
    </w:p>
  </w:comment>
  <w:comment w:id="31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被扶養者 3 の生年月日を記入</w:t>
      </w:r>
    </w:p>
  </w:comment>
  <w:comment w:id="32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被扶養者 3 の被扶養者でなくなった日を記入</w:t>
      </w:r>
    </w:p>
  </w:comment>
  <w:comment w:id="33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例：国民健康保険の加入手続きのため</w:t>
      </w:r>
    </w:p>
  </w:comment>
  <w:comment w:id="34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35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36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例：5</w:t>
      </w:r>
    </w:p>
  </w:comment>
  <w:comment w:id="37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例：東京都渋谷区神宮前 1-1-1</w:t>
      </w:r>
    </w:p>
  </w:comment>
  <w:comment w:id="38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39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例：代表取締役　佐藤 一郎</w:t>
      </w:r>
    </w:p>
  </w:comment>
  <w:comment w:id="40" w:author="やっとくん" w:initials="や" w:date="2026-10-17T11:47:44Z">
    <w:p>
      <w:pPr>
        <w:pStyle w:val="CommentText"/>
      </w:pPr>
      <w:r>
        <w:rPr>
          <w:rStyle w:val="CommentReference"/>
        </w:rPr>
        <w:annotationRef/>
      </w:r>
      <w:r>
        <w:t>例：03-0000-0000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