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 w:before="0" w:line="615" w:lineRule="exact"/>
        <w:jc w:val="center"/>
        <w:pBdr>
          <w:bottom w:val="single" w:sz="12" w:space="0" w:color="141414"/>
        </w:pBdr>
      </w:pPr>
      <w:r>
        <w:rPr>
          <w:rFonts w:ascii="Yu Gothic" w:hAnsi="Yu Gothic" w:eastAsia="Yu Gothic"/>
          <w:b/>
          <w:color w:val="141414"/>
          <w:sz w:val="40"/>
        </w:rPr>
        <w:t>検 収 書</w:t>
      </w:r>
    </w:p>
    <w:p>
      <w:pPr>
        <w:spacing w:after="0" w:before="0" w:line="217" w:lineRule="auto"/>
        <w:jc w:val="right"/>
      </w:pPr>
      <w:r>
        <w:rPr>
          <w:rFonts w:ascii="Yu Gothic" w:hAnsi="Yu Gothic" w:eastAsia="Yu Gothic"/>
          <w:b w:val="0"/>
          <w:color w:val="5A5A54"/>
          <w:sz w:val="17"/>
        </w:rPr>
        <w:t>検収番号：</w:t>
      </w:r>
      <w:r>
        <w:rPr>
          <w:rFonts w:ascii="Yu Gothic" w:hAnsi="Yu Gothic" w:eastAsia="Yu Gothic"/>
          <w:b w:val="0"/>
          <w:color w:val="5A5A54"/>
          <w:sz w:val="17"/>
        </w:rPr>
        <w:t>ACC-2026-0001</w:t>
      </w:r>
    </w:p>
    <w:p>
      <w:pPr>
        <w:spacing w:after="0" w:before="0" w:line="217" w:lineRule="auto"/>
        <w:jc w:val="right"/>
      </w:pPr>
      <w:r>
        <w:rPr>
          <w:rFonts w:ascii="Yu Gothic" w:hAnsi="Yu Gothic" w:eastAsia="Yu Gothic"/>
          <w:b w:val="0"/>
          <w:color w:val="5A5A54"/>
          <w:sz w:val="17"/>
        </w:rPr>
        <w:t>発行日：</w:t>
      </w:r>
      <w:commentRangeStart w:id="0"/>
      <w:r>
        <w:rPr>
          <w:rFonts w:ascii="Yu Gothic" w:hAnsi="Yu Gothic" w:eastAsia="Yu Gothic"/>
          <w:b w:val="0"/>
          <w:color w:val="5A5A54"/>
          <w:sz w:val="17"/>
        </w:rPr>
        <w:t>【2026 年 10 月 8 日】</w:t>
      </w:r>
      <w:commentRangeEnd w:id="0"/>
      <w:r>
        <w:rPr>
          <w:rStyle w:val="CommentReference"/>
        </w:rPr>
        <w:commentReference w:id="0"/>
      </w:r>
    </w:p>
    <w:p>
      <w:pPr>
        <w:spacing w:after="0" w:before="0" w:line="217" w:lineRule="auto"/>
        <w:jc w:val="right"/>
      </w:pPr>
      <w:r>
        <w:rPr>
          <w:rFonts w:ascii="Yu Gothic" w:hAnsi="Yu Gothic" w:eastAsia="Yu Gothic"/>
          <w:b w:val="0"/>
          <w:color w:val="5A5A54"/>
          <w:sz w:val="17"/>
        </w:rPr>
        <w:t>検収日：</w:t>
      </w:r>
      <w:commentRangeStart w:id="1"/>
      <w:r>
        <w:rPr>
          <w:rFonts w:ascii="Yu Gothic" w:hAnsi="Yu Gothic" w:eastAsia="Yu Gothic"/>
          <w:b w:val="0"/>
          <w:color w:val="5A5A54"/>
          <w:sz w:val="17"/>
        </w:rPr>
        <w:t>【2026 年 10 月 7 日】</w:t>
      </w:r>
      <w:commentRangeEnd w:id="1"/>
      <w:r>
        <w:rPr>
          <w:rStyle w:val="CommentReference"/>
        </w:rPr>
        <w:commentReference w:id="1"/>
      </w:r>
    </w:p>
    <w:p>
      <w:pPr>
        <w:spacing w:after="72" w:before="0" w:line="217" w:lineRule="auto"/>
        <w:jc w:val="left"/>
      </w:pPr>
      <w:r>
        <w:rPr>
          <w:rFonts w:ascii="Yu Gothic" w:hAnsi="Yu Gothic" w:eastAsia="Yu Gothic"/>
          <w:b w:val="0"/>
          <w:color w:val="141414"/>
          <w:sz w:val="20"/>
        </w:rPr>
      </w:r>
    </w:p>
    <w:tbl>
      <w:tblPr>
        <w:tblW w:type="auto" w:w="0"/>
        <w:jc w:val="left"/>
        <w:tblLayout w:type="fixed"/>
        <w:tblLook w:firstColumn="1" w:firstRow="1" w:lastColumn="0" w:lastRow="0" w:noHBand="0" w:noVBand="1" w:val="04A0"/>
        <w:tblInd w:w="0" w:type="dxa"/>
        <w:tblCellMar>
          <w:left w:w="0" w:type="dxa"/>
          <w:right w:w="0" w:type="dxa"/>
        </w:tblCellMar>
      </w:tblPr>
      <w:tblGrid>
        <w:gridCol w:w="5329"/>
        <w:gridCol w:w="907"/>
        <w:gridCol w:w="3515"/>
      </w:tblGrid>
      <w:tr>
        <w:tc>
          <w:tcPr>
            <w:tcW w:type="dxa" w:w="5329"/>
          </w:tcPr>
          <w:p>
            <w:pPr>
              <w:spacing w:after="18" w:before="0" w:line="217" w:lineRule="auto"/>
              <w:jc w:val="left"/>
              <w:pBdr>
                <w:bottom w:val="single" w:sz="6" w:space="0" w:color="141414"/>
              </w:pBdr>
            </w:pPr>
            <w:commentRangeStart w:id="2"/>
            <w:r>
              <w:rPr>
                <w:rFonts w:ascii="Yu Gothic" w:hAnsi="Yu Gothic" w:eastAsia="Yu Gothic"/>
                <w:b/>
                <w:color w:val="141414"/>
                <w:sz w:val="28"/>
              </w:rPr>
              <w:t>【株式会社サンプル商事】</w:t>
            </w:r>
            <w:commentRangeEnd w:id="2"/>
            <w:r>
              <w:rPr>
                <w:rStyle w:val="CommentReference"/>
              </w:rPr>
              <w:commentReference w:id="2"/>
            </w:r>
            <w:r>
              <w:rPr>
                <w:rFonts w:ascii="Yu Gothic" w:hAnsi="Yu Gothic" w:eastAsia="Yu Gothic"/>
                <w:b/>
                <w:color w:val="141414"/>
                <w:sz w:val="28"/>
              </w:rPr>
              <w:t xml:space="preserve">　御中</w:t>
            </w:r>
          </w:p>
          <w:p>
            <w:pPr>
              <w:spacing w:after="0" w:before="0" w:line="217" w:lineRule="auto"/>
              <w:jc w:val="left"/>
            </w:pPr>
            <w:r>
              <w:rPr>
                <w:rFonts w:ascii="Yu Gothic" w:hAnsi="Yu Gothic" w:eastAsia="Yu Gothic"/>
                <w:b w:val="0"/>
                <w:color w:val="5A5A54"/>
                <w:sz w:val="17"/>
              </w:rPr>
              <w:t>〒</w:t>
            </w:r>
            <w:commentRangeStart w:id="3"/>
            <w:r>
              <w:rPr>
                <w:rFonts w:ascii="Yu Gothic" w:hAnsi="Yu Gothic" w:eastAsia="Yu Gothic"/>
                <w:b w:val="0"/>
                <w:color w:val="5A5A54"/>
                <w:sz w:val="17"/>
              </w:rPr>
              <w:t>【100-0001】</w:t>
            </w:r>
            <w:commentRangeEnd w:id="3"/>
            <w:r>
              <w:rPr>
                <w:rStyle w:val="CommentReference"/>
              </w:rPr>
              <w:commentReference w:id="3"/>
            </w:r>
          </w:p>
          <w:p>
            <w:pPr>
              <w:spacing w:after="0" w:before="0" w:line="217" w:lineRule="auto"/>
              <w:jc w:val="left"/>
            </w:pPr>
            <w:commentRangeStart w:id="4"/>
            <w:r>
              <w:rPr>
                <w:rFonts w:ascii="Yu Gothic" w:hAnsi="Yu Gothic" w:eastAsia="Yu Gothic"/>
                <w:b w:val="0"/>
                <w:color w:val="5A5A54"/>
                <w:sz w:val="17"/>
              </w:rPr>
              <w:t>【東京都千代田区千代田 1-1-1】</w:t>
            </w:r>
            <w:commentRangeEnd w:id="4"/>
            <w:r>
              <w:rPr>
                <w:rStyle w:val="CommentReference"/>
              </w:rPr>
              <w:commentReference w:id="4"/>
            </w:r>
          </w:p>
          <w:p>
            <w:pPr>
              <w:spacing w:after="0" w:before="0" w:line="217" w:lineRule="auto"/>
              <w:jc w:val="left"/>
            </w:pPr>
            <w:commentRangeStart w:id="5"/>
            <w:r>
              <w:rPr>
                <w:rFonts w:ascii="Yu Gothic" w:hAnsi="Yu Gothic" w:eastAsia="Yu Gothic"/>
                <w:b w:val="0"/>
                <w:color w:val="5A5A54"/>
                <w:sz w:val="17"/>
              </w:rPr>
              <w:t>【営業部】</w:t>
            </w:r>
            <w:commentRangeEnd w:id="5"/>
            <w:r>
              <w:rPr>
                <w:rStyle w:val="CommentReference"/>
              </w:rPr>
              <w:commentReference w:id="5"/>
            </w:r>
          </w:p>
        </w:tc>
        <w:tc>
          <w:tcPr>
            <w:tcW w:type="dxa" w:w="907"/>
          </w:tcPr>
          <w:p/>
        </w:tc>
        <w:tc>
          <w:tcPr>
            <w:tcW w:type="dxa" w:w="3515"/>
          </w:tcPr>
          <w:p>
            <w:pPr>
              <w:spacing w:after="18" w:before="72" w:line="217" w:lineRule="auto"/>
              <w:jc w:val="left"/>
            </w:pPr>
            <w:commentRangeStart w:id="6"/>
            <w:r>
              <w:rPr>
                <w:rFonts w:ascii="Yu Gothic" w:hAnsi="Yu Gothic" w:eastAsia="Yu Gothic"/>
                <w:b/>
                <w:color w:val="141414"/>
                <w:sz w:val="20"/>
              </w:rPr>
              <w:t>【株式会社やっとくん】</w:t>
            </w:r>
            <w:commentRangeEnd w:id="6"/>
            <w:r>
              <w:rPr>
                <w:rStyle w:val="CommentReference"/>
              </w:rPr>
              <w:commentReference w:id="6"/>
            </w:r>
          </w:p>
          <w:p>
            <w:pPr>
              <w:spacing w:after="0" w:before="0" w:line="217" w:lineRule="auto"/>
              <w:jc w:val="left"/>
            </w:pPr>
            <w:r>
              <w:rPr>
                <w:rFonts w:ascii="Yu Gothic" w:hAnsi="Yu Gothic" w:eastAsia="Yu Gothic"/>
                <w:b w:val="0"/>
                <w:color w:val="5A5A54"/>
                <w:sz w:val="17"/>
              </w:rPr>
              <w:t>〒</w:t>
            </w:r>
            <w:commentRangeStart w:id="7"/>
            <w:r>
              <w:rPr>
                <w:rFonts w:ascii="Yu Gothic" w:hAnsi="Yu Gothic" w:eastAsia="Yu Gothic"/>
                <w:b w:val="0"/>
                <w:color w:val="5A5A54"/>
                <w:sz w:val="17"/>
              </w:rPr>
              <w:t>【150-0001】</w:t>
            </w:r>
            <w:commentRangeEnd w:id="7"/>
            <w:r>
              <w:rPr>
                <w:rStyle w:val="CommentReference"/>
              </w:rPr>
              <w:commentReference w:id="7"/>
            </w:r>
          </w:p>
          <w:p>
            <w:pPr>
              <w:spacing w:after="0" w:before="0" w:line="217" w:lineRule="auto"/>
              <w:jc w:val="left"/>
            </w:pPr>
            <w:commentRangeStart w:id="8"/>
            <w:r>
              <w:rPr>
                <w:rFonts w:ascii="Yu Gothic" w:hAnsi="Yu Gothic" w:eastAsia="Yu Gothic"/>
                <w:b w:val="0"/>
                <w:color w:val="5A5A54"/>
                <w:sz w:val="17"/>
              </w:rPr>
              <w:t>【東京都渋谷区神宮前 1-1-1】</w:t>
            </w:r>
            <w:commentRangeEnd w:id="8"/>
            <w:r>
              <w:rPr>
                <w:rStyle w:val="CommentReference"/>
              </w:rPr>
              <w:commentReference w:id="8"/>
            </w:r>
          </w:p>
          <w:p>
            <w:pPr>
              <w:spacing w:after="0" w:before="0" w:line="217" w:lineRule="auto"/>
              <w:jc w:val="left"/>
            </w:pPr>
            <w:r>
              <w:rPr>
                <w:rFonts w:ascii="Yu Gothic" w:hAnsi="Yu Gothic" w:eastAsia="Yu Gothic"/>
                <w:b w:val="0"/>
                <w:color w:val="5A5A54"/>
                <w:sz w:val="17"/>
              </w:rPr>
              <w:t xml:space="preserve">TEL </w:t>
            </w:r>
            <w:commentRangeStart w:id="9"/>
            <w:r>
              <w:rPr>
                <w:rFonts w:ascii="Yu Gothic" w:hAnsi="Yu Gothic" w:eastAsia="Yu Gothic"/>
                <w:b w:val="0"/>
                <w:color w:val="5A5A54"/>
                <w:sz w:val="17"/>
              </w:rPr>
              <w:t>【03-0000-0000】</w:t>
            </w:r>
            <w:commentRangeEnd w:id="9"/>
            <w:r>
              <w:rPr>
                <w:rStyle w:val="CommentReference"/>
              </w:rPr>
              <w:commentReference w:id="9"/>
            </w:r>
          </w:p>
          <w:p>
            <w:pPr>
              <w:spacing w:after="0" w:before="0" w:line="217" w:lineRule="auto"/>
              <w:jc w:val="left"/>
            </w:pPr>
            <w:r>
              <w:rPr>
                <w:rFonts w:ascii="Yu Gothic" w:hAnsi="Yu Gothic" w:eastAsia="Yu Gothic"/>
                <w:b w:val="0"/>
                <w:color w:val="5A5A54"/>
                <w:sz w:val="17"/>
              </w:rPr>
              <w:t>検収担当：</w:t>
            </w:r>
            <w:commentRangeStart w:id="10"/>
            <w:r>
              <w:rPr>
                <w:rFonts w:ascii="Yu Gothic" w:hAnsi="Yu Gothic" w:eastAsia="Yu Gothic"/>
                <w:b w:val="0"/>
                <w:color w:val="5A5A54"/>
                <w:sz w:val="17"/>
              </w:rPr>
              <w:t>【山田 太郎】</w:t>
            </w:r>
            <w:commentRangeEnd w:id="10"/>
            <w:r>
              <w:rPr>
                <w:rStyle w:val="CommentReference"/>
              </w:rPr>
              <w:commentReference w:id="10"/>
            </w:r>
          </w:p>
        </w:tc>
      </w:tr>
    </w:tbl>
    <w:p>
      <w:pPr>
        <w:spacing w:after="90" w:before="0" w:line="217" w:lineRule="auto"/>
        <w:jc w:val="left"/>
      </w:pPr>
      <w:r>
        <w:rPr>
          <w:rFonts w:ascii="Yu Gothic" w:hAnsi="Yu Gothic" w:eastAsia="Yu Gothic"/>
          <w:b w:val="0"/>
          <w:color w:val="141414"/>
          <w:sz w:val="20"/>
        </w:rPr>
      </w:r>
    </w:p>
    <w:p>
      <w:pPr>
        <w:spacing w:after="108" w:before="0" w:line="217" w:lineRule="auto"/>
        <w:jc w:val="left"/>
      </w:pPr>
      <w:r>
        <w:rPr>
          <w:rFonts w:ascii="Yu Gothic" w:hAnsi="Yu Gothic" w:eastAsia="Yu Gothic"/>
          <w:b w:val="0"/>
          <w:color w:val="141414"/>
          <w:sz w:val="20"/>
        </w:rPr>
        <w:t>下記のとおり検収が完了しましたのでご通知いたします。</w:t>
      </w:r>
    </w:p>
    <w:tbl>
      <w:tblPr>
        <w:tblW w:type="auto" w:w="0"/>
        <w:tblLayout w:type="fixed"/>
        <w:tblLook w:firstColumn="1" w:firstRow="1" w:lastColumn="0" w:lastRow="0" w:noHBand="0" w:noVBand="1" w:val="04A0"/>
        <w:tblInd w:w="0" w:type="dxa"/>
        <w:tblCellMar>
          <w:left w:w="0" w:type="dxa"/>
          <w:right w:w="0" w:type="dxa"/>
        </w:tblCellMar>
      </w:tblPr>
      <w:tblGrid>
        <w:gridCol w:w="5329"/>
        <w:gridCol w:w="4422"/>
      </w:tblGrid>
      <w:tr>
        <w:tc>
          <w:tcPr>
            <w:tcW w:type="dxa" w:w="5329"/>
            <w:vAlign w:val="center"/>
            <w:shd w:val="clear" w:fill="F1F1EC"/>
            <w:tcBorders>
              <w:top w:val="single" w:sz="12" w:color="141414"/>
              <w:left w:val="single" w:sz="4" w:color="B9B9B0"/>
              <w:bottom w:val="single" w:sz="12" w:color="141414"/>
              <w:right w:val="single" w:sz="4" w:color="B9B9B0"/>
            </w:tcBorders>
          </w:tcPr>
          <w:p>
            <w:pPr>
              <w:spacing w:after="54" w:before="54" w:line="217" w:lineRule="auto"/>
              <w:ind w:left="57" w:right="57"/>
              <w:jc w:val="center"/>
            </w:pPr>
            <w:r>
              <w:rPr>
                <w:rFonts w:ascii="Yu Gothic" w:hAnsi="Yu Gothic" w:eastAsia="Yu Gothic"/>
                <w:b/>
                <w:color w:val="141414"/>
                <w:sz w:val="20"/>
              </w:rPr>
              <w:t>検収金額（税込）</w:t>
            </w:r>
          </w:p>
        </w:tc>
        <w:tc>
          <w:tcPr>
            <w:tcW w:type="dxa" w:w="4422"/>
            <w:vAlign w:val="center"/>
            <w:shd w:val="clear" w:fill="F1F1EC"/>
            <w:tcBorders>
              <w:top w:val="single" w:sz="12" w:color="141414"/>
              <w:left w:val="single" w:sz="4" w:color="B9B9B0"/>
              <w:bottom w:val="single" w:sz="12" w:color="141414"/>
              <w:right w:val="single" w:sz="4" w:color="B9B9B0"/>
            </w:tcBorders>
          </w:tcPr>
          <w:p>
            <w:pPr>
              <w:spacing w:after="18" w:before="18" w:line="217" w:lineRule="auto"/>
              <w:ind w:left="57" w:right="57"/>
              <w:jc w:val="right"/>
            </w:pPr>
            <w:r>
              <w:rPr>
                <w:rFonts w:ascii="Yu Gothic" w:hAnsi="Yu Gothic" w:eastAsia="Yu Gothic"/>
                <w:b/>
                <w:color w:val="141414"/>
                <w:sz w:val="36"/>
              </w:rPr>
              <w:t>¥1,099,816</w:t>
            </w:r>
          </w:p>
        </w:tc>
      </w:tr>
    </w:tbl>
    <w:p>
      <w:pPr>
        <w:spacing w:after="90" w:before="0" w:line="217" w:lineRule="auto"/>
        <w:jc w:val="left"/>
      </w:pPr>
      <w:r>
        <w:rPr>
          <w:rFonts w:ascii="Yu Gothic" w:hAnsi="Yu Gothic" w:eastAsia="Yu Gothic"/>
          <w:b w:val="0"/>
          <w:color w:val="141414"/>
          <w:sz w:val="20"/>
        </w:rPr>
      </w:r>
    </w:p>
    <w:tbl>
      <w:tblPr>
        <w:tblW w:type="auto" w:w="0"/>
        <w:tblLayout w:type="fixed"/>
        <w:tblLook w:firstColumn="1" w:firstRow="1" w:lastColumn="0" w:lastRow="0" w:noHBand="0" w:noVBand="1" w:val="04A0"/>
        <w:tblInd w:w="0" w:type="dxa"/>
        <w:tblCellMar>
          <w:left w:w="0" w:type="dxa"/>
          <w:right w:w="0" w:type="dxa"/>
        </w:tblCellMar>
      </w:tblPr>
      <w:tblGrid>
        <w:gridCol w:w="4195"/>
        <w:gridCol w:w="1134"/>
        <w:gridCol w:w="907"/>
        <w:gridCol w:w="1701"/>
        <w:gridCol w:w="1814"/>
      </w:tblGrid>
      <w:tr>
        <w:trPr>
          <w:trHeight w:val="435" w:hRule="exact"/>
        </w:trPr>
        <w:tc>
          <w:tcPr>
            <w:tcW w:type="dxa" w:w="4195"/>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検収品目</w:t>
            </w:r>
          </w:p>
        </w:tc>
        <w:tc>
          <w:tcPr>
            <w:tcW w:type="dxa" w:w="113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数量</w:t>
            </w:r>
          </w:p>
        </w:tc>
        <w:tc>
          <w:tcPr>
            <w:tcW w:type="dxa" w:w="907"/>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単位</w:t>
            </w:r>
          </w:p>
        </w:tc>
        <w:tc>
          <w:tcPr>
            <w:tcW w:type="dxa" w:w="1701"/>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単価</w:t>
            </w:r>
          </w:p>
        </w:tc>
        <w:tc>
          <w:tcPr>
            <w:tcW w:type="dxa" w:w="181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金額</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1"/>
            <w:r>
              <w:rPr>
                <w:rFonts w:ascii="Yu Gothic" w:hAnsi="Yu Gothic" w:eastAsia="Yu Gothic"/>
                <w:b w:val="0"/>
                <w:color w:val="141414"/>
                <w:sz w:val="20"/>
              </w:rPr>
              <w:t>【業務用ノートパソコン】</w:t>
            </w:r>
            <w:commentRangeEnd w:id="11"/>
            <w:r>
              <w:rPr>
                <w:rStyle w:val="CommentReference"/>
              </w:rPr>
              <w:commentReference w:id="11"/>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2"/>
            <w:r>
              <w:rPr>
                <w:rFonts w:ascii="Yu Gothic" w:hAnsi="Yu Gothic" w:eastAsia="Yu Gothic"/>
                <w:b w:val="0"/>
                <w:color w:val="141414"/>
                <w:sz w:val="20"/>
              </w:rPr>
              <w:t>【5】</w:t>
            </w:r>
            <w:commentRangeEnd w:id="12"/>
            <w:r>
              <w:rPr>
                <w:rStyle w:val="CommentReference"/>
              </w:rPr>
              <w:commentReference w:id="12"/>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3"/>
            <w:r>
              <w:rPr>
                <w:rFonts w:ascii="Yu Gothic" w:hAnsi="Yu Gothic" w:eastAsia="Yu Gothic"/>
                <w:b w:val="0"/>
                <w:color w:val="141414"/>
                <w:sz w:val="20"/>
              </w:rPr>
              <w:t>【台】</w:t>
            </w:r>
            <w:commentRangeEnd w:id="13"/>
            <w:r>
              <w:rPr>
                <w:rStyle w:val="CommentReference"/>
              </w:rPr>
              <w:commentReference w:id="13"/>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4"/>
            <w:r>
              <w:rPr>
                <w:rFonts w:ascii="Yu Gothic" w:hAnsi="Yu Gothic" w:eastAsia="Yu Gothic"/>
                <w:b w:val="0"/>
                <w:color w:val="141414"/>
                <w:sz w:val="20"/>
              </w:rPr>
              <w:t>【¥148,000】</w:t>
            </w:r>
            <w:commentRangeEnd w:id="14"/>
            <w:r>
              <w:rPr>
                <w:rStyle w:val="CommentReference"/>
              </w:rPr>
              <w:commentReference w:id="14"/>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¥740,000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5"/>
            <w:r>
              <w:rPr>
                <w:rFonts w:ascii="Yu Gothic" w:hAnsi="Yu Gothic" w:eastAsia="Yu Gothic"/>
                <w:b w:val="0"/>
                <w:color w:val="141414"/>
                <w:sz w:val="20"/>
              </w:rPr>
              <w:t>【外付けディスプレイ】</w:t>
            </w:r>
            <w:commentRangeEnd w:id="15"/>
            <w:r>
              <w:rPr>
                <w:rStyle w:val="CommentReference"/>
              </w:rPr>
              <w:commentReference w:id="15"/>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6"/>
            <w:r>
              <w:rPr>
                <w:rFonts w:ascii="Yu Gothic" w:hAnsi="Yu Gothic" w:eastAsia="Yu Gothic"/>
                <w:b w:val="0"/>
                <w:color w:val="141414"/>
                <w:sz w:val="20"/>
              </w:rPr>
              <w:t>【5】</w:t>
            </w:r>
            <w:commentRangeEnd w:id="16"/>
            <w:r>
              <w:rPr>
                <w:rStyle w:val="CommentReference"/>
              </w:rPr>
              <w:commentReference w:id="16"/>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7"/>
            <w:r>
              <w:rPr>
                <w:rFonts w:ascii="Yu Gothic" w:hAnsi="Yu Gothic" w:eastAsia="Yu Gothic"/>
                <w:b w:val="0"/>
                <w:color w:val="141414"/>
                <w:sz w:val="20"/>
              </w:rPr>
              <w:t>【台】</w:t>
            </w:r>
            <w:commentRangeEnd w:id="17"/>
            <w:r>
              <w:rPr>
                <w:rStyle w:val="CommentReference"/>
              </w:rPr>
              <w:commentReference w:id="17"/>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8"/>
            <w:r>
              <w:rPr>
                <w:rFonts w:ascii="Yu Gothic" w:hAnsi="Yu Gothic" w:eastAsia="Yu Gothic"/>
                <w:b w:val="0"/>
                <w:color w:val="141414"/>
                <w:sz w:val="20"/>
              </w:rPr>
              <w:t>【¥32,000】</w:t>
            </w:r>
            <w:commentRangeEnd w:id="18"/>
            <w:r>
              <w:rPr>
                <w:rStyle w:val="CommentReference"/>
              </w:rPr>
              <w:commentReference w:id="18"/>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¥160,000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9"/>
            <w:r>
              <w:rPr>
                <w:rFonts w:ascii="Yu Gothic" w:hAnsi="Yu Gothic" w:eastAsia="Yu Gothic"/>
                <w:b w:val="0"/>
                <w:color w:val="141414"/>
                <w:sz w:val="20"/>
              </w:rPr>
              <w:t>【初期セットアップ作業】</w:t>
            </w:r>
            <w:commentRangeEnd w:id="19"/>
            <w:r>
              <w:rPr>
                <w:rStyle w:val="CommentReference"/>
              </w:rPr>
              <w:commentReference w:id="19"/>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0"/>
            <w:r>
              <w:rPr>
                <w:rFonts w:ascii="Yu Gothic" w:hAnsi="Yu Gothic" w:eastAsia="Yu Gothic"/>
                <w:b w:val="0"/>
                <w:color w:val="141414"/>
                <w:sz w:val="20"/>
              </w:rPr>
              <w:t>【5】</w:t>
            </w:r>
            <w:commentRangeEnd w:id="20"/>
            <w:r>
              <w:rPr>
                <w:rStyle w:val="CommentReference"/>
              </w:rPr>
              <w:commentReference w:id="20"/>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1"/>
            <w:r>
              <w:rPr>
                <w:rFonts w:ascii="Yu Gothic" w:hAnsi="Yu Gothic" w:eastAsia="Yu Gothic"/>
                <w:b w:val="0"/>
                <w:color w:val="141414"/>
                <w:sz w:val="20"/>
              </w:rPr>
              <w:t>【台】</w:t>
            </w:r>
            <w:commentRangeEnd w:id="21"/>
            <w:r>
              <w:rPr>
                <w:rStyle w:val="CommentReference"/>
              </w:rPr>
              <w:commentReference w:id="21"/>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2"/>
            <w:r>
              <w:rPr>
                <w:rFonts w:ascii="Yu Gothic" w:hAnsi="Yu Gothic" w:eastAsia="Yu Gothic"/>
                <w:b w:val="0"/>
                <w:color w:val="141414"/>
                <w:sz w:val="20"/>
              </w:rPr>
              <w:t>【¥8,000】</w:t>
            </w:r>
            <w:commentRangeEnd w:id="22"/>
            <w:r>
              <w:rPr>
                <w:rStyle w:val="CommentReference"/>
              </w:rPr>
              <w:commentReference w:id="22"/>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¥40,000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3"/>
            <w:r>
              <w:rPr>
                <w:rFonts w:ascii="Yu Gothic" w:hAnsi="Yu Gothic" w:eastAsia="Yu Gothic"/>
                <w:b w:val="0"/>
                <w:color w:val="141414"/>
                <w:sz w:val="20"/>
              </w:rPr>
              <w:t>【保守サポート（1 年）】</w:t>
            </w:r>
            <w:commentRangeEnd w:id="23"/>
            <w:r>
              <w:rPr>
                <w:rStyle w:val="CommentReference"/>
              </w:rPr>
              <w:commentReference w:id="23"/>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4"/>
            <w:r>
              <w:rPr>
                <w:rFonts w:ascii="Yu Gothic" w:hAnsi="Yu Gothic" w:eastAsia="Yu Gothic"/>
                <w:b w:val="0"/>
                <w:color w:val="141414"/>
                <w:sz w:val="20"/>
              </w:rPr>
              <w:t>【1】</w:t>
            </w:r>
            <w:commentRangeEnd w:id="24"/>
            <w:r>
              <w:rPr>
                <w:rStyle w:val="CommentReference"/>
              </w:rPr>
              <w:commentReference w:id="24"/>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5"/>
            <w:r>
              <w:rPr>
                <w:rFonts w:ascii="Yu Gothic" w:hAnsi="Yu Gothic" w:eastAsia="Yu Gothic"/>
                <w:b w:val="0"/>
                <w:color w:val="141414"/>
                <w:sz w:val="20"/>
              </w:rPr>
              <w:t>【式】</w:t>
            </w:r>
            <w:commentRangeEnd w:id="25"/>
            <w:r>
              <w:rPr>
                <w:rStyle w:val="CommentReference"/>
              </w:rPr>
              <w:commentReference w:id="25"/>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6"/>
            <w:r>
              <w:rPr>
                <w:rFonts w:ascii="Yu Gothic" w:hAnsi="Yu Gothic" w:eastAsia="Yu Gothic"/>
                <w:b w:val="0"/>
                <w:color w:val="141414"/>
                <w:sz w:val="20"/>
              </w:rPr>
              <w:t>【¥59,833】</w:t>
            </w:r>
            <w:commentRangeEnd w:id="26"/>
            <w:r>
              <w:rPr>
                <w:rStyle w:val="CommentReference"/>
              </w:rPr>
              <w:commentReference w:id="26"/>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¥59,833</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7"/>
            <w:r>
              <w:rPr>
                <w:rFonts w:ascii="Yu Gothic" w:hAnsi="Yu Gothic" w:eastAsia="Yu Gothic"/>
                <w:b w:val="0"/>
                <w:color w:val="141414"/>
                <w:sz w:val="20"/>
              </w:rPr>
              <w:t>＿＿＿＿＿＿＿＿＿＿＿＿＿＿＿＿＿＿</w:t>
            </w:r>
            <w:commentRangeEnd w:id="27"/>
            <w:r>
              <w:rPr>
                <w:rStyle w:val="CommentReference"/>
              </w:rPr>
              <w:commentReference w:id="27"/>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8"/>
            <w:r>
              <w:rPr>
                <w:rFonts w:ascii="Yu Gothic" w:hAnsi="Yu Gothic" w:eastAsia="Yu Gothic"/>
                <w:b w:val="0"/>
                <w:color w:val="141414"/>
                <w:sz w:val="20"/>
              </w:rPr>
              <w:t>＿＿＿＿</w:t>
            </w:r>
            <w:commentRangeEnd w:id="28"/>
            <w:r>
              <w:rPr>
                <w:rStyle w:val="CommentReference"/>
              </w:rPr>
              <w:commentReference w:id="28"/>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9"/>
            <w:r>
              <w:rPr>
                <w:rFonts w:ascii="Yu Gothic" w:hAnsi="Yu Gothic" w:eastAsia="Yu Gothic"/>
                <w:b w:val="0"/>
                <w:color w:val="141414"/>
                <w:sz w:val="20"/>
              </w:rPr>
              <w:t>＿＿＿</w:t>
            </w:r>
            <w:commentRangeEnd w:id="29"/>
            <w:r>
              <w:rPr>
                <w:rStyle w:val="CommentReference"/>
              </w:rPr>
              <w:commentReference w:id="29"/>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0"/>
            <w:r>
              <w:rPr>
                <w:rFonts w:ascii="Yu Gothic" w:hAnsi="Yu Gothic" w:eastAsia="Yu Gothic"/>
                <w:b w:val="0"/>
                <w:color w:val="141414"/>
                <w:sz w:val="20"/>
              </w:rPr>
              <w:t>＿＿＿＿＿＿＿</w:t>
            </w:r>
            <w:commentRangeEnd w:id="30"/>
            <w:r>
              <w:rPr>
                <w:rStyle w:val="CommentReference"/>
              </w:rPr>
              <w:commentReference w:id="30"/>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1"/>
            <w:r>
              <w:rPr>
                <w:rFonts w:ascii="Yu Gothic" w:hAnsi="Yu Gothic" w:eastAsia="Yu Gothic"/>
                <w:b w:val="0"/>
                <w:color w:val="141414"/>
                <w:sz w:val="20"/>
              </w:rPr>
              <w:t>＿＿＿＿＿＿＿＿＿＿＿＿＿＿＿＿＿＿</w:t>
            </w:r>
            <w:commentRangeEnd w:id="31"/>
            <w:r>
              <w:rPr>
                <w:rStyle w:val="CommentReference"/>
              </w:rPr>
              <w:commentReference w:id="31"/>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2"/>
            <w:r>
              <w:rPr>
                <w:rFonts w:ascii="Yu Gothic" w:hAnsi="Yu Gothic" w:eastAsia="Yu Gothic"/>
                <w:b w:val="0"/>
                <w:color w:val="141414"/>
                <w:sz w:val="20"/>
              </w:rPr>
              <w:t>＿＿＿＿</w:t>
            </w:r>
            <w:commentRangeEnd w:id="32"/>
            <w:r>
              <w:rPr>
                <w:rStyle w:val="CommentReference"/>
              </w:rPr>
              <w:commentReference w:id="32"/>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3"/>
            <w:r>
              <w:rPr>
                <w:rFonts w:ascii="Yu Gothic" w:hAnsi="Yu Gothic" w:eastAsia="Yu Gothic"/>
                <w:b w:val="0"/>
                <w:color w:val="141414"/>
                <w:sz w:val="20"/>
              </w:rPr>
              <w:t>＿＿＿</w:t>
            </w:r>
            <w:commentRangeEnd w:id="33"/>
            <w:r>
              <w:rPr>
                <w:rStyle w:val="CommentReference"/>
              </w:rPr>
              <w:commentReference w:id="33"/>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4"/>
            <w:r>
              <w:rPr>
                <w:rFonts w:ascii="Yu Gothic" w:hAnsi="Yu Gothic" w:eastAsia="Yu Gothic"/>
                <w:b w:val="0"/>
                <w:color w:val="141414"/>
                <w:sz w:val="20"/>
              </w:rPr>
              <w:t>＿＿＿＿＿＿＿</w:t>
            </w:r>
            <w:commentRangeEnd w:id="34"/>
            <w:r>
              <w:rPr>
                <w:rStyle w:val="CommentReference"/>
              </w:rPr>
              <w:commentReference w:id="34"/>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5"/>
            <w:r>
              <w:rPr>
                <w:rFonts w:ascii="Yu Gothic" w:hAnsi="Yu Gothic" w:eastAsia="Yu Gothic"/>
                <w:b w:val="0"/>
                <w:color w:val="141414"/>
                <w:sz w:val="20"/>
              </w:rPr>
              <w:t>＿＿＿＿＿＿＿＿＿＿＿＿＿＿＿＿＿＿</w:t>
            </w:r>
            <w:commentRangeEnd w:id="35"/>
            <w:r>
              <w:rPr>
                <w:rStyle w:val="CommentReference"/>
              </w:rPr>
              <w:commentReference w:id="35"/>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6"/>
            <w:r>
              <w:rPr>
                <w:rFonts w:ascii="Yu Gothic" w:hAnsi="Yu Gothic" w:eastAsia="Yu Gothic"/>
                <w:b w:val="0"/>
                <w:color w:val="141414"/>
                <w:sz w:val="20"/>
              </w:rPr>
              <w:t>＿＿＿＿</w:t>
            </w:r>
            <w:commentRangeEnd w:id="36"/>
            <w:r>
              <w:rPr>
                <w:rStyle w:val="CommentReference"/>
              </w:rPr>
              <w:commentReference w:id="36"/>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7"/>
            <w:r>
              <w:rPr>
                <w:rFonts w:ascii="Yu Gothic" w:hAnsi="Yu Gothic" w:eastAsia="Yu Gothic"/>
                <w:b w:val="0"/>
                <w:color w:val="141414"/>
                <w:sz w:val="20"/>
              </w:rPr>
              <w:t>＿＿＿</w:t>
            </w:r>
            <w:commentRangeEnd w:id="37"/>
            <w:r>
              <w:rPr>
                <w:rStyle w:val="CommentReference"/>
              </w:rPr>
              <w:commentReference w:id="37"/>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8"/>
            <w:r>
              <w:rPr>
                <w:rFonts w:ascii="Yu Gothic" w:hAnsi="Yu Gothic" w:eastAsia="Yu Gothic"/>
                <w:b w:val="0"/>
                <w:color w:val="141414"/>
                <w:sz w:val="20"/>
              </w:rPr>
              <w:t>＿＿＿＿＿＿＿</w:t>
            </w:r>
            <w:commentRangeEnd w:id="38"/>
            <w:r>
              <w:rPr>
                <w:rStyle w:val="CommentReference"/>
              </w:rPr>
              <w:commentReference w:id="38"/>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bl>
    <w:p>
      <w:pPr>
        <w:spacing w:before="0" w:after="0" w:line="20" w:lineRule="exact"/>
      </w:pPr>
      <w:r>
        <w:rPr>
          <w:sz w:val="2"/>
        </w:rPr>
      </w:r>
    </w:p>
    <w:tbl>
      <w:tblPr>
        <w:tblW w:type="auto" w:w="0"/>
        <w:tblLayout w:type="fixed"/>
        <w:tblLook w:firstColumn="1" w:firstRow="1" w:lastColumn="0" w:lastRow="0" w:noHBand="0" w:noVBand="1" w:val="04A0"/>
        <w:tblInd w:w="0" w:type="dxa"/>
        <w:tblCellMar>
          <w:left w:w="0" w:type="dxa"/>
          <w:right w:w="0" w:type="dxa"/>
        </w:tblCellMar>
      </w:tblPr>
      <w:tblGrid>
        <w:gridCol w:w="4195"/>
        <w:gridCol w:w="2041"/>
        <w:gridCol w:w="1701"/>
        <w:gridCol w:w="1814"/>
      </w:tblGrid>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10% 対象 小計</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¥999,833</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消費税（10%）</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¥99,983</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合計</w:t>
            </w:r>
          </w:p>
        </w:tc>
        <w:tc>
          <w:tcPr>
            <w:tcW w:type="dxa" w:w="1814"/>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¥1,099,816</w:t>
            </w:r>
          </w:p>
        </w:tc>
      </w:tr>
    </w:tbl>
    <w:p>
      <w:pPr>
        <w:spacing w:after="90"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検収基準</w:t>
      </w:r>
    </w:p>
    <w:p>
      <w:pPr>
        <w:spacing w:after="0" w:before="0" w:line="217" w:lineRule="auto"/>
        <w:jc w:val="left"/>
      </w:pPr>
      <w:r>
        <w:rPr>
          <w:rFonts w:ascii="Yu Gothic" w:hAnsi="Yu Gothic" w:eastAsia="Yu Gothic"/>
          <w:b w:val="0"/>
          <w:color w:val="5A5A54"/>
          <w:sz w:val="17"/>
        </w:rPr>
        <w:t>数量・仕様が発注内容と一致していることを確認しました。</w:t>
      </w:r>
    </w:p>
    <w:p>
      <w:pPr>
        <w:spacing w:after="0" w:before="0" w:line="217" w:lineRule="auto"/>
        <w:jc w:val="left"/>
      </w:pPr>
      <w:r>
        <w:rPr>
          <w:rFonts w:ascii="Yu Gothic" w:hAnsi="Yu Gothic" w:eastAsia="Yu Gothic"/>
          <w:b w:val="0"/>
          <w:color w:val="5A5A54"/>
          <w:sz w:val="17"/>
        </w:rPr>
        <w:t>不合格の場合は検収日から 7 日以内に代替品または再作業を依頼します。</w:t>
      </w:r>
    </w:p>
    <w:p>
      <w:pPr>
        <w:spacing w:after="0" w:before="0" w:line="217" w:lineRule="auto"/>
        <w:jc w:val="left"/>
      </w:pPr>
      <w:r>
        <w:rPr>
          <w:rFonts w:ascii="Yu Gothic" w:hAnsi="Yu Gothic" w:eastAsia="Yu Gothic"/>
          <w:b w:val="0"/>
          <w:color w:val="5A5A54"/>
          <w:sz w:val="17"/>
        </w:rPr>
        <w:t>※ 検収後に判明した隠れた不具合は、別途 保証条件に従います。</w:t>
      </w:r>
    </w:p>
    <w:p>
      <w:pPr>
        <w:spacing w:after="54"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備考</w:t>
      </w:r>
    </w:p>
    <w:p>
      <w:pPr>
        <w:spacing w:after="0" w:before="0" w:line="217" w:lineRule="auto"/>
        <w:jc w:val="left"/>
      </w:pPr>
      <w:r>
        <w:rPr>
          <w:rFonts w:ascii="Yu Gothic" w:hAnsi="Yu Gothic" w:eastAsia="Yu Gothic"/>
          <w:b w:val="0"/>
          <w:color w:val="5A5A54"/>
          <w:sz w:val="17"/>
        </w:rPr>
        <w:t>本件のお問い合わせ：</w:t>
      </w:r>
      <w:commentRangeStart w:id="39"/>
      <w:r>
        <w:rPr>
          <w:rFonts w:ascii="Yu Gothic" w:hAnsi="Yu Gothic" w:eastAsia="Yu Gothic"/>
          <w:b w:val="0"/>
          <w:color w:val="5A5A54"/>
          <w:sz w:val="17"/>
        </w:rPr>
        <w:t>【資材部 山田 太郎】</w:t>
      </w:r>
      <w:commentRangeEnd w:id="39"/>
      <w:r>
        <w:rPr>
          <w:rStyle w:val="CommentReference"/>
        </w:rPr>
        <w:commentReference w:id="39"/>
      </w:r>
      <w:r>
        <w:rPr>
          <w:rFonts w:ascii="Yu Gothic" w:hAnsi="Yu Gothic" w:eastAsia="Yu Gothic"/>
          <w:b w:val="0"/>
          <w:color w:val="5A5A54"/>
          <w:sz w:val="17"/>
        </w:rPr>
        <w:t xml:space="preserve">　TEL </w:t>
      </w:r>
      <w:commentRangeStart w:id="40"/>
      <w:r>
        <w:rPr>
          <w:rFonts w:ascii="Yu Gothic" w:hAnsi="Yu Gothic" w:eastAsia="Yu Gothic"/>
          <w:b w:val="0"/>
          <w:color w:val="5A5A54"/>
          <w:sz w:val="17"/>
        </w:rPr>
        <w:t>【03-0000-0000】</w:t>
      </w:r>
      <w:commentRangeEnd w:id="40"/>
      <w:r>
        <w:rPr>
          <w:rStyle w:val="CommentReference"/>
        </w:rPr>
        <w:commentReference w:id="40"/>
      </w:r>
      <w:r>
        <w:rPr>
          <w:rFonts w:ascii="Yu Gothic" w:hAnsi="Yu Gothic" w:eastAsia="Yu Gothic"/>
          <w:b w:val="0"/>
          <w:color w:val="5A5A54"/>
          <w:sz w:val="17"/>
        </w:rPr>
        <w:t xml:space="preserve"> / </w:t>
      </w:r>
      <w:commentRangeStart w:id="41"/>
      <w:r>
        <w:rPr>
          <w:rFonts w:ascii="Yu Gothic" w:hAnsi="Yu Gothic" w:eastAsia="Yu Gothic"/>
          <w:b w:val="0"/>
          <w:color w:val="5A5A54"/>
          <w:sz w:val="17"/>
        </w:rPr>
        <w:t>【hello@example.com】</w:t>
      </w:r>
      <w:commentRangeEnd w:id="41"/>
      <w:r>
        <w:rPr>
          <w:rStyle w:val="CommentReference"/>
        </w:rPr>
        <w:commentReference w:id="41"/>
      </w:r>
    </w:p>
    <w:p>
      <w:pPr>
        <w:spacing w:after="54"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一般的な様式です。検収の合否基準と検収後の責任範囲は当事者間の契約で確認してください。</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 w:date="2026-10-04T06:55:05Z">
    <w:p>
      <w:pPr>
        <w:pStyle w:val="CommentText"/>
      </w:pPr>
      <w:r>
        <w:rPr>
          <w:rStyle w:val="CommentReference"/>
        </w:rPr>
        <w:annotationRef/>
      </w:r>
      <w:r>
        <w:t>発行日：例 2026 年 10 月 8 日</w:t>
      </w:r>
    </w:p>
  </w:comment>
  <w:comment w:id="1" w:author="やっとくん" w:initials="" w:date="2026-10-04T06:55:05Z">
    <w:p>
      <w:pPr>
        <w:pStyle w:val="CommentText"/>
      </w:pPr>
      <w:r>
        <w:rPr>
          <w:rStyle w:val="CommentReference"/>
        </w:rPr>
        <w:annotationRef/>
      </w:r>
      <w:r>
        <w:t>検収日：例 2026 年 10 月 7 日</w:t>
      </w:r>
    </w:p>
  </w:comment>
  <w:comment w:id="2" w:author="やっとくん" w:initials="" w:date="2026-10-04T06:55:05Z">
    <w:p>
      <w:pPr>
        <w:pStyle w:val="CommentText"/>
      </w:pPr>
      <w:r>
        <w:rPr>
          <w:rStyle w:val="CommentReference"/>
        </w:rPr>
        <w:annotationRef/>
      </w:r>
      <w:r>
        <w:t>宛先名：例 株式会社サンプル商事</w:t>
      </w:r>
    </w:p>
  </w:comment>
  <w:comment w:id="3" w:author="やっとくん" w:initials="" w:date="2026-10-04T06:55:05Z">
    <w:p>
      <w:pPr>
        <w:pStyle w:val="CommentText"/>
      </w:pPr>
      <w:r>
        <w:rPr>
          <w:rStyle w:val="CommentReference"/>
        </w:rPr>
        <w:annotationRef/>
      </w:r>
      <w:r>
        <w:t>宛先 1：例 100-0001</w:t>
      </w:r>
    </w:p>
  </w:comment>
  <w:comment w:id="4" w:author="やっとくん" w:initials="" w:date="2026-10-04T06:55:05Z">
    <w:p>
      <w:pPr>
        <w:pStyle w:val="CommentText"/>
      </w:pPr>
      <w:r>
        <w:rPr>
          <w:rStyle w:val="CommentReference"/>
        </w:rPr>
        <w:annotationRef/>
      </w:r>
      <w:r>
        <w:t>宛先 2：例 東京都千代田区千代田 1-1-1</w:t>
      </w:r>
    </w:p>
  </w:comment>
  <w:comment w:id="5" w:author="やっとくん" w:initials="" w:date="2026-10-04T06:55:05Z">
    <w:p>
      <w:pPr>
        <w:pStyle w:val="CommentText"/>
      </w:pPr>
      <w:r>
        <w:rPr>
          <w:rStyle w:val="CommentReference"/>
        </w:rPr>
        <w:annotationRef/>
      </w:r>
      <w:r>
        <w:t>宛先 3：例 営業部</w:t>
      </w:r>
    </w:p>
  </w:comment>
  <w:comment w:id="6" w:author="やっとくん" w:initials="" w:date="2026-10-04T06:55:05Z">
    <w:p>
      <w:pPr>
        <w:pStyle w:val="CommentText"/>
      </w:pPr>
      <w:r>
        <w:rPr>
          <w:rStyle w:val="CommentReference"/>
        </w:rPr>
        <w:annotationRef/>
      </w:r>
      <w:r>
        <w:t>発行者名：例 株式会社やっとくん</w:t>
      </w:r>
    </w:p>
  </w:comment>
  <w:comment w:id="7" w:author="やっとくん" w:initials="" w:date="2026-10-04T06:55:05Z">
    <w:p>
      <w:pPr>
        <w:pStyle w:val="CommentText"/>
      </w:pPr>
      <w:r>
        <w:rPr>
          <w:rStyle w:val="CommentReference"/>
        </w:rPr>
        <w:annotationRef/>
      </w:r>
      <w:r>
        <w:t>発行者 1：例 150-0001</w:t>
      </w:r>
    </w:p>
  </w:comment>
  <w:comment w:id="8" w:author="やっとくん" w:initials="" w:date="2026-10-04T06:55:05Z">
    <w:p>
      <w:pPr>
        <w:pStyle w:val="CommentText"/>
      </w:pPr>
      <w:r>
        <w:rPr>
          <w:rStyle w:val="CommentReference"/>
        </w:rPr>
        <w:annotationRef/>
      </w:r>
      <w:r>
        <w:t>発行者 2：例 東京都渋谷区神宮前 1-1-1</w:t>
      </w:r>
    </w:p>
  </w:comment>
  <w:comment w:id="9" w:author="やっとくん" w:initials="" w:date="2026-10-04T06:55:05Z">
    <w:p>
      <w:pPr>
        <w:pStyle w:val="CommentText"/>
      </w:pPr>
      <w:r>
        <w:rPr>
          <w:rStyle w:val="CommentReference"/>
        </w:rPr>
        <w:annotationRef/>
      </w:r>
      <w:r>
        <w:t>発行者 3：例 03-0000-0000</w:t>
      </w:r>
    </w:p>
  </w:comment>
  <w:comment w:id="10" w:author="やっとくん" w:initials="" w:date="2026-10-04T06:55:05Z">
    <w:p>
      <w:pPr>
        <w:pStyle w:val="CommentText"/>
      </w:pPr>
      <w:r>
        <w:rPr>
          <w:rStyle w:val="CommentReference"/>
        </w:rPr>
        <w:annotationRef/>
      </w:r>
      <w:r>
        <w:t>発行者 4：例 山田 太郎</w:t>
      </w:r>
    </w:p>
  </w:comment>
  <w:comment w:id="11" w:author="やっとくん" w:initials="" w:date="2026-10-04T06:55:05Z">
    <w:p>
      <w:pPr>
        <w:pStyle w:val="CommentText"/>
      </w:pPr>
      <w:r>
        <w:rPr>
          <w:rStyle w:val="CommentReference"/>
        </w:rPr>
        <w:annotationRef/>
      </w:r>
      <w:r>
        <w:t>1行目 検収品目：例 業務用ノートパソコン</w:t>
      </w:r>
    </w:p>
  </w:comment>
  <w:comment w:id="12" w:author="やっとくん" w:initials="" w:date="2026-10-04T06:55:05Z">
    <w:p>
      <w:pPr>
        <w:pStyle w:val="CommentText"/>
      </w:pPr>
      <w:r>
        <w:rPr>
          <w:rStyle w:val="CommentReference"/>
        </w:rPr>
        <w:annotationRef/>
      </w:r>
      <w:r>
        <w:t>1行目 数量：例 5</w:t>
      </w:r>
    </w:p>
  </w:comment>
  <w:comment w:id="13" w:author="やっとくん" w:initials="" w:date="2026-10-04T06:55:05Z">
    <w:p>
      <w:pPr>
        <w:pStyle w:val="CommentText"/>
      </w:pPr>
      <w:r>
        <w:rPr>
          <w:rStyle w:val="CommentReference"/>
        </w:rPr>
        <w:annotationRef/>
      </w:r>
      <w:r>
        <w:t>1行目 単位：例 台</w:t>
      </w:r>
    </w:p>
  </w:comment>
  <w:comment w:id="14" w:author="やっとくん" w:initials="" w:date="2026-10-04T06:55:05Z">
    <w:p>
      <w:pPr>
        <w:pStyle w:val="CommentText"/>
      </w:pPr>
      <w:r>
        <w:rPr>
          <w:rStyle w:val="CommentReference"/>
        </w:rPr>
        <w:annotationRef/>
      </w:r>
      <w:r>
        <w:t>1行目 単価：例 ¥148,000</w:t>
      </w:r>
    </w:p>
  </w:comment>
  <w:comment w:id="15" w:author="やっとくん" w:initials="" w:date="2026-10-04T06:55:05Z">
    <w:p>
      <w:pPr>
        <w:pStyle w:val="CommentText"/>
      </w:pPr>
      <w:r>
        <w:rPr>
          <w:rStyle w:val="CommentReference"/>
        </w:rPr>
        <w:annotationRef/>
      </w:r>
      <w:r>
        <w:t>2行目 検収品目：例 外付けディスプレイ</w:t>
      </w:r>
    </w:p>
  </w:comment>
  <w:comment w:id="16" w:author="やっとくん" w:initials="" w:date="2026-10-04T06:55:05Z">
    <w:p>
      <w:pPr>
        <w:pStyle w:val="CommentText"/>
      </w:pPr>
      <w:r>
        <w:rPr>
          <w:rStyle w:val="CommentReference"/>
        </w:rPr>
        <w:annotationRef/>
      </w:r>
      <w:r>
        <w:t>2行目 数量：例 5</w:t>
      </w:r>
    </w:p>
  </w:comment>
  <w:comment w:id="17" w:author="やっとくん" w:initials="" w:date="2026-10-04T06:55:05Z">
    <w:p>
      <w:pPr>
        <w:pStyle w:val="CommentText"/>
      </w:pPr>
      <w:r>
        <w:rPr>
          <w:rStyle w:val="CommentReference"/>
        </w:rPr>
        <w:annotationRef/>
      </w:r>
      <w:r>
        <w:t>2行目 単位：例 台</w:t>
      </w:r>
    </w:p>
  </w:comment>
  <w:comment w:id="18" w:author="やっとくん" w:initials="" w:date="2026-10-04T06:55:05Z">
    <w:p>
      <w:pPr>
        <w:pStyle w:val="CommentText"/>
      </w:pPr>
      <w:r>
        <w:rPr>
          <w:rStyle w:val="CommentReference"/>
        </w:rPr>
        <w:annotationRef/>
      </w:r>
      <w:r>
        <w:t>2行目 単価：例 ¥32,000</w:t>
      </w:r>
    </w:p>
  </w:comment>
  <w:comment w:id="19" w:author="やっとくん" w:initials="" w:date="2026-10-04T06:55:05Z">
    <w:p>
      <w:pPr>
        <w:pStyle w:val="CommentText"/>
      </w:pPr>
      <w:r>
        <w:rPr>
          <w:rStyle w:val="CommentReference"/>
        </w:rPr>
        <w:annotationRef/>
      </w:r>
      <w:r>
        <w:t>3行目 検収品目：例 初期セットアップ作業</w:t>
      </w:r>
    </w:p>
  </w:comment>
  <w:comment w:id="20" w:author="やっとくん" w:initials="" w:date="2026-10-04T06:55:05Z">
    <w:p>
      <w:pPr>
        <w:pStyle w:val="CommentText"/>
      </w:pPr>
      <w:r>
        <w:rPr>
          <w:rStyle w:val="CommentReference"/>
        </w:rPr>
        <w:annotationRef/>
      </w:r>
      <w:r>
        <w:t>3行目 数量：例 5</w:t>
      </w:r>
    </w:p>
  </w:comment>
  <w:comment w:id="21" w:author="やっとくん" w:initials="" w:date="2026-10-04T06:55:05Z">
    <w:p>
      <w:pPr>
        <w:pStyle w:val="CommentText"/>
      </w:pPr>
      <w:r>
        <w:rPr>
          <w:rStyle w:val="CommentReference"/>
        </w:rPr>
        <w:annotationRef/>
      </w:r>
      <w:r>
        <w:t>3行目 単位：例 台</w:t>
      </w:r>
    </w:p>
  </w:comment>
  <w:comment w:id="22" w:author="やっとくん" w:initials="" w:date="2026-10-04T06:55:05Z">
    <w:p>
      <w:pPr>
        <w:pStyle w:val="CommentText"/>
      </w:pPr>
      <w:r>
        <w:rPr>
          <w:rStyle w:val="CommentReference"/>
        </w:rPr>
        <w:annotationRef/>
      </w:r>
      <w:r>
        <w:t>3行目 単価：例 ¥8,000</w:t>
      </w:r>
    </w:p>
  </w:comment>
  <w:comment w:id="23" w:author="やっとくん" w:initials="" w:date="2026-10-04T06:55:05Z">
    <w:p>
      <w:pPr>
        <w:pStyle w:val="CommentText"/>
      </w:pPr>
      <w:r>
        <w:rPr>
          <w:rStyle w:val="CommentReference"/>
        </w:rPr>
        <w:annotationRef/>
      </w:r>
      <w:r>
        <w:t>4行目 検収品目：例 保守サポート（1 年）</w:t>
      </w:r>
    </w:p>
  </w:comment>
  <w:comment w:id="24" w:author="やっとくん" w:initials="" w:date="2026-10-04T06:55:05Z">
    <w:p>
      <w:pPr>
        <w:pStyle w:val="CommentText"/>
      </w:pPr>
      <w:r>
        <w:rPr>
          <w:rStyle w:val="CommentReference"/>
        </w:rPr>
        <w:annotationRef/>
      </w:r>
      <w:r>
        <w:t>4行目 数量：例 1</w:t>
      </w:r>
    </w:p>
  </w:comment>
  <w:comment w:id="25" w:author="やっとくん" w:initials="" w:date="2026-10-04T06:55:05Z">
    <w:p>
      <w:pPr>
        <w:pStyle w:val="CommentText"/>
      </w:pPr>
      <w:r>
        <w:rPr>
          <w:rStyle w:val="CommentReference"/>
        </w:rPr>
        <w:annotationRef/>
      </w:r>
      <w:r>
        <w:t>4行目 単位：例 式</w:t>
      </w:r>
    </w:p>
  </w:comment>
  <w:comment w:id="26" w:author="やっとくん" w:initials="" w:date="2026-10-04T06:55:05Z">
    <w:p>
      <w:pPr>
        <w:pStyle w:val="CommentText"/>
      </w:pPr>
      <w:r>
        <w:rPr>
          <w:rStyle w:val="CommentReference"/>
        </w:rPr>
        <w:annotationRef/>
      </w:r>
      <w:r>
        <w:t>4行目 単価：例 ¥59,833</w:t>
      </w:r>
    </w:p>
  </w:comment>
  <w:comment w:id="27" w:author="やっとくん" w:initials="" w:date="2026-10-04T06:55:05Z">
    <w:p>
      <w:pPr>
        <w:pStyle w:val="CommentText"/>
      </w:pPr>
      <w:r>
        <w:rPr>
          <w:rStyle w:val="CommentReference"/>
        </w:rPr>
        <w:annotationRef/>
      </w:r>
      <w:r>
        <w:t>5行目 検収品目を記入</w:t>
      </w:r>
    </w:p>
  </w:comment>
  <w:comment w:id="28" w:author="やっとくん" w:initials="" w:date="2026-10-04T06:55:05Z">
    <w:p>
      <w:pPr>
        <w:pStyle w:val="CommentText"/>
      </w:pPr>
      <w:r>
        <w:rPr>
          <w:rStyle w:val="CommentReference"/>
        </w:rPr>
        <w:annotationRef/>
      </w:r>
      <w:r>
        <w:t>5行目 数量を記入</w:t>
      </w:r>
    </w:p>
  </w:comment>
  <w:comment w:id="29" w:author="やっとくん" w:initials="" w:date="2026-10-04T06:55:05Z">
    <w:p>
      <w:pPr>
        <w:pStyle w:val="CommentText"/>
      </w:pPr>
      <w:r>
        <w:rPr>
          <w:rStyle w:val="CommentReference"/>
        </w:rPr>
        <w:annotationRef/>
      </w:r>
      <w:r>
        <w:t>5行目 単位を記入</w:t>
      </w:r>
    </w:p>
  </w:comment>
  <w:comment w:id="30" w:author="やっとくん" w:initials="" w:date="2026-10-04T06:55:05Z">
    <w:p>
      <w:pPr>
        <w:pStyle w:val="CommentText"/>
      </w:pPr>
      <w:r>
        <w:rPr>
          <w:rStyle w:val="CommentReference"/>
        </w:rPr>
        <w:annotationRef/>
      </w:r>
      <w:r>
        <w:t>5行目 単価を記入</w:t>
      </w:r>
    </w:p>
  </w:comment>
  <w:comment w:id="31" w:author="やっとくん" w:initials="" w:date="2026-10-04T06:55:05Z">
    <w:p>
      <w:pPr>
        <w:pStyle w:val="CommentText"/>
      </w:pPr>
      <w:r>
        <w:rPr>
          <w:rStyle w:val="CommentReference"/>
        </w:rPr>
        <w:annotationRef/>
      </w:r>
      <w:r>
        <w:t>6行目 検収品目を記入</w:t>
      </w:r>
    </w:p>
  </w:comment>
  <w:comment w:id="32" w:author="やっとくん" w:initials="" w:date="2026-10-04T06:55:05Z">
    <w:p>
      <w:pPr>
        <w:pStyle w:val="CommentText"/>
      </w:pPr>
      <w:r>
        <w:rPr>
          <w:rStyle w:val="CommentReference"/>
        </w:rPr>
        <w:annotationRef/>
      </w:r>
      <w:r>
        <w:t>6行目 数量を記入</w:t>
      </w:r>
    </w:p>
  </w:comment>
  <w:comment w:id="33" w:author="やっとくん" w:initials="" w:date="2026-10-04T06:55:05Z">
    <w:p>
      <w:pPr>
        <w:pStyle w:val="CommentText"/>
      </w:pPr>
      <w:r>
        <w:rPr>
          <w:rStyle w:val="CommentReference"/>
        </w:rPr>
        <w:annotationRef/>
      </w:r>
      <w:r>
        <w:t>6行目 単位を記入</w:t>
      </w:r>
    </w:p>
  </w:comment>
  <w:comment w:id="34" w:author="やっとくん" w:initials="" w:date="2026-10-04T06:55:05Z">
    <w:p>
      <w:pPr>
        <w:pStyle w:val="CommentText"/>
      </w:pPr>
      <w:r>
        <w:rPr>
          <w:rStyle w:val="CommentReference"/>
        </w:rPr>
        <w:annotationRef/>
      </w:r>
      <w:r>
        <w:t>6行目 単価を記入</w:t>
      </w:r>
    </w:p>
  </w:comment>
  <w:comment w:id="35" w:author="やっとくん" w:initials="" w:date="2026-10-04T06:55:05Z">
    <w:p>
      <w:pPr>
        <w:pStyle w:val="CommentText"/>
      </w:pPr>
      <w:r>
        <w:rPr>
          <w:rStyle w:val="CommentReference"/>
        </w:rPr>
        <w:annotationRef/>
      </w:r>
      <w:r>
        <w:t>7行目 検収品目を記入</w:t>
      </w:r>
    </w:p>
  </w:comment>
  <w:comment w:id="36" w:author="やっとくん" w:initials="" w:date="2026-10-04T06:55:05Z">
    <w:p>
      <w:pPr>
        <w:pStyle w:val="CommentText"/>
      </w:pPr>
      <w:r>
        <w:rPr>
          <w:rStyle w:val="CommentReference"/>
        </w:rPr>
        <w:annotationRef/>
      </w:r>
      <w:r>
        <w:t>7行目 数量を記入</w:t>
      </w:r>
    </w:p>
  </w:comment>
  <w:comment w:id="37" w:author="やっとくん" w:initials="" w:date="2026-10-04T06:55:05Z">
    <w:p>
      <w:pPr>
        <w:pStyle w:val="CommentText"/>
      </w:pPr>
      <w:r>
        <w:rPr>
          <w:rStyle w:val="CommentReference"/>
        </w:rPr>
        <w:annotationRef/>
      </w:r>
      <w:r>
        <w:t>7行目 単位を記入</w:t>
      </w:r>
    </w:p>
  </w:comment>
  <w:comment w:id="38" w:author="やっとくん" w:initials="" w:date="2026-10-04T06:55:05Z">
    <w:p>
      <w:pPr>
        <w:pStyle w:val="CommentText"/>
      </w:pPr>
      <w:r>
        <w:rPr>
          <w:rStyle w:val="CommentReference"/>
        </w:rPr>
        <w:annotationRef/>
      </w:r>
      <w:r>
        <w:t>7行目 単価を記入</w:t>
      </w:r>
    </w:p>
  </w:comment>
  <w:comment w:id="39" w:author="やっとくん" w:initials="" w:date="2026-10-04T06:55:05Z">
    <w:p>
      <w:pPr>
        <w:pStyle w:val="CommentText"/>
      </w:pPr>
      <w:r>
        <w:rPr>
          <w:rStyle w:val="CommentReference"/>
        </w:rPr>
        <w:annotationRef/>
      </w:r>
      <w:r>
        <w:t>備考 1：例 資材部 山田 太郎</w:t>
      </w:r>
    </w:p>
  </w:comment>
  <w:comment w:id="40" w:author="やっとくん" w:initials="" w:date="2026-10-04T06:55:05Z">
    <w:p>
      <w:pPr>
        <w:pStyle w:val="CommentText"/>
      </w:pPr>
      <w:r>
        <w:rPr>
          <w:rStyle w:val="CommentReference"/>
        </w:rPr>
        <w:annotationRef/>
      </w:r>
      <w:r>
        <w:t>備考 12：例 03-0000-0000</w:t>
      </w:r>
    </w:p>
  </w:comment>
  <w:comment w:id="41" w:author="やっとくん" w:initials="" w:date="2026-10-04T06:55:05Z">
    <w:p>
      <w:pPr>
        <w:pStyle w:val="CommentText"/>
      </w:pPr>
      <w:r>
        <w:rPr>
          <w:rStyle w:val="CommentReference"/>
        </w:rPr>
        <w:annotationRef/>
      </w:r>
      <w:r>
        <w:t>備考 13：例 hello@example.com</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