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8" w:before="0" w:line="564" w:lineRule="exact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緊急連絡網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事業所：【株式会社やっとくん】 1 号店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9 月 1 日】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更新：年 2 回（4 月・10 月）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共有範囲：店舗責任者まで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907"/>
        <w:gridCol w:w="1814"/>
        <w:gridCol w:w="2154"/>
        <w:gridCol w:w="1928"/>
        <w:gridCol w:w="1928"/>
        <w:gridCol w:w="2041"/>
        <w:gridCol w:w="3912"/>
      </w:tblGrid>
      <w:tr>
        <w:trPr>
          <w:trHeight w:val="435" w:hRule="exact"/>
        </w:trPr>
        <w:tc>
          <w:tcPr>
            <w:tcW w:type="dxa" w:w="90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連絡順</w:t>
            </w:r>
          </w:p>
        </w:tc>
        <w:tc>
          <w:tcPr>
            <w:tcW w:type="dxa" w:w="181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氏名</w:t>
            </w:r>
          </w:p>
        </w:tc>
        <w:tc>
          <w:tcPr>
            <w:tcW w:type="dxa" w:w="215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所属・役職</w:t>
            </w:r>
          </w:p>
        </w:tc>
        <w:tc>
          <w:tcPr>
            <w:tcW w:type="dxa" w:w="192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連絡先（携帯）</w:t>
            </w:r>
          </w:p>
        </w:tc>
        <w:tc>
          <w:tcPr>
            <w:tcW w:type="dxa" w:w="192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予備連絡先</w:t>
            </w:r>
          </w:p>
        </w:tc>
        <w:tc>
          <w:tcPr>
            <w:tcW w:type="dxa" w:w="204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次に連絡する相手</w:t>
            </w:r>
          </w:p>
        </w:tc>
        <w:tc>
          <w:tcPr>
            <w:tcW w:type="dxa" w:w="3912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備考</w:t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佐藤 一郎</w:t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代表取締役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090-1234-0001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03-1234-0001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 太郎</w:t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最初の連絡先。夜間もこの順で連絡する</w:t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 太郎</w:t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管理部　部長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090-1234-0002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03-1234-0002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田中 健</w:t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不通の場合は次の順位へ進む</w:t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田中 健</w:t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号店　店長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090-1234-0003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高橋 美咲</w:t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高橋 美咲</w:t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号店　副店長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090-1234-0004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渡辺 大輔</w:t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</w:t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渡辺 大輔</w:t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号店　スタッフ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090-1234-0005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佐藤 一郎へ報告</w:t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最後まで回ったら 1 番へ完了報告を戻す</w:t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90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81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15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391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4876"/>
        <w:gridCol w:w="1928"/>
        <w:gridCol w:w="1928"/>
        <w:gridCol w:w="2041"/>
        <w:gridCol w:w="3912"/>
      </w:tblGrid>
      <w:tr>
        <w:trPr>
          <w:trHeight w:val="384" w:hRule="exact"/>
        </w:trPr>
        <w:tc>
          <w:tcPr>
            <w:tcW w:type="dxa" w:w="4876"/>
          </w:tcPr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17"/>
              </w:rPr>
            </w:r>
          </w:p>
        </w:tc>
        <w:tc>
          <w:tcPr>
            <w:tcW w:type="dxa" w:w="1928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記載人数</w:t>
            </w:r>
          </w:p>
        </w:tc>
        <w:tc>
          <w:tcPr>
            <w:tcW w:type="dxa" w:w="1928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5 名</w:t>
            </w:r>
          </w:p>
        </w:tc>
        <w:tc>
          <w:tcPr>
            <w:tcW w:type="dxa" w:w="204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</w:r>
          </w:p>
        </w:tc>
        <w:tc>
          <w:tcPr>
            <w:tcW w:type="dxa" w:w="3912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一般的な様式です。個人の連絡先を含むため、本人の同意を得て作成し、共有範囲を限定して管理してください。掲示・持ち出しのきまりは各社で定めてください。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