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緊急連絡網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707"/>
        <w:gridCol w:w="11977"/>
      </w:tblGrid>
      <w:tr>
        <w:trPr>
          <w:trHeight w:val="342" w:hRule="atLeast"/>
        </w:trPr>
        <w:tc>
          <w:tcPr>
            <w:tcW w:type="dxa" w:w="270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事業所</w:t>
            </w:r>
          </w:p>
        </w:tc>
        <w:tc>
          <w:tcPr>
            <w:tcW w:type="dxa" w:w="1197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【株式会社やっとくん 1 号店】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270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作成日</w:t>
            </w:r>
          </w:p>
        </w:tc>
        <w:tc>
          <w:tcPr>
            <w:tcW w:type="dxa" w:w="1197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9 月 1 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270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更新</w:t>
            </w:r>
          </w:p>
        </w:tc>
        <w:tc>
          <w:tcPr>
            <w:tcW w:type="dxa" w:w="1197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【年 2 回（4 月・10 月）】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  <w:tr>
        <w:trPr>
          <w:trHeight w:val="342" w:hRule="atLeast"/>
        </w:trPr>
        <w:tc>
          <w:tcPr>
            <w:tcW w:type="dxa" w:w="270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共有範囲</w:t>
            </w:r>
          </w:p>
        </w:tc>
        <w:tc>
          <w:tcPr>
            <w:tcW w:type="dxa" w:w="11977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【店舗責任者まで】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04"/>
        <w:gridCol w:w="1802"/>
        <w:gridCol w:w="2146"/>
        <w:gridCol w:w="2002"/>
        <w:gridCol w:w="1927"/>
        <w:gridCol w:w="2026"/>
        <w:gridCol w:w="3875"/>
      </w:tblGrid>
      <w:tr>
        <w:trPr>
          <w:trHeight w:val="367" w:hRule="atLeast"/>
        </w:trPr>
        <w:tc>
          <w:tcPr>
            <w:tcW w:type="dxa" w:w="9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連絡順</w:t>
            </w:r>
          </w:p>
        </w:tc>
        <w:tc>
          <w:tcPr>
            <w:tcW w:type="dxa" w:w="18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氏名</w:t>
            </w:r>
          </w:p>
        </w:tc>
        <w:tc>
          <w:tcPr>
            <w:tcW w:type="dxa" w:w="214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所属・役職</w:t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連絡先（携帯）</w:t>
            </w:r>
          </w:p>
        </w:tc>
        <w:tc>
          <w:tcPr>
            <w:tcW w:type="dxa" w:w="19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予備連絡先</w:t>
            </w:r>
          </w:p>
        </w:tc>
        <w:tc>
          <w:tcPr>
            <w:tcW w:type="dxa" w:w="202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次に連絡する相手</w:t>
            </w:r>
          </w:p>
        </w:tc>
        <w:tc>
          <w:tcPr>
            <w:tcW w:type="dxa" w:w="38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645" w:hRule="atLeast"/>
        </w:trPr>
        <w:tc>
          <w:tcPr>
            <w:tcW w:type="dxa" w:w="9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8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 一郎】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214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【代表取締役】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【090-1234-0001】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9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【03-1234-0001】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202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38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【最初の連絡先。夜間も同じ順で連絡】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  <w:tr>
        <w:trPr>
          <w:trHeight w:val="645" w:hRule="atLeast"/>
        </w:trPr>
        <w:tc>
          <w:tcPr>
            <w:tcW w:type="dxa" w:w="9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8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214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　部長】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【090-1234-0002】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9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【03-1234-0002】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202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【田中 健】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38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【不通の場合は次の順位へ進む】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</w:tr>
      <w:tr>
        <w:trPr>
          <w:trHeight w:val="645" w:hRule="atLeast"/>
        </w:trPr>
        <w:tc>
          <w:tcPr>
            <w:tcW w:type="dxa" w:w="9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8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【田中 健】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214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 号店　店長】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【090-1234-0003】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9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【03-1234-0003】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202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【高橋 美咲】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38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【連絡を受けたら次の順位へ進む】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</w:tr>
      <w:tr>
        <w:trPr>
          <w:trHeight w:val="645" w:hRule="atLeast"/>
        </w:trPr>
        <w:tc>
          <w:tcPr>
            <w:tcW w:type="dxa" w:w="9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【4】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8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【高橋 美咲】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214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 号店　副店長】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【090-1234-0004】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9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【03-1234-0004】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202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【渡辺 大輔】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38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【連絡を受けたら次の順位へ進む】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</w:tr>
      <w:tr>
        <w:trPr>
          <w:trHeight w:val="645" w:hRule="atLeast"/>
        </w:trPr>
        <w:tc>
          <w:tcPr>
            <w:tcW w:type="dxa" w:w="90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8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【渡辺 大輔】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214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 号店　スタッフ】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【090-1234-0005】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9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【03-1234-0005】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202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 一郎へ報告】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387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【全員へ連絡後、1番へ完了報告】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4853"/>
        <w:gridCol w:w="2002"/>
        <w:gridCol w:w="1927"/>
        <w:gridCol w:w="2026"/>
        <w:gridCol w:w="3875"/>
      </w:tblGrid>
      <w:tr>
        <w:tc>
          <w:tcPr>
            <w:tcW w:type="dxa" w:w="4853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2002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記載人数</w:t>
            </w:r>
          </w:p>
        </w:tc>
        <w:tc>
          <w:tcPr>
            <w:tcW w:type="dxa" w:w="1927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名</w:t>
            </w:r>
          </w:p>
        </w:tc>
        <w:tc>
          <w:tcPr>
            <w:tcW w:type="dxa" w:w="2026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387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一般的な様式です。個人の連絡先を含むため、本人の同意を得て作成し、共有範囲を限定して管理してください。掲示・持ち出しのきまりは各社で定めてください。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事業所：例 株式会社やっとくん 1 号店</w:t>
      </w:r>
    </w:p>
  </w:comment>
  <w:comment w:id="1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作成日：例 2026 年 9 月 1 日</w:t>
      </w:r>
    </w:p>
  </w:comment>
  <w:comment w:id="2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更新：例 年 2 回（4 月・10 月）</w:t>
      </w:r>
    </w:p>
  </w:comment>
  <w:comment w:id="3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共有範囲：例 店舗責任者まで</w:t>
      </w:r>
    </w:p>
  </w:comment>
  <w:comment w:id="4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連絡順：例 1</w:t>
      </w:r>
    </w:p>
  </w:comment>
  <w:comment w:id="5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氏名：例 佐藤 一郎</w:t>
      </w:r>
    </w:p>
  </w:comment>
  <w:comment w:id="6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所属・役職：例 代表取締役</w:t>
      </w:r>
    </w:p>
  </w:comment>
  <w:comment w:id="7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連絡先（携帯）：例 090-1234-0001</w:t>
      </w:r>
    </w:p>
  </w:comment>
  <w:comment w:id="8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予備連絡先：例 03-1234-0001</w:t>
      </w:r>
    </w:p>
  </w:comment>
  <w:comment w:id="9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次に連絡する相手：例 山田 太郎</w:t>
      </w:r>
    </w:p>
  </w:comment>
  <w:comment w:id="10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備考：例 最初の連絡先。夜間も同じ順で連絡</w:t>
      </w:r>
    </w:p>
  </w:comment>
  <w:comment w:id="11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連絡順：例 2</w:t>
      </w:r>
    </w:p>
  </w:comment>
  <w:comment w:id="12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氏名：例 山田 太郎</w:t>
      </w:r>
    </w:p>
  </w:comment>
  <w:comment w:id="13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所属・役職：例 管理部　部長</w:t>
      </w:r>
    </w:p>
  </w:comment>
  <w:comment w:id="14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連絡先（携帯）：例 090-1234-0002</w:t>
      </w:r>
    </w:p>
  </w:comment>
  <w:comment w:id="15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予備連絡先：例 03-1234-0002</w:t>
      </w:r>
    </w:p>
  </w:comment>
  <w:comment w:id="16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次に連絡する相手：例 田中 健</w:t>
      </w:r>
    </w:p>
  </w:comment>
  <w:comment w:id="17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備考：例 不通の場合は次の順位へ進む</w:t>
      </w:r>
    </w:p>
  </w:comment>
  <w:comment w:id="18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連絡順：例 3</w:t>
      </w:r>
    </w:p>
  </w:comment>
  <w:comment w:id="19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氏名：例 田中 健</w:t>
      </w:r>
    </w:p>
  </w:comment>
  <w:comment w:id="20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所属・役職：例 1 号店　店長</w:t>
      </w:r>
    </w:p>
  </w:comment>
  <w:comment w:id="21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連絡先（携帯）：例 090-1234-0003</w:t>
      </w:r>
    </w:p>
  </w:comment>
  <w:comment w:id="22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予備連絡先：例 03-1234-0003</w:t>
      </w:r>
    </w:p>
  </w:comment>
  <w:comment w:id="23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次に連絡する相手：例 高橋 美咲</w:t>
      </w:r>
    </w:p>
  </w:comment>
  <w:comment w:id="24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備考：例 連絡を受けたら次の順位へ進む</w:t>
      </w:r>
    </w:p>
  </w:comment>
  <w:comment w:id="25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4行目 連絡順：例 4</w:t>
      </w:r>
    </w:p>
  </w:comment>
  <w:comment w:id="26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4行目 氏名：例 高橋 美咲</w:t>
      </w:r>
    </w:p>
  </w:comment>
  <w:comment w:id="27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4行目 所属・役職：例 1 号店　副店長</w:t>
      </w:r>
    </w:p>
  </w:comment>
  <w:comment w:id="28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4行目 連絡先（携帯）：例 090-1234-0004</w:t>
      </w:r>
    </w:p>
  </w:comment>
  <w:comment w:id="29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4行目 予備連絡先：例 03-1234-0004</w:t>
      </w:r>
    </w:p>
  </w:comment>
  <w:comment w:id="30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4行目 次に連絡する相手：例 渡辺 大輔</w:t>
      </w:r>
    </w:p>
  </w:comment>
  <w:comment w:id="31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4行目 備考：例 連絡を受けたら次の順位へ進む</w:t>
      </w:r>
    </w:p>
  </w:comment>
  <w:comment w:id="32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5行目 連絡順：例 5</w:t>
      </w:r>
    </w:p>
  </w:comment>
  <w:comment w:id="33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5行目 氏名：例 渡辺 大輔</w:t>
      </w:r>
    </w:p>
  </w:comment>
  <w:comment w:id="34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5行目 所属・役職：例 1 号店　スタッフ</w:t>
      </w:r>
    </w:p>
  </w:comment>
  <w:comment w:id="35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5行目 連絡先（携帯）：例 090-1234-0005</w:t>
      </w:r>
    </w:p>
  </w:comment>
  <w:comment w:id="36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5行目 予備連絡先：例 03-1234-0005</w:t>
      </w:r>
    </w:p>
  </w:comment>
  <w:comment w:id="37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5行目 次に連絡する相手：例 佐藤 一郎へ報告</w:t>
      </w:r>
    </w:p>
  </w:comment>
  <w:comment w:id="38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5行目 備考：例 全員へ連絡後、1番へ完了報告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