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甲（貸主）　【佐藤 一郎】　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乙（借主）　【田中 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金銭消費貸借契約書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第1条　甲（貸主）は下表の金員を乙（借主）へ貸し付け、乙は本日その受領を確認する。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第2条　本貸付けは無利息とする。乙は返済期日までに元金全額を返済する。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第3条　乙は手数料なしで期限前返済ができる。振込手数料は乙が負担する。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第4条　期限後の未払元金には法定利率による遅延損害金を付す。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第5条　住所・連絡先に変更が生じた場合は、相手方へ速やかに通知する。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第6条　日本法を準拠法とし、定めのない事項は法令に従い誠実に協議する。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本書を2通作成し、甲乙が署名または記名押印のうえ各1通を保管する。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721"/>
        <w:gridCol w:w="7030"/>
      </w:tblGrid>
      <w:tr>
        <w:trPr>
          <w:trHeight w:val="435" w:hRule="exact"/>
        </w:trPr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703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合意内容・記入欄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貸付金額・受領日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【金300,000円・2026 年 9 月 15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返済期日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【2027 年 9 月 15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返済方法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【甲指定口座への振込・一括返済】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返済口座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【〇〇銀行〇〇支店 普通1234567】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甲　住所・氏名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【東京都渋谷区神宮前1-1-1・佐藤 一郎】㊞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乙　住所・氏名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【東京都千代田区丸の内1-1-1・田中 健】㊞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使用前の確認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受領済み・無利息・無担保・保証人なしの例です。受領事実と返済口座を確認します。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利息・分割・保証を追加する場合は別途設計が必要です。紙の契約は印紙税も確認します。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一般的な記入例です。【 】を書き換え、対象となる取引・定款・法令に合わせて使用してください。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