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 w:before="0" w:line="615" w:lineRule="exact"/>
        <w:jc w:val="center"/>
      </w:pPr>
      <w:r>
        <w:rPr>
          <w:rFonts w:ascii="Yu Gothic" w:hAnsi="Yu Gothic" w:eastAsia="Yu Gothic"/>
          <w:b/>
          <w:color w:val="141414"/>
          <w:sz w:val="28"/>
        </w:rPr>
        <w:t>顧客名簿</w:t>
      </w:r>
    </w:p>
    <w:tbl>
      <w:tblPr>
        <w:tblW w:type="auto" w:w="0"/>
        <w:tblLayout w:type="fixed"/>
        <w:tblLook w:firstColumn="1" w:firstRow="1" w:lastColumn="0" w:lastRow="0" w:noHBand="0" w:noVBand="1" w:val="04A0"/>
        <w:tblInd w:w="0" w:type="dxa"/>
        <w:tblCellMar>
          <w:left w:w="0" w:type="dxa"/>
          <w:right w:w="0" w:type="dxa"/>
          <w:top w:w="34" w:type="dxa"/>
          <w:bottom w:w="34" w:type="dxa"/>
        </w:tblCellMar>
      </w:tblPr>
      <w:tblGrid>
        <w:gridCol w:w="3241"/>
        <w:gridCol w:w="11443"/>
      </w:tblGrid>
      <w:tr>
        <w:trPr>
          <w:trHeight w:val="342" w:hRule="atLeast"/>
        </w:trPr>
        <w:tc>
          <w:tcPr>
            <w:tcW w:type="dxa" w:w="3241"/>
            <w:vAlign w:val="center"/>
          </w:tcPr>
          <w:p>
            <w:pPr>
              <w:spacing w:after="0" w:before="0" w:line="300" w:lineRule="exact"/>
              <w:ind w:left="57" w:right="57"/>
              <w:jc w:val="left"/>
              <w:autoSpaceDE w:val="0"/>
              <w:autoSpaceDN w:val="0"/>
            </w:pPr>
            <w:r>
              <w:rPr>
                <w:rFonts w:ascii="Yu Gothic" w:hAnsi="Yu Gothic" w:eastAsia="Yu Gothic"/>
                <w:b w:val="0"/>
                <w:color w:val="141414"/>
                <w:sz w:val="20"/>
              </w:rPr>
              <w:t>区分</w:t>
            </w:r>
          </w:p>
        </w:tc>
        <w:tc>
          <w:tcPr>
            <w:tcW w:type="dxa" w:w="11443"/>
            <w:vAlign w:val="center"/>
          </w:tcPr>
          <w:p>
            <w:pPr>
              <w:spacing w:after="0" w:before="0" w:line="300" w:lineRule="exact"/>
              <w:ind w:left="57" w:right="57"/>
              <w:jc w:val="left"/>
              <w:autoSpaceDE w:val="0"/>
              <w:autoSpaceDN w:val="0"/>
            </w:pPr>
            <w:commentRangeStart w:id="0"/>
            <w:r>
              <w:rPr>
                <w:rFonts w:ascii="Yu Gothic" w:hAnsi="Yu Gothic" w:eastAsia="Yu Gothic"/>
                <w:b w:val="0"/>
                <w:color w:val="141414"/>
                <w:sz w:val="20"/>
              </w:rPr>
              <w:t>【全社】</w:t>
            </w:r>
            <w:commentRangeEnd w:id="0"/>
            <w:r>
              <w:rPr>
                <w:rStyle w:val="CommentReference"/>
              </w:rPr>
              <w:commentReference w:id="0"/>
            </w:r>
          </w:p>
        </w:tc>
      </w:tr>
      <w:tr>
        <w:trPr>
          <w:trHeight w:val="342" w:hRule="atLeast"/>
        </w:trPr>
        <w:tc>
          <w:tcPr>
            <w:tcW w:type="dxa" w:w="3241"/>
            <w:vAlign w:val="center"/>
          </w:tcPr>
          <w:p>
            <w:pPr>
              <w:spacing w:after="0" w:before="0" w:line="300" w:lineRule="exact"/>
              <w:ind w:left="57" w:right="57"/>
              <w:jc w:val="left"/>
              <w:autoSpaceDE w:val="0"/>
              <w:autoSpaceDN w:val="0"/>
            </w:pPr>
            <w:r>
              <w:rPr>
                <w:rFonts w:ascii="Yu Gothic" w:hAnsi="Yu Gothic" w:eastAsia="Yu Gothic"/>
                <w:b w:val="0"/>
                <w:color w:val="141414"/>
                <w:sz w:val="20"/>
              </w:rPr>
              <w:t>更新日</w:t>
            </w:r>
          </w:p>
        </w:tc>
        <w:tc>
          <w:tcPr>
            <w:tcW w:type="dxa" w:w="11443"/>
            <w:vAlign w:val="center"/>
          </w:tcPr>
          <w:p>
            <w:pPr>
              <w:spacing w:after="0" w:before="0" w:line="300" w:lineRule="exact"/>
              <w:ind w:left="57" w:right="57"/>
              <w:jc w:val="left"/>
              <w:autoSpaceDE w:val="0"/>
              <w:autoSpaceDN w:val="0"/>
            </w:pPr>
            <w:commentRangeStart w:id="1"/>
            <w:r>
              <w:rPr>
                <w:rFonts w:ascii="Yu Gothic" w:hAnsi="Yu Gothic" w:eastAsia="Yu Gothic"/>
                <w:b w:val="0"/>
                <w:color w:val="141414"/>
                <w:sz w:val="20"/>
              </w:rPr>
              <w:t>【2026 年 8 月 25 日】</w:t>
            </w:r>
            <w:commentRangeEnd w:id="1"/>
            <w:r>
              <w:rPr>
                <w:rStyle w:val="CommentReference"/>
              </w:rPr>
              <w:commentReference w:id="1"/>
            </w:r>
          </w:p>
        </w:tc>
      </w:tr>
      <w:tr>
        <w:trPr>
          <w:trHeight w:val="342" w:hRule="atLeast"/>
        </w:trPr>
        <w:tc>
          <w:tcPr>
            <w:tcW w:type="dxa" w:w="3241"/>
            <w:vAlign w:val="center"/>
          </w:tcPr>
          <w:p>
            <w:pPr>
              <w:spacing w:after="0" w:before="0" w:line="300" w:lineRule="exact"/>
              <w:ind w:left="57" w:right="57"/>
              <w:jc w:val="left"/>
              <w:autoSpaceDE w:val="0"/>
              <w:autoSpaceDN w:val="0"/>
            </w:pPr>
            <w:r>
              <w:rPr>
                <w:rFonts w:ascii="Yu Gothic" w:hAnsi="Yu Gothic" w:eastAsia="Yu Gothic"/>
                <w:b w:val="0"/>
                <w:color w:val="141414"/>
                <w:sz w:val="20"/>
              </w:rPr>
              <w:t>管理者</w:t>
            </w:r>
          </w:p>
        </w:tc>
        <w:tc>
          <w:tcPr>
            <w:tcW w:type="dxa" w:w="11443"/>
            <w:vAlign w:val="center"/>
          </w:tcPr>
          <w:p>
            <w:pPr>
              <w:spacing w:after="0" w:before="0" w:line="300" w:lineRule="exact"/>
              <w:ind w:left="57" w:right="57"/>
              <w:jc w:val="left"/>
              <w:autoSpaceDE w:val="0"/>
              <w:autoSpaceDN w:val="0"/>
            </w:pPr>
            <w:commentRangeStart w:id="2"/>
            <w:r>
              <w:rPr>
                <w:rFonts w:ascii="Yu Gothic" w:hAnsi="Yu Gothic" w:eastAsia="Yu Gothic"/>
                <w:b w:val="0"/>
                <w:color w:val="141414"/>
                <w:sz w:val="20"/>
              </w:rPr>
              <w:t>【山田 太郎】</w:t>
            </w:r>
            <w:commentRangeEnd w:id="2"/>
            <w:r>
              <w:rPr>
                <w:rStyle w:val="CommentReference"/>
              </w:rPr>
              <w:commentReference w:id="2"/>
            </w:r>
          </w:p>
        </w:tc>
      </w:tr>
    </w:tbl>
    <w:p>
      <w:pPr>
        <w:spacing w:after="0" w:before="0" w:line="217" w:lineRule="auto"/>
        <w:jc w:val="left"/>
      </w:pPr>
      <w:r>
        <w:rPr>
          <w:rFonts w:ascii="Yu Gothic" w:hAnsi="Yu Gothic" w:eastAsia="Yu Gothic"/>
          <w:b w:val="0"/>
          <w:color w:val="141414"/>
          <w:sz w:val="16"/>
        </w:rPr>
      </w:r>
    </w:p>
    <w:tbl>
      <w:tblPr>
        <w:tblW w:type="auto" w:w="0"/>
        <w:tblLayout w:type="fixed"/>
        <w:tblLook w:firstColumn="1" w:firstRow="1" w:lastColumn="0" w:lastRow="0" w:noHBand="0" w:noVBand="1" w:val="04A0"/>
        <w:tblInd w:w="0" w:type="dxa"/>
        <w:tblCellMar>
          <w:left w:w="0" w:type="dxa"/>
          <w:right w:w="0" w:type="dxa"/>
          <w:top w:w="34" w:type="dxa"/>
          <w:bottom w:w="34" w:type="dxa"/>
        </w:tblCellMar>
      </w:tblPr>
      <w:tblGrid>
        <w:gridCol w:w="1435"/>
        <w:gridCol w:w="1805"/>
        <w:gridCol w:w="1205"/>
        <w:gridCol w:w="1400"/>
        <w:gridCol w:w="1970"/>
        <w:gridCol w:w="2778"/>
        <w:gridCol w:w="1688"/>
        <w:gridCol w:w="2402"/>
      </w:tblGrid>
      <w:tr>
        <w:trPr>
          <w:trHeight w:val="367" w:hRule="atLeast"/>
        </w:trPr>
        <w:tc>
          <w:tcPr>
            <w:tcW w:type="dxa" w:w="1435"/>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r>
              <w:rPr>
                <w:rFonts w:ascii="Yu Gothic" w:hAnsi="Yu Gothic" w:eastAsia="Yu Gothic"/>
                <w:b/>
                <w:color w:val="141414"/>
                <w:sz w:val="20"/>
              </w:rPr>
              <w:t>顧客番号</w:t>
            </w:r>
          </w:p>
        </w:tc>
        <w:tc>
          <w:tcPr>
            <w:tcW w:type="dxa" w:w="1805"/>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r>
              <w:rPr>
                <w:rFonts w:ascii="Yu Gothic" w:hAnsi="Yu Gothic" w:eastAsia="Yu Gothic"/>
                <w:b/>
                <w:color w:val="141414"/>
                <w:sz w:val="20"/>
              </w:rPr>
              <w:t>会社名</w:t>
            </w:r>
          </w:p>
        </w:tc>
        <w:tc>
          <w:tcPr>
            <w:tcW w:type="dxa" w:w="1205"/>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r>
              <w:rPr>
                <w:rFonts w:ascii="Yu Gothic" w:hAnsi="Yu Gothic" w:eastAsia="Yu Gothic"/>
                <w:b/>
                <w:color w:val="141414"/>
                <w:sz w:val="20"/>
              </w:rPr>
              <w:t>部署</w:t>
            </w:r>
          </w:p>
        </w:tc>
        <w:tc>
          <w:tcPr>
            <w:tcW w:type="dxa" w:w="1400"/>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r>
              <w:rPr>
                <w:rFonts w:ascii="Yu Gothic" w:hAnsi="Yu Gothic" w:eastAsia="Yu Gothic"/>
                <w:b/>
                <w:color w:val="141414"/>
                <w:sz w:val="20"/>
              </w:rPr>
              <w:t>担当者</w:t>
            </w:r>
          </w:p>
        </w:tc>
        <w:tc>
          <w:tcPr>
            <w:tcW w:type="dxa" w:w="1970"/>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r>
              <w:rPr>
                <w:rFonts w:ascii="Yu Gothic" w:hAnsi="Yu Gothic" w:eastAsia="Yu Gothic"/>
                <w:b/>
                <w:color w:val="141414"/>
                <w:sz w:val="20"/>
              </w:rPr>
              <w:t>電話</w:t>
            </w:r>
          </w:p>
        </w:tc>
        <w:tc>
          <w:tcPr>
            <w:tcW w:type="dxa" w:w="2778"/>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r>
              <w:rPr>
                <w:rFonts w:ascii="Yu Gothic" w:hAnsi="Yu Gothic" w:eastAsia="Yu Gothic"/>
                <w:b/>
                <w:color w:val="141414"/>
                <w:sz w:val="20"/>
              </w:rPr>
              <w:t>メール</w:t>
            </w:r>
          </w:p>
        </w:tc>
        <w:tc>
          <w:tcPr>
            <w:tcW w:type="dxa" w:w="1688"/>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r>
              <w:rPr>
                <w:rFonts w:ascii="Yu Gothic" w:hAnsi="Yu Gothic" w:eastAsia="Yu Gothic"/>
                <w:b/>
                <w:color w:val="141414"/>
                <w:sz w:val="20"/>
              </w:rPr>
              <w:t>初回取引日</w:t>
            </w:r>
          </w:p>
        </w:tc>
        <w:tc>
          <w:tcPr>
            <w:tcW w:type="dxa" w:w="2402"/>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r>
              <w:rPr>
                <w:rFonts w:ascii="Yu Gothic" w:hAnsi="Yu Gothic" w:eastAsia="Yu Gothic"/>
                <w:b/>
                <w:color w:val="141414"/>
                <w:sz w:val="20"/>
              </w:rPr>
              <w:t>備考</w:t>
            </w:r>
          </w:p>
        </w:tc>
      </w:tr>
      <w:tr>
        <w:trPr>
          <w:trHeight w:val="645" w:hRule="atLeast"/>
        </w:trPr>
        <w:tc>
          <w:tcPr>
            <w:tcW w:type="dxa" w:w="1435"/>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3"/>
            <w:r>
              <w:rPr>
                <w:rFonts w:ascii="Yu Gothic" w:hAnsi="Yu Gothic" w:eastAsia="Yu Gothic"/>
                <w:b w:val="0"/>
                <w:color w:val="141414"/>
                <w:sz w:val="20"/>
              </w:rPr>
              <w:t>【CUS-001】</w:t>
            </w:r>
            <w:commentRangeEnd w:id="3"/>
            <w:r>
              <w:rPr>
                <w:rStyle w:val="CommentReference"/>
              </w:rPr>
              <w:commentReference w:id="3"/>
            </w:r>
          </w:p>
        </w:tc>
        <w:tc>
          <w:tcPr>
            <w:tcW w:type="dxa" w:w="1805"/>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4"/>
            <w:r>
              <w:rPr>
                <w:rFonts w:ascii="Yu Gothic" w:hAnsi="Yu Gothic" w:eastAsia="Yu Gothic"/>
                <w:b w:val="0"/>
                <w:color w:val="141414"/>
                <w:sz w:val="20"/>
              </w:rPr>
              <w:t>【株式会社</w:t>
              <w:br/>
              <w:t>サンプル商事】</w:t>
            </w:r>
            <w:commentRangeEnd w:id="4"/>
            <w:r>
              <w:rPr>
                <w:rStyle w:val="CommentReference"/>
              </w:rPr>
              <w:commentReference w:id="4"/>
            </w:r>
          </w:p>
        </w:tc>
        <w:tc>
          <w:tcPr>
            <w:tcW w:type="dxa" w:w="1205"/>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5"/>
            <w:r>
              <w:rPr>
                <w:rFonts w:ascii="Yu Gothic" w:hAnsi="Yu Gothic" w:eastAsia="Yu Gothic"/>
                <w:b w:val="0"/>
                <w:color w:val="141414"/>
                <w:sz w:val="20"/>
              </w:rPr>
              <w:t>【購買部】</w:t>
            </w:r>
            <w:commentRangeEnd w:id="5"/>
            <w:r>
              <w:rPr>
                <w:rStyle w:val="CommentReference"/>
              </w:rPr>
              <w:commentReference w:id="5"/>
            </w:r>
          </w:p>
        </w:tc>
        <w:tc>
          <w:tcPr>
            <w:tcW w:type="dxa" w:w="1400"/>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6"/>
            <w:r>
              <w:rPr>
                <w:rFonts w:ascii="Yu Gothic" w:hAnsi="Yu Gothic" w:eastAsia="Yu Gothic"/>
                <w:b w:val="0"/>
                <w:color w:val="141414"/>
                <w:sz w:val="20"/>
              </w:rPr>
              <w:t>【山田 太郎】</w:t>
            </w:r>
            <w:commentRangeEnd w:id="6"/>
            <w:r>
              <w:rPr>
                <w:rStyle w:val="CommentReference"/>
              </w:rPr>
              <w:commentReference w:id="6"/>
            </w:r>
          </w:p>
        </w:tc>
        <w:tc>
          <w:tcPr>
            <w:tcW w:type="dxa" w:w="1970"/>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7"/>
            <w:r>
              <w:rPr>
                <w:rFonts w:ascii="Yu Gothic" w:hAnsi="Yu Gothic" w:eastAsia="Yu Gothic"/>
                <w:b w:val="0"/>
                <w:color w:val="141414"/>
                <w:sz w:val="20"/>
              </w:rPr>
              <w:t>【03-0000-0001】</w:t>
            </w:r>
            <w:commentRangeEnd w:id="7"/>
            <w:r>
              <w:rPr>
                <w:rStyle w:val="CommentReference"/>
              </w:rPr>
              <w:commentReference w:id="7"/>
            </w:r>
          </w:p>
        </w:tc>
        <w:tc>
          <w:tcPr>
            <w:tcW w:type="dxa" w:w="2778"/>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8"/>
            <w:r>
              <w:rPr>
                <w:rFonts w:ascii="Yu Gothic" w:hAnsi="Yu Gothic" w:eastAsia="Yu Gothic"/>
                <w:b w:val="0"/>
                <w:color w:val="141414"/>
                <w:sz w:val="20"/>
              </w:rPr>
              <w:t>【sample1@example.co.jp】</w:t>
            </w:r>
            <w:commentRangeEnd w:id="8"/>
            <w:r>
              <w:rPr>
                <w:rStyle w:val="CommentReference"/>
              </w:rPr>
              <w:commentReference w:id="8"/>
            </w:r>
          </w:p>
        </w:tc>
        <w:tc>
          <w:tcPr>
            <w:tcW w:type="dxa" w:w="1688"/>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9"/>
            <w:r>
              <w:rPr>
                <w:rFonts w:ascii="Yu Gothic" w:hAnsi="Yu Gothic" w:eastAsia="Yu Gothic"/>
                <w:b w:val="0"/>
                <w:color w:val="141414"/>
                <w:sz w:val="20"/>
              </w:rPr>
              <w:t>【2021/04/12】</w:t>
            </w:r>
            <w:commentRangeEnd w:id="9"/>
            <w:r>
              <w:rPr>
                <w:rStyle w:val="CommentReference"/>
              </w:rPr>
              <w:commentReference w:id="9"/>
            </w:r>
          </w:p>
        </w:tc>
        <w:tc>
          <w:tcPr>
            <w:tcW w:type="dxa" w:w="2402"/>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10"/>
            <w:r>
              <w:rPr>
                <w:rFonts w:ascii="Yu Gothic" w:hAnsi="Yu Gothic" w:eastAsia="Yu Gothic"/>
                <w:b w:val="0"/>
                <w:color w:val="141414"/>
                <w:sz w:val="20"/>
              </w:rPr>
              <w:t>【月末締め翌月末払い】</w:t>
            </w:r>
            <w:commentRangeEnd w:id="10"/>
            <w:r>
              <w:rPr>
                <w:rStyle w:val="CommentReference"/>
              </w:rPr>
              <w:commentReference w:id="10"/>
            </w:r>
          </w:p>
        </w:tc>
      </w:tr>
      <w:tr>
        <w:trPr>
          <w:trHeight w:val="645" w:hRule="atLeast"/>
        </w:trPr>
        <w:tc>
          <w:tcPr>
            <w:tcW w:type="dxa" w:w="1435"/>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11"/>
            <w:r>
              <w:rPr>
                <w:rFonts w:ascii="Yu Gothic" w:hAnsi="Yu Gothic" w:eastAsia="Yu Gothic"/>
                <w:b w:val="0"/>
                <w:color w:val="141414"/>
                <w:sz w:val="20"/>
              </w:rPr>
              <w:t>【CUS-002】</w:t>
            </w:r>
            <w:commentRangeEnd w:id="11"/>
            <w:r>
              <w:rPr>
                <w:rStyle w:val="CommentReference"/>
              </w:rPr>
              <w:commentReference w:id="11"/>
            </w:r>
          </w:p>
        </w:tc>
        <w:tc>
          <w:tcPr>
            <w:tcW w:type="dxa" w:w="1805"/>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12"/>
            <w:r>
              <w:rPr>
                <w:rFonts w:ascii="Yu Gothic" w:hAnsi="Yu Gothic" w:eastAsia="Yu Gothic"/>
                <w:b w:val="0"/>
                <w:color w:val="141414"/>
                <w:sz w:val="20"/>
              </w:rPr>
              <w:t>【サンプル物産</w:t>
              <w:br/>
              <w:t>株式会社】</w:t>
            </w:r>
            <w:commentRangeEnd w:id="12"/>
            <w:r>
              <w:rPr>
                <w:rStyle w:val="CommentReference"/>
              </w:rPr>
              <w:commentReference w:id="12"/>
            </w:r>
          </w:p>
        </w:tc>
        <w:tc>
          <w:tcPr>
            <w:tcW w:type="dxa" w:w="1205"/>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13"/>
            <w:r>
              <w:rPr>
                <w:rFonts w:ascii="Yu Gothic" w:hAnsi="Yu Gothic" w:eastAsia="Yu Gothic"/>
                <w:b w:val="0"/>
                <w:color w:val="141414"/>
                <w:sz w:val="20"/>
              </w:rPr>
              <w:t>【総務部】</w:t>
            </w:r>
            <w:commentRangeEnd w:id="13"/>
            <w:r>
              <w:rPr>
                <w:rStyle w:val="CommentReference"/>
              </w:rPr>
              <w:commentReference w:id="13"/>
            </w:r>
          </w:p>
        </w:tc>
        <w:tc>
          <w:tcPr>
            <w:tcW w:type="dxa" w:w="1400"/>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14"/>
            <w:r>
              <w:rPr>
                <w:rFonts w:ascii="Yu Gothic" w:hAnsi="Yu Gothic" w:eastAsia="Yu Gothic"/>
                <w:b w:val="0"/>
                <w:color w:val="141414"/>
                <w:sz w:val="20"/>
              </w:rPr>
              <w:t>【佐藤 花子】</w:t>
            </w:r>
            <w:commentRangeEnd w:id="14"/>
            <w:r>
              <w:rPr>
                <w:rStyle w:val="CommentReference"/>
              </w:rPr>
              <w:commentReference w:id="14"/>
            </w:r>
          </w:p>
        </w:tc>
        <w:tc>
          <w:tcPr>
            <w:tcW w:type="dxa" w:w="1970"/>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15"/>
            <w:r>
              <w:rPr>
                <w:rFonts w:ascii="Yu Gothic" w:hAnsi="Yu Gothic" w:eastAsia="Yu Gothic"/>
                <w:b w:val="0"/>
                <w:color w:val="141414"/>
                <w:sz w:val="20"/>
              </w:rPr>
              <w:t>【03-0000-0002】</w:t>
            </w:r>
            <w:commentRangeEnd w:id="15"/>
            <w:r>
              <w:rPr>
                <w:rStyle w:val="CommentReference"/>
              </w:rPr>
              <w:commentReference w:id="15"/>
            </w:r>
          </w:p>
        </w:tc>
        <w:tc>
          <w:tcPr>
            <w:tcW w:type="dxa" w:w="2778"/>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16"/>
            <w:r>
              <w:rPr>
                <w:rFonts w:ascii="Yu Gothic" w:hAnsi="Yu Gothic" w:eastAsia="Yu Gothic"/>
                <w:b w:val="0"/>
                <w:color w:val="141414"/>
                <w:sz w:val="20"/>
              </w:rPr>
              <w:t>【sample2@example.co.jp】</w:t>
            </w:r>
            <w:commentRangeEnd w:id="16"/>
            <w:r>
              <w:rPr>
                <w:rStyle w:val="CommentReference"/>
              </w:rPr>
              <w:commentReference w:id="16"/>
            </w:r>
          </w:p>
        </w:tc>
        <w:tc>
          <w:tcPr>
            <w:tcW w:type="dxa" w:w="1688"/>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17"/>
            <w:r>
              <w:rPr>
                <w:rFonts w:ascii="Yu Gothic" w:hAnsi="Yu Gothic" w:eastAsia="Yu Gothic"/>
                <w:b w:val="0"/>
                <w:color w:val="141414"/>
                <w:sz w:val="20"/>
              </w:rPr>
              <w:t>【2022/06/01】</w:t>
            </w:r>
            <w:commentRangeEnd w:id="17"/>
            <w:r>
              <w:rPr>
                <w:rStyle w:val="CommentReference"/>
              </w:rPr>
              <w:commentReference w:id="17"/>
            </w:r>
          </w:p>
        </w:tc>
        <w:tc>
          <w:tcPr>
            <w:tcW w:type="dxa" w:w="2402"/>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18"/>
            <w:r>
              <w:rPr>
                <w:rFonts w:ascii="Yu Gothic" w:hAnsi="Yu Gothic" w:eastAsia="Yu Gothic"/>
                <w:b w:val="0"/>
                <w:color w:val="141414"/>
                <w:sz w:val="20"/>
              </w:rPr>
              <w:t>【請求書は郵送のみ】</w:t>
            </w:r>
            <w:commentRangeEnd w:id="18"/>
            <w:r>
              <w:rPr>
                <w:rStyle w:val="CommentReference"/>
              </w:rPr>
              <w:commentReference w:id="18"/>
            </w:r>
          </w:p>
        </w:tc>
      </w:tr>
      <w:tr>
        <w:trPr>
          <w:trHeight w:val="645" w:hRule="atLeast"/>
        </w:trPr>
        <w:tc>
          <w:tcPr>
            <w:tcW w:type="dxa" w:w="1435"/>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19"/>
            <w:r>
              <w:rPr>
                <w:rFonts w:ascii="Yu Gothic" w:hAnsi="Yu Gothic" w:eastAsia="Yu Gothic"/>
                <w:b w:val="0"/>
                <w:color w:val="141414"/>
                <w:sz w:val="20"/>
              </w:rPr>
              <w:t>【CUS-004】</w:t>
            </w:r>
            <w:commentRangeEnd w:id="19"/>
            <w:r>
              <w:rPr>
                <w:rStyle w:val="CommentReference"/>
              </w:rPr>
              <w:commentReference w:id="19"/>
            </w:r>
          </w:p>
        </w:tc>
        <w:tc>
          <w:tcPr>
            <w:tcW w:type="dxa" w:w="1805"/>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20"/>
            <w:r>
              <w:rPr>
                <w:rFonts w:ascii="Yu Gothic" w:hAnsi="Yu Gothic" w:eastAsia="Yu Gothic"/>
                <w:b w:val="0"/>
                <w:color w:val="141414"/>
                <w:sz w:val="20"/>
              </w:rPr>
              <w:t>【サンプル工業</w:t>
              <w:br/>
              <w:t>株式会社】</w:t>
            </w:r>
            <w:commentRangeEnd w:id="20"/>
            <w:r>
              <w:rPr>
                <w:rStyle w:val="CommentReference"/>
              </w:rPr>
              <w:commentReference w:id="20"/>
            </w:r>
          </w:p>
        </w:tc>
        <w:tc>
          <w:tcPr>
            <w:tcW w:type="dxa" w:w="1205"/>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21"/>
            <w:r>
              <w:rPr>
                <w:rFonts w:ascii="Yu Gothic" w:hAnsi="Yu Gothic" w:eastAsia="Yu Gothic"/>
                <w:b w:val="0"/>
                <w:color w:val="141414"/>
                <w:sz w:val="20"/>
              </w:rPr>
              <w:t>【資材部】</w:t>
            </w:r>
            <w:commentRangeEnd w:id="21"/>
            <w:r>
              <w:rPr>
                <w:rStyle w:val="CommentReference"/>
              </w:rPr>
              <w:commentReference w:id="21"/>
            </w:r>
          </w:p>
        </w:tc>
        <w:tc>
          <w:tcPr>
            <w:tcW w:type="dxa" w:w="1400"/>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22"/>
            <w:r>
              <w:rPr>
                <w:rFonts w:ascii="Yu Gothic" w:hAnsi="Yu Gothic" w:eastAsia="Yu Gothic"/>
                <w:b w:val="0"/>
                <w:color w:val="141414"/>
                <w:sz w:val="20"/>
              </w:rPr>
              <w:t>【高橋 美咲】</w:t>
            </w:r>
            <w:commentRangeEnd w:id="22"/>
            <w:r>
              <w:rPr>
                <w:rStyle w:val="CommentReference"/>
              </w:rPr>
              <w:commentReference w:id="22"/>
            </w:r>
          </w:p>
        </w:tc>
        <w:tc>
          <w:tcPr>
            <w:tcW w:type="dxa" w:w="1970"/>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23"/>
            <w:r>
              <w:rPr>
                <w:rFonts w:ascii="Yu Gothic" w:hAnsi="Yu Gothic" w:eastAsia="Yu Gothic"/>
                <w:b w:val="0"/>
                <w:color w:val="141414"/>
                <w:sz w:val="20"/>
              </w:rPr>
              <w:t>【052-000-0004】</w:t>
            </w:r>
            <w:commentRangeEnd w:id="23"/>
            <w:r>
              <w:rPr>
                <w:rStyle w:val="CommentReference"/>
              </w:rPr>
              <w:commentReference w:id="23"/>
            </w:r>
          </w:p>
        </w:tc>
        <w:tc>
          <w:tcPr>
            <w:tcW w:type="dxa" w:w="2778"/>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24"/>
            <w:r>
              <w:rPr>
                <w:rFonts w:ascii="Yu Gothic" w:hAnsi="Yu Gothic" w:eastAsia="Yu Gothic"/>
                <w:b w:val="0"/>
                <w:color w:val="141414"/>
                <w:sz w:val="20"/>
              </w:rPr>
              <w:t>【sample4@example.co.jp】</w:t>
            </w:r>
            <w:commentRangeEnd w:id="24"/>
            <w:r>
              <w:rPr>
                <w:rStyle w:val="CommentReference"/>
              </w:rPr>
              <w:commentReference w:id="24"/>
            </w:r>
          </w:p>
        </w:tc>
        <w:tc>
          <w:tcPr>
            <w:tcW w:type="dxa" w:w="1688"/>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25"/>
            <w:r>
              <w:rPr>
                <w:rFonts w:ascii="Yu Gothic" w:hAnsi="Yu Gothic" w:eastAsia="Yu Gothic"/>
                <w:b w:val="0"/>
                <w:color w:val="141414"/>
                <w:sz w:val="20"/>
              </w:rPr>
              <w:t>【2023/09/05】</w:t>
            </w:r>
            <w:commentRangeEnd w:id="25"/>
            <w:r>
              <w:rPr>
                <w:rStyle w:val="CommentReference"/>
              </w:rPr>
              <w:commentReference w:id="25"/>
            </w:r>
          </w:p>
        </w:tc>
        <w:tc>
          <w:tcPr>
            <w:tcW w:type="dxa" w:w="2402"/>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26"/>
            <w:r>
              <w:rPr>
                <w:rFonts w:ascii="Yu Gothic" w:hAnsi="Yu Gothic" w:eastAsia="Yu Gothic"/>
                <w:b w:val="0"/>
                <w:color w:val="141414"/>
                <w:sz w:val="20"/>
              </w:rPr>
              <w:t>【見積は書面で提出】</w:t>
            </w:r>
            <w:commentRangeEnd w:id="26"/>
            <w:r>
              <w:rPr>
                <w:rStyle w:val="CommentReference"/>
              </w:rPr>
              <w:commentReference w:id="26"/>
            </w:r>
          </w:p>
        </w:tc>
      </w:tr>
      <w:tr>
        <w:trPr>
          <w:trHeight w:val="645" w:hRule="atLeast"/>
        </w:trPr>
        <w:tc>
          <w:tcPr>
            <w:tcW w:type="dxa" w:w="1435"/>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27"/>
            <w:r>
              <w:rPr>
                <w:rFonts w:ascii="Yu Gothic" w:hAnsi="Yu Gothic" w:eastAsia="Yu Gothic"/>
                <w:b w:val="0"/>
                <w:color w:val="141414"/>
                <w:sz w:val="20"/>
              </w:rPr>
              <w:t>【CUS-006】</w:t>
            </w:r>
            <w:commentRangeEnd w:id="27"/>
            <w:r>
              <w:rPr>
                <w:rStyle w:val="CommentReference"/>
              </w:rPr>
              <w:commentReference w:id="27"/>
            </w:r>
          </w:p>
        </w:tc>
        <w:tc>
          <w:tcPr>
            <w:tcW w:type="dxa" w:w="1805"/>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28"/>
            <w:r>
              <w:rPr>
                <w:rFonts w:ascii="Yu Gothic" w:hAnsi="Yu Gothic" w:eastAsia="Yu Gothic"/>
                <w:b w:val="0"/>
                <w:color w:val="141414"/>
                <w:sz w:val="20"/>
              </w:rPr>
              <w:t>【株式会社</w:t>
              <w:br/>
              <w:t>ダミー電機】</w:t>
            </w:r>
            <w:commentRangeEnd w:id="28"/>
            <w:r>
              <w:rPr>
                <w:rStyle w:val="CommentReference"/>
              </w:rPr>
              <w:commentReference w:id="28"/>
            </w:r>
          </w:p>
        </w:tc>
        <w:tc>
          <w:tcPr>
            <w:tcW w:type="dxa" w:w="1205"/>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29"/>
            <w:r>
              <w:rPr>
                <w:rFonts w:ascii="Yu Gothic" w:hAnsi="Yu Gothic" w:eastAsia="Yu Gothic"/>
                <w:b w:val="0"/>
                <w:color w:val="141414"/>
                <w:sz w:val="20"/>
              </w:rPr>
              <w:t>【調達部】</w:t>
            </w:r>
            <w:commentRangeEnd w:id="29"/>
            <w:r>
              <w:rPr>
                <w:rStyle w:val="CommentReference"/>
              </w:rPr>
              <w:commentReference w:id="29"/>
            </w:r>
          </w:p>
        </w:tc>
        <w:tc>
          <w:tcPr>
            <w:tcW w:type="dxa" w:w="1400"/>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30"/>
            <w:r>
              <w:rPr>
                <w:rFonts w:ascii="Yu Gothic" w:hAnsi="Yu Gothic" w:eastAsia="Yu Gothic"/>
                <w:b w:val="0"/>
                <w:color w:val="141414"/>
                <w:sz w:val="20"/>
              </w:rPr>
              <w:t>【伊藤 彩】</w:t>
            </w:r>
            <w:commentRangeEnd w:id="30"/>
            <w:r>
              <w:rPr>
                <w:rStyle w:val="CommentReference"/>
              </w:rPr>
              <w:commentReference w:id="30"/>
            </w:r>
          </w:p>
        </w:tc>
        <w:tc>
          <w:tcPr>
            <w:tcW w:type="dxa" w:w="1970"/>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31"/>
            <w:r>
              <w:rPr>
                <w:rFonts w:ascii="Yu Gothic" w:hAnsi="Yu Gothic" w:eastAsia="Yu Gothic"/>
                <w:b w:val="0"/>
                <w:color w:val="141414"/>
                <w:sz w:val="20"/>
              </w:rPr>
              <w:t>【092-000-0006】</w:t>
            </w:r>
            <w:commentRangeEnd w:id="31"/>
            <w:r>
              <w:rPr>
                <w:rStyle w:val="CommentReference"/>
              </w:rPr>
              <w:commentReference w:id="31"/>
            </w:r>
          </w:p>
        </w:tc>
        <w:tc>
          <w:tcPr>
            <w:tcW w:type="dxa" w:w="2778"/>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32"/>
            <w:r>
              <w:rPr>
                <w:rFonts w:ascii="Yu Gothic" w:hAnsi="Yu Gothic" w:eastAsia="Yu Gothic"/>
                <w:b w:val="0"/>
                <w:color w:val="141414"/>
                <w:sz w:val="20"/>
              </w:rPr>
              <w:t>【sample6@example.co.jp】</w:t>
            </w:r>
            <w:commentRangeEnd w:id="32"/>
            <w:r>
              <w:rPr>
                <w:rStyle w:val="CommentReference"/>
              </w:rPr>
              <w:commentReference w:id="32"/>
            </w:r>
          </w:p>
        </w:tc>
        <w:tc>
          <w:tcPr>
            <w:tcW w:type="dxa" w:w="1688"/>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33"/>
            <w:r>
              <w:rPr>
                <w:rFonts w:ascii="Yu Gothic" w:hAnsi="Yu Gothic" w:eastAsia="Yu Gothic"/>
                <w:b w:val="0"/>
                <w:color w:val="141414"/>
                <w:sz w:val="20"/>
              </w:rPr>
              <w:t>【2024/07/30】</w:t>
            </w:r>
            <w:commentRangeEnd w:id="33"/>
            <w:r>
              <w:rPr>
                <w:rStyle w:val="CommentReference"/>
              </w:rPr>
              <w:commentReference w:id="33"/>
            </w:r>
          </w:p>
        </w:tc>
        <w:tc>
          <w:tcPr>
            <w:tcW w:type="dxa" w:w="2402"/>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34"/>
            <w:r>
              <w:rPr>
                <w:rFonts w:ascii="Yu Gothic" w:hAnsi="Yu Gothic" w:eastAsia="Yu Gothic"/>
                <w:b w:val="0"/>
                <w:color w:val="141414"/>
                <w:sz w:val="20"/>
              </w:rPr>
              <w:t>【納品は平日午前のみ】</w:t>
            </w:r>
            <w:commentRangeEnd w:id="34"/>
            <w:r>
              <w:rPr>
                <w:rStyle w:val="CommentReference"/>
              </w:rPr>
              <w:commentReference w:id="34"/>
            </w:r>
          </w:p>
        </w:tc>
      </w:tr>
      <w:tr>
        <w:trPr>
          <w:trHeight w:val="645" w:hRule="atLeast"/>
        </w:trPr>
        <w:tc>
          <w:tcPr>
            <w:tcW w:type="dxa" w:w="1435"/>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35"/>
            <w:r>
              <w:rPr>
                <w:rFonts w:ascii="Yu Gothic" w:hAnsi="Yu Gothic" w:eastAsia="Yu Gothic"/>
                <w:b w:val="0"/>
                <w:color w:val="141414"/>
                <w:sz w:val="20"/>
              </w:rPr>
              <w:t>【CUS-008】</w:t>
            </w:r>
            <w:commentRangeEnd w:id="35"/>
            <w:r>
              <w:rPr>
                <w:rStyle w:val="CommentReference"/>
              </w:rPr>
              <w:commentReference w:id="35"/>
            </w:r>
          </w:p>
        </w:tc>
        <w:tc>
          <w:tcPr>
            <w:tcW w:type="dxa" w:w="1805"/>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36"/>
            <w:r>
              <w:rPr>
                <w:rFonts w:ascii="Yu Gothic" w:hAnsi="Yu Gothic" w:eastAsia="Yu Gothic"/>
                <w:b w:val="0"/>
                <w:color w:val="141414"/>
                <w:sz w:val="20"/>
              </w:rPr>
              <w:t>【テスト建設</w:t>
              <w:br/>
              <w:t>株式会社】</w:t>
            </w:r>
            <w:commentRangeEnd w:id="36"/>
            <w:r>
              <w:rPr>
                <w:rStyle w:val="CommentReference"/>
              </w:rPr>
              <w:commentReference w:id="36"/>
            </w:r>
          </w:p>
        </w:tc>
        <w:tc>
          <w:tcPr>
            <w:tcW w:type="dxa" w:w="1205"/>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37"/>
            <w:r>
              <w:rPr>
                <w:rFonts w:ascii="Yu Gothic" w:hAnsi="Yu Gothic" w:eastAsia="Yu Gothic"/>
                <w:b w:val="0"/>
                <w:color w:val="141414"/>
                <w:sz w:val="20"/>
              </w:rPr>
              <w:t>【工事部】</w:t>
            </w:r>
            <w:commentRangeEnd w:id="37"/>
            <w:r>
              <w:rPr>
                <w:rStyle w:val="CommentReference"/>
              </w:rPr>
              <w:commentReference w:id="37"/>
            </w:r>
          </w:p>
        </w:tc>
        <w:tc>
          <w:tcPr>
            <w:tcW w:type="dxa" w:w="1400"/>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38"/>
            <w:r>
              <w:rPr>
                <w:rFonts w:ascii="Yu Gothic" w:hAnsi="Yu Gothic" w:eastAsia="Yu Gothic"/>
                <w:b w:val="0"/>
                <w:color w:val="141414"/>
                <w:sz w:val="20"/>
              </w:rPr>
              <w:t>【中村 優】</w:t>
            </w:r>
            <w:commentRangeEnd w:id="38"/>
            <w:r>
              <w:rPr>
                <w:rStyle w:val="CommentReference"/>
              </w:rPr>
              <w:commentReference w:id="38"/>
            </w:r>
          </w:p>
        </w:tc>
        <w:tc>
          <w:tcPr>
            <w:tcW w:type="dxa" w:w="1970"/>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39"/>
            <w:r>
              <w:rPr>
                <w:rFonts w:ascii="Yu Gothic" w:hAnsi="Yu Gothic" w:eastAsia="Yu Gothic"/>
                <w:b w:val="0"/>
                <w:color w:val="141414"/>
                <w:sz w:val="20"/>
              </w:rPr>
              <w:t>【022-000-0008】</w:t>
            </w:r>
            <w:commentRangeEnd w:id="39"/>
            <w:r>
              <w:rPr>
                <w:rStyle w:val="CommentReference"/>
              </w:rPr>
              <w:commentReference w:id="39"/>
            </w:r>
          </w:p>
        </w:tc>
        <w:tc>
          <w:tcPr>
            <w:tcW w:type="dxa" w:w="2778"/>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40"/>
            <w:r>
              <w:rPr>
                <w:rFonts w:ascii="Yu Gothic" w:hAnsi="Yu Gothic" w:eastAsia="Yu Gothic"/>
                <w:b w:val="0"/>
                <w:color w:val="141414"/>
                <w:sz w:val="20"/>
              </w:rPr>
              <w:t>【sample8@example.co.jp】</w:t>
            </w:r>
            <w:commentRangeEnd w:id="40"/>
            <w:r>
              <w:rPr>
                <w:rStyle w:val="CommentReference"/>
              </w:rPr>
              <w:commentReference w:id="40"/>
            </w:r>
          </w:p>
        </w:tc>
        <w:tc>
          <w:tcPr>
            <w:tcW w:type="dxa" w:w="1688"/>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41"/>
            <w:r>
              <w:rPr>
                <w:rFonts w:ascii="Yu Gothic" w:hAnsi="Yu Gothic" w:eastAsia="Yu Gothic"/>
                <w:b w:val="0"/>
                <w:color w:val="141414"/>
                <w:sz w:val="20"/>
              </w:rPr>
              <w:t>【2026/05/08】</w:t>
            </w:r>
            <w:commentRangeEnd w:id="41"/>
            <w:r>
              <w:rPr>
                <w:rStyle w:val="CommentReference"/>
              </w:rPr>
              <w:commentReference w:id="41"/>
            </w:r>
          </w:p>
        </w:tc>
        <w:tc>
          <w:tcPr>
            <w:tcW w:type="dxa" w:w="2402"/>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42"/>
            <w:r>
              <w:rPr>
                <w:rFonts w:ascii="Yu Gothic" w:hAnsi="Yu Gothic" w:eastAsia="Yu Gothic"/>
                <w:b w:val="0"/>
                <w:color w:val="141414"/>
                <w:sz w:val="20"/>
              </w:rPr>
              <w:t>【新規。与信確認中】</w:t>
            </w:r>
            <w:commentRangeEnd w:id="42"/>
            <w:r>
              <w:rPr>
                <w:rStyle w:val="CommentReference"/>
              </w:rPr>
              <w:commentReference w:id="42"/>
            </w:r>
          </w:p>
        </w:tc>
      </w:tr>
    </w:tbl>
    <w:p>
      <w:pPr>
        <w:spacing w:before="0" w:after="0" w:line="20" w:lineRule="exact"/>
      </w:pPr>
      <w:r>
        <w:rPr>
          <w:sz w:val="2"/>
        </w:rPr>
      </w:r>
    </w:p>
    <w:tbl>
      <w:tblPr>
        <w:tblW w:type="auto" w:w="0"/>
        <w:tblLayout w:type="fixed"/>
        <w:tblLook w:firstColumn="1" w:firstRow="1" w:lastColumn="0" w:lastRow="0" w:noHBand="0" w:noVBand="1" w:val="04A0"/>
        <w:tblInd w:w="0" w:type="dxa"/>
        <w:tblCellMar>
          <w:left w:w="0" w:type="dxa"/>
          <w:right w:w="0" w:type="dxa"/>
          <w:top w:w="34" w:type="dxa"/>
          <w:bottom w:w="34" w:type="dxa"/>
        </w:tblCellMar>
      </w:tblPr>
      <w:tblGrid>
        <w:gridCol w:w="5846"/>
        <w:gridCol w:w="1970"/>
        <w:gridCol w:w="2778"/>
        <w:gridCol w:w="1688"/>
        <w:gridCol w:w="2402"/>
      </w:tblGrid>
      <w:tr>
        <w:tc>
          <w:tcPr>
            <w:tcW w:type="dxa" w:w="5846"/>
            <w:vAlign w:val="center"/>
          </w:tcPr>
          <w:p>
            <w:pPr>
              <w:spacing w:after="0" w:before="0" w:line="300" w:lineRule="exact"/>
              <w:ind w:left="57" w:right="57"/>
              <w:jc w:val="right"/>
              <w:autoSpaceDE w:val="0"/>
              <w:autoSpaceDN w:val="0"/>
            </w:pPr>
            <w:r>
              <w:rPr>
                <w:rFonts w:ascii="Yu Gothic" w:hAnsi="Yu Gothic" w:eastAsia="Yu Gothic"/>
                <w:b/>
                <w:color w:val="141414"/>
                <w:sz w:val="20"/>
              </w:rPr>
            </w:r>
          </w:p>
        </w:tc>
        <w:tc>
          <w:tcPr>
            <w:tcW w:type="dxa" w:w="1970"/>
            <w:vAlign w:val="center"/>
          </w:tcPr>
          <w:p>
            <w:pPr>
              <w:spacing w:after="0" w:before="0" w:line="300" w:lineRule="exact"/>
              <w:ind w:left="57" w:right="57"/>
              <w:jc w:val="right"/>
              <w:autoSpaceDE w:val="0"/>
              <w:autoSpaceDN w:val="0"/>
            </w:pPr>
            <w:r>
              <w:rPr>
                <w:rFonts w:ascii="Yu Gothic" w:hAnsi="Yu Gothic" w:eastAsia="Yu Gothic"/>
                <w:b/>
                <w:color w:val="141414"/>
                <w:sz w:val="20"/>
              </w:rPr>
              <w:t>登録件数</w:t>
            </w:r>
          </w:p>
        </w:tc>
        <w:tc>
          <w:tcPr>
            <w:tcW w:type="dxa" w:w="2778"/>
            <w:vAlign w:val="center"/>
          </w:tcPr>
          <w:p>
            <w:pPr>
              <w:spacing w:after="0" w:before="0" w:line="300" w:lineRule="exact"/>
              <w:ind w:left="57" w:right="57"/>
              <w:jc w:val="right"/>
              <w:autoSpaceDE w:val="0"/>
              <w:autoSpaceDN w:val="0"/>
            </w:pPr>
            <w:r>
              <w:rPr>
                <w:rFonts w:ascii="Yu Gothic" w:hAnsi="Yu Gothic" w:eastAsia="Yu Gothic"/>
                <w:b/>
                <w:color w:val="141414"/>
                <w:sz w:val="20"/>
              </w:rPr>
              <w:t>5 件</w:t>
            </w:r>
          </w:p>
        </w:tc>
        <w:tc>
          <w:tcPr>
            <w:tcW w:type="dxa" w:w="1688"/>
            <w:vAlign w:val="center"/>
          </w:tcPr>
          <w:p>
            <w:pPr>
              <w:spacing w:after="0" w:before="0" w:line="300" w:lineRule="exact"/>
              <w:ind w:left="57" w:right="57"/>
              <w:jc w:val="right"/>
              <w:autoSpaceDE w:val="0"/>
              <w:autoSpaceDN w:val="0"/>
            </w:pPr>
            <w:r>
              <w:rPr>
                <w:rFonts w:ascii="Yu Gothic" w:hAnsi="Yu Gothic" w:eastAsia="Yu Gothic"/>
                <w:b/>
                <w:color w:val="141414"/>
                <w:sz w:val="20"/>
              </w:rPr>
            </w:r>
          </w:p>
        </w:tc>
        <w:tc>
          <w:tcPr>
            <w:tcW w:type="dxa" w:w="2402"/>
            <w:vAlign w:val="center"/>
          </w:tcPr>
          <w:p>
            <w:pPr>
              <w:spacing w:after="0" w:before="0" w:line="300" w:lineRule="exact"/>
              <w:ind w:left="57" w:right="57"/>
              <w:jc w:val="right"/>
              <w:autoSpaceDE w:val="0"/>
              <w:autoSpaceDN w:val="0"/>
            </w:pPr>
            <w:r>
              <w:rPr>
                <w:rFonts w:ascii="Yu Gothic" w:hAnsi="Yu Gothic" w:eastAsia="Yu Gothic"/>
                <w:b/>
                <w:color w:val="141414"/>
                <w:sz w:val="20"/>
              </w:rPr>
            </w:r>
          </w:p>
        </w:tc>
      </w:tr>
    </w:tbl>
    <w:p>
      <w:pPr>
        <w:spacing w:after="36" w:before="90" w:line="217" w:lineRule="auto"/>
        <w:jc w:val="left"/>
      </w:pPr>
      <w:r>
        <w:rPr>
          <w:rFonts w:ascii="Yu Gothic" w:hAnsi="Yu Gothic" w:eastAsia="Yu Gothic"/>
          <w:b w:val="0"/>
          <w:color w:val="5A5A54"/>
          <w:sz w:val="16"/>
        </w:rPr>
        <w:t>2026 年版　一般的な様式です。氏名・連絡先は個人情報にあたるため、取得目的の明示・安全管理措置・第三者提供の可否は個人情報の保護に関する法律および各社の規程をご確認ください。</w:t>
      </w:r>
    </w:p>
    <w:sectPr w:rsidR="00FC693F" w:rsidRPr="0006063C" w:rsidSect="00034616">
      <w:pgSz w:w="16838" w:h="11906" w:orient="landscape"/>
      <w:pgMar w:top="1020" w:right="1077" w:bottom="624" w:left="1077"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やっとくん" w:initials="" w:date="2026-10-04T06:55:06Z">
    <w:p>
      <w:pPr>
        <w:pStyle w:val="CommentText"/>
      </w:pPr>
      <w:r>
        <w:rPr>
          <w:rStyle w:val="CommentReference"/>
        </w:rPr>
        <w:annotationRef/>
      </w:r>
      <w:r>
        <w:t>区分：例 全社</w:t>
      </w:r>
    </w:p>
  </w:comment>
  <w:comment w:id="1" w:author="やっとくん" w:initials="" w:date="2026-10-04T06:55:06Z">
    <w:p>
      <w:pPr>
        <w:pStyle w:val="CommentText"/>
      </w:pPr>
      <w:r>
        <w:rPr>
          <w:rStyle w:val="CommentReference"/>
        </w:rPr>
        <w:annotationRef/>
      </w:r>
      <w:r>
        <w:t>更新日：例 2026 年 8 月 25 日</w:t>
      </w:r>
    </w:p>
  </w:comment>
  <w:comment w:id="2" w:author="やっとくん" w:initials="" w:date="2026-10-04T06:55:06Z">
    <w:p>
      <w:pPr>
        <w:pStyle w:val="CommentText"/>
      </w:pPr>
      <w:r>
        <w:rPr>
          <w:rStyle w:val="CommentReference"/>
        </w:rPr>
        <w:annotationRef/>
      </w:r>
      <w:r>
        <w:t>管理者：例 山田 太郎</w:t>
      </w:r>
    </w:p>
  </w:comment>
  <w:comment w:id="3" w:author="やっとくん" w:initials="" w:date="2026-10-04T06:55:06Z">
    <w:p>
      <w:pPr>
        <w:pStyle w:val="CommentText"/>
      </w:pPr>
      <w:r>
        <w:rPr>
          <w:rStyle w:val="CommentReference"/>
        </w:rPr>
        <w:annotationRef/>
      </w:r>
      <w:r>
        <w:t>1行目 顧客番号：例 CUS-001</w:t>
      </w:r>
    </w:p>
  </w:comment>
  <w:comment w:id="4" w:author="やっとくん" w:initials="" w:date="2026-10-04T06:55:06Z">
    <w:p>
      <w:pPr>
        <w:pStyle w:val="CommentText"/>
      </w:pPr>
      <w:r>
        <w:rPr>
          <w:rStyle w:val="CommentReference"/>
        </w:rPr>
        <w:annotationRef/>
      </w:r>
      <w:r>
        <w:t>1行目 会社名：例 株式会社</w:t>
      </w:r>
    </w:p>
    <w:p>
      <w:pPr>
        <w:pStyle w:val="CommentText"/>
      </w:pPr>
      <w:r>
        <w:t>サンプル商事</w:t>
      </w:r>
    </w:p>
  </w:comment>
  <w:comment w:id="5" w:author="やっとくん" w:initials="" w:date="2026-10-04T06:55:06Z">
    <w:p>
      <w:pPr>
        <w:pStyle w:val="CommentText"/>
      </w:pPr>
      <w:r>
        <w:rPr>
          <w:rStyle w:val="CommentReference"/>
        </w:rPr>
        <w:annotationRef/>
      </w:r>
      <w:r>
        <w:t>1行目 部署：例 購買部</w:t>
      </w:r>
    </w:p>
  </w:comment>
  <w:comment w:id="6" w:author="やっとくん" w:initials="" w:date="2026-10-04T06:55:06Z">
    <w:p>
      <w:pPr>
        <w:pStyle w:val="CommentText"/>
      </w:pPr>
      <w:r>
        <w:rPr>
          <w:rStyle w:val="CommentReference"/>
        </w:rPr>
        <w:annotationRef/>
      </w:r>
      <w:r>
        <w:t>1行目 担当者：例 山田 太郎</w:t>
      </w:r>
    </w:p>
  </w:comment>
  <w:comment w:id="7" w:author="やっとくん" w:initials="" w:date="2026-10-04T06:55:06Z">
    <w:p>
      <w:pPr>
        <w:pStyle w:val="CommentText"/>
      </w:pPr>
      <w:r>
        <w:rPr>
          <w:rStyle w:val="CommentReference"/>
        </w:rPr>
        <w:annotationRef/>
      </w:r>
      <w:r>
        <w:t>1行目 電話：例 03-0000-0001</w:t>
      </w:r>
    </w:p>
  </w:comment>
  <w:comment w:id="8" w:author="やっとくん" w:initials="" w:date="2026-10-04T06:55:06Z">
    <w:p>
      <w:pPr>
        <w:pStyle w:val="CommentText"/>
      </w:pPr>
      <w:r>
        <w:rPr>
          <w:rStyle w:val="CommentReference"/>
        </w:rPr>
        <w:annotationRef/>
      </w:r>
      <w:r>
        <w:t>1行目 メール：例 sample1@example.co.jp</w:t>
      </w:r>
    </w:p>
  </w:comment>
  <w:comment w:id="9" w:author="やっとくん" w:initials="" w:date="2026-10-04T06:55:06Z">
    <w:p>
      <w:pPr>
        <w:pStyle w:val="CommentText"/>
      </w:pPr>
      <w:r>
        <w:rPr>
          <w:rStyle w:val="CommentReference"/>
        </w:rPr>
        <w:annotationRef/>
      </w:r>
      <w:r>
        <w:t>1行目 初回取引日：例 2021/04/12</w:t>
      </w:r>
    </w:p>
  </w:comment>
  <w:comment w:id="10" w:author="やっとくん" w:initials="" w:date="2026-10-04T06:55:06Z">
    <w:p>
      <w:pPr>
        <w:pStyle w:val="CommentText"/>
      </w:pPr>
      <w:r>
        <w:rPr>
          <w:rStyle w:val="CommentReference"/>
        </w:rPr>
        <w:annotationRef/>
      </w:r>
      <w:r>
        <w:t>1行目 備考：例 月末締め翌月末払い</w:t>
      </w:r>
    </w:p>
  </w:comment>
  <w:comment w:id="11" w:author="やっとくん" w:initials="" w:date="2026-10-04T06:55:06Z">
    <w:p>
      <w:pPr>
        <w:pStyle w:val="CommentText"/>
      </w:pPr>
      <w:r>
        <w:rPr>
          <w:rStyle w:val="CommentReference"/>
        </w:rPr>
        <w:annotationRef/>
      </w:r>
      <w:r>
        <w:t>2行目 顧客番号：例 CUS-002</w:t>
      </w:r>
    </w:p>
  </w:comment>
  <w:comment w:id="12" w:author="やっとくん" w:initials="" w:date="2026-10-04T06:55:06Z">
    <w:p>
      <w:pPr>
        <w:pStyle w:val="CommentText"/>
      </w:pPr>
      <w:r>
        <w:rPr>
          <w:rStyle w:val="CommentReference"/>
        </w:rPr>
        <w:annotationRef/>
      </w:r>
      <w:r>
        <w:t>2行目 会社名：例 サンプル物産</w:t>
      </w:r>
    </w:p>
    <w:p>
      <w:pPr>
        <w:pStyle w:val="CommentText"/>
      </w:pPr>
      <w:r>
        <w:t>株式会社</w:t>
      </w:r>
    </w:p>
  </w:comment>
  <w:comment w:id="13" w:author="やっとくん" w:initials="" w:date="2026-10-04T06:55:06Z">
    <w:p>
      <w:pPr>
        <w:pStyle w:val="CommentText"/>
      </w:pPr>
      <w:r>
        <w:rPr>
          <w:rStyle w:val="CommentReference"/>
        </w:rPr>
        <w:annotationRef/>
      </w:r>
      <w:r>
        <w:t>2行目 部署：例 総務部</w:t>
      </w:r>
    </w:p>
  </w:comment>
  <w:comment w:id="14" w:author="やっとくん" w:initials="" w:date="2026-10-04T06:55:06Z">
    <w:p>
      <w:pPr>
        <w:pStyle w:val="CommentText"/>
      </w:pPr>
      <w:r>
        <w:rPr>
          <w:rStyle w:val="CommentReference"/>
        </w:rPr>
        <w:annotationRef/>
      </w:r>
      <w:r>
        <w:t>2行目 担当者：例 佐藤 花子</w:t>
      </w:r>
    </w:p>
  </w:comment>
  <w:comment w:id="15" w:author="やっとくん" w:initials="" w:date="2026-10-04T06:55:06Z">
    <w:p>
      <w:pPr>
        <w:pStyle w:val="CommentText"/>
      </w:pPr>
      <w:r>
        <w:rPr>
          <w:rStyle w:val="CommentReference"/>
        </w:rPr>
        <w:annotationRef/>
      </w:r>
      <w:r>
        <w:t>2行目 電話：例 03-0000-0002</w:t>
      </w:r>
    </w:p>
  </w:comment>
  <w:comment w:id="16" w:author="やっとくん" w:initials="" w:date="2026-10-04T06:55:06Z">
    <w:p>
      <w:pPr>
        <w:pStyle w:val="CommentText"/>
      </w:pPr>
      <w:r>
        <w:rPr>
          <w:rStyle w:val="CommentReference"/>
        </w:rPr>
        <w:annotationRef/>
      </w:r>
      <w:r>
        <w:t>2行目 メール：例 sample2@example.co.jp</w:t>
      </w:r>
    </w:p>
  </w:comment>
  <w:comment w:id="17" w:author="やっとくん" w:initials="" w:date="2026-10-04T06:55:06Z">
    <w:p>
      <w:pPr>
        <w:pStyle w:val="CommentText"/>
      </w:pPr>
      <w:r>
        <w:rPr>
          <w:rStyle w:val="CommentReference"/>
        </w:rPr>
        <w:annotationRef/>
      </w:r>
      <w:r>
        <w:t>2行目 初回取引日：例 2022/06/01</w:t>
      </w:r>
    </w:p>
  </w:comment>
  <w:comment w:id="18" w:author="やっとくん" w:initials="" w:date="2026-10-04T06:55:06Z">
    <w:p>
      <w:pPr>
        <w:pStyle w:val="CommentText"/>
      </w:pPr>
      <w:r>
        <w:rPr>
          <w:rStyle w:val="CommentReference"/>
        </w:rPr>
        <w:annotationRef/>
      </w:r>
      <w:r>
        <w:t>2行目 備考：例 請求書は郵送のみ</w:t>
      </w:r>
    </w:p>
  </w:comment>
  <w:comment w:id="19" w:author="やっとくん" w:initials="" w:date="2026-10-04T06:55:06Z">
    <w:p>
      <w:pPr>
        <w:pStyle w:val="CommentText"/>
      </w:pPr>
      <w:r>
        <w:rPr>
          <w:rStyle w:val="CommentReference"/>
        </w:rPr>
        <w:annotationRef/>
      </w:r>
      <w:r>
        <w:t>3行目 顧客番号：例 CUS-004</w:t>
      </w:r>
    </w:p>
  </w:comment>
  <w:comment w:id="20" w:author="やっとくん" w:initials="" w:date="2026-10-04T06:55:06Z">
    <w:p>
      <w:pPr>
        <w:pStyle w:val="CommentText"/>
      </w:pPr>
      <w:r>
        <w:rPr>
          <w:rStyle w:val="CommentReference"/>
        </w:rPr>
        <w:annotationRef/>
      </w:r>
      <w:r>
        <w:t>3行目 会社名：例 サンプル工業</w:t>
      </w:r>
    </w:p>
    <w:p>
      <w:pPr>
        <w:pStyle w:val="CommentText"/>
      </w:pPr>
      <w:r>
        <w:t>株式会社</w:t>
      </w:r>
    </w:p>
  </w:comment>
  <w:comment w:id="21" w:author="やっとくん" w:initials="" w:date="2026-10-04T06:55:06Z">
    <w:p>
      <w:pPr>
        <w:pStyle w:val="CommentText"/>
      </w:pPr>
      <w:r>
        <w:rPr>
          <w:rStyle w:val="CommentReference"/>
        </w:rPr>
        <w:annotationRef/>
      </w:r>
      <w:r>
        <w:t>3行目 部署：例 資材部</w:t>
      </w:r>
    </w:p>
  </w:comment>
  <w:comment w:id="22" w:author="やっとくん" w:initials="" w:date="2026-10-04T06:55:06Z">
    <w:p>
      <w:pPr>
        <w:pStyle w:val="CommentText"/>
      </w:pPr>
      <w:r>
        <w:rPr>
          <w:rStyle w:val="CommentReference"/>
        </w:rPr>
        <w:annotationRef/>
      </w:r>
      <w:r>
        <w:t>3行目 担当者：例 高橋 美咲</w:t>
      </w:r>
    </w:p>
  </w:comment>
  <w:comment w:id="23" w:author="やっとくん" w:initials="" w:date="2026-10-04T06:55:06Z">
    <w:p>
      <w:pPr>
        <w:pStyle w:val="CommentText"/>
      </w:pPr>
      <w:r>
        <w:rPr>
          <w:rStyle w:val="CommentReference"/>
        </w:rPr>
        <w:annotationRef/>
      </w:r>
      <w:r>
        <w:t>3行目 電話：例 052-000-0004</w:t>
      </w:r>
    </w:p>
  </w:comment>
  <w:comment w:id="24" w:author="やっとくん" w:initials="" w:date="2026-10-04T06:55:06Z">
    <w:p>
      <w:pPr>
        <w:pStyle w:val="CommentText"/>
      </w:pPr>
      <w:r>
        <w:rPr>
          <w:rStyle w:val="CommentReference"/>
        </w:rPr>
        <w:annotationRef/>
      </w:r>
      <w:r>
        <w:t>3行目 メール：例 sample4@example.co.jp</w:t>
      </w:r>
    </w:p>
  </w:comment>
  <w:comment w:id="25" w:author="やっとくん" w:initials="" w:date="2026-10-04T06:55:06Z">
    <w:p>
      <w:pPr>
        <w:pStyle w:val="CommentText"/>
      </w:pPr>
      <w:r>
        <w:rPr>
          <w:rStyle w:val="CommentReference"/>
        </w:rPr>
        <w:annotationRef/>
      </w:r>
      <w:r>
        <w:t>3行目 初回取引日：例 2023/09/05</w:t>
      </w:r>
    </w:p>
  </w:comment>
  <w:comment w:id="26" w:author="やっとくん" w:initials="" w:date="2026-10-04T06:55:06Z">
    <w:p>
      <w:pPr>
        <w:pStyle w:val="CommentText"/>
      </w:pPr>
      <w:r>
        <w:rPr>
          <w:rStyle w:val="CommentReference"/>
        </w:rPr>
        <w:annotationRef/>
      </w:r>
      <w:r>
        <w:t>3行目 備考：例 見積は書面で提出</w:t>
      </w:r>
    </w:p>
  </w:comment>
  <w:comment w:id="27" w:author="やっとくん" w:initials="" w:date="2026-10-04T06:55:06Z">
    <w:p>
      <w:pPr>
        <w:pStyle w:val="CommentText"/>
      </w:pPr>
      <w:r>
        <w:rPr>
          <w:rStyle w:val="CommentReference"/>
        </w:rPr>
        <w:annotationRef/>
      </w:r>
      <w:r>
        <w:t>4行目 顧客番号：例 CUS-006</w:t>
      </w:r>
    </w:p>
  </w:comment>
  <w:comment w:id="28" w:author="やっとくん" w:initials="" w:date="2026-10-04T06:55:06Z">
    <w:p>
      <w:pPr>
        <w:pStyle w:val="CommentText"/>
      </w:pPr>
      <w:r>
        <w:rPr>
          <w:rStyle w:val="CommentReference"/>
        </w:rPr>
        <w:annotationRef/>
      </w:r>
      <w:r>
        <w:t>4行目 会社名：例 株式会社</w:t>
      </w:r>
    </w:p>
    <w:p>
      <w:pPr>
        <w:pStyle w:val="CommentText"/>
      </w:pPr>
      <w:r>
        <w:t>ダミー電機</w:t>
      </w:r>
    </w:p>
  </w:comment>
  <w:comment w:id="29" w:author="やっとくん" w:initials="" w:date="2026-10-04T06:55:06Z">
    <w:p>
      <w:pPr>
        <w:pStyle w:val="CommentText"/>
      </w:pPr>
      <w:r>
        <w:rPr>
          <w:rStyle w:val="CommentReference"/>
        </w:rPr>
        <w:annotationRef/>
      </w:r>
      <w:r>
        <w:t>4行目 部署：例 調達部</w:t>
      </w:r>
    </w:p>
  </w:comment>
  <w:comment w:id="30" w:author="やっとくん" w:initials="" w:date="2026-10-04T06:55:06Z">
    <w:p>
      <w:pPr>
        <w:pStyle w:val="CommentText"/>
      </w:pPr>
      <w:r>
        <w:rPr>
          <w:rStyle w:val="CommentReference"/>
        </w:rPr>
        <w:annotationRef/>
      </w:r>
      <w:r>
        <w:t>4行目 担当者：例 伊藤 彩</w:t>
      </w:r>
    </w:p>
  </w:comment>
  <w:comment w:id="31" w:author="やっとくん" w:initials="" w:date="2026-10-04T06:55:06Z">
    <w:p>
      <w:pPr>
        <w:pStyle w:val="CommentText"/>
      </w:pPr>
      <w:r>
        <w:rPr>
          <w:rStyle w:val="CommentReference"/>
        </w:rPr>
        <w:annotationRef/>
      </w:r>
      <w:r>
        <w:t>4行目 電話：例 092-000-0006</w:t>
      </w:r>
    </w:p>
  </w:comment>
  <w:comment w:id="32" w:author="やっとくん" w:initials="" w:date="2026-10-04T06:55:06Z">
    <w:p>
      <w:pPr>
        <w:pStyle w:val="CommentText"/>
      </w:pPr>
      <w:r>
        <w:rPr>
          <w:rStyle w:val="CommentReference"/>
        </w:rPr>
        <w:annotationRef/>
      </w:r>
      <w:r>
        <w:t>4行目 メール：例 sample6@example.co.jp</w:t>
      </w:r>
    </w:p>
  </w:comment>
  <w:comment w:id="33" w:author="やっとくん" w:initials="" w:date="2026-10-04T06:55:06Z">
    <w:p>
      <w:pPr>
        <w:pStyle w:val="CommentText"/>
      </w:pPr>
      <w:r>
        <w:rPr>
          <w:rStyle w:val="CommentReference"/>
        </w:rPr>
        <w:annotationRef/>
      </w:r>
      <w:r>
        <w:t>4行目 初回取引日：例 2024/07/30</w:t>
      </w:r>
    </w:p>
  </w:comment>
  <w:comment w:id="34" w:author="やっとくん" w:initials="" w:date="2026-10-04T06:55:06Z">
    <w:p>
      <w:pPr>
        <w:pStyle w:val="CommentText"/>
      </w:pPr>
      <w:r>
        <w:rPr>
          <w:rStyle w:val="CommentReference"/>
        </w:rPr>
        <w:annotationRef/>
      </w:r>
      <w:r>
        <w:t>4行目 備考：例 納品は平日午前のみ</w:t>
      </w:r>
    </w:p>
  </w:comment>
  <w:comment w:id="35" w:author="やっとくん" w:initials="" w:date="2026-10-04T06:55:06Z">
    <w:p>
      <w:pPr>
        <w:pStyle w:val="CommentText"/>
      </w:pPr>
      <w:r>
        <w:rPr>
          <w:rStyle w:val="CommentReference"/>
        </w:rPr>
        <w:annotationRef/>
      </w:r>
      <w:r>
        <w:t>5行目 顧客番号：例 CUS-008</w:t>
      </w:r>
    </w:p>
  </w:comment>
  <w:comment w:id="36" w:author="やっとくん" w:initials="" w:date="2026-10-04T06:55:06Z">
    <w:p>
      <w:pPr>
        <w:pStyle w:val="CommentText"/>
      </w:pPr>
      <w:r>
        <w:rPr>
          <w:rStyle w:val="CommentReference"/>
        </w:rPr>
        <w:annotationRef/>
      </w:r>
      <w:r>
        <w:t>5行目 会社名：例 テスト建設</w:t>
      </w:r>
    </w:p>
    <w:p>
      <w:pPr>
        <w:pStyle w:val="CommentText"/>
      </w:pPr>
      <w:r>
        <w:t>株式会社</w:t>
      </w:r>
    </w:p>
  </w:comment>
  <w:comment w:id="37" w:author="やっとくん" w:initials="" w:date="2026-10-04T06:55:06Z">
    <w:p>
      <w:pPr>
        <w:pStyle w:val="CommentText"/>
      </w:pPr>
      <w:r>
        <w:rPr>
          <w:rStyle w:val="CommentReference"/>
        </w:rPr>
        <w:annotationRef/>
      </w:r>
      <w:r>
        <w:t>5行目 部署：例 工事部</w:t>
      </w:r>
    </w:p>
  </w:comment>
  <w:comment w:id="38" w:author="やっとくん" w:initials="" w:date="2026-10-04T06:55:06Z">
    <w:p>
      <w:pPr>
        <w:pStyle w:val="CommentText"/>
      </w:pPr>
      <w:r>
        <w:rPr>
          <w:rStyle w:val="CommentReference"/>
        </w:rPr>
        <w:annotationRef/>
      </w:r>
      <w:r>
        <w:t>5行目 担当者：例 中村 優</w:t>
      </w:r>
    </w:p>
  </w:comment>
  <w:comment w:id="39" w:author="やっとくん" w:initials="" w:date="2026-10-04T06:55:06Z">
    <w:p>
      <w:pPr>
        <w:pStyle w:val="CommentText"/>
      </w:pPr>
      <w:r>
        <w:rPr>
          <w:rStyle w:val="CommentReference"/>
        </w:rPr>
        <w:annotationRef/>
      </w:r>
      <w:r>
        <w:t>5行目 電話：例 022-000-0008</w:t>
      </w:r>
    </w:p>
  </w:comment>
  <w:comment w:id="40" w:author="やっとくん" w:initials="" w:date="2026-10-04T06:55:06Z">
    <w:p>
      <w:pPr>
        <w:pStyle w:val="CommentText"/>
      </w:pPr>
      <w:r>
        <w:rPr>
          <w:rStyle w:val="CommentReference"/>
        </w:rPr>
        <w:annotationRef/>
      </w:r>
      <w:r>
        <w:t>5行目 メール：例 sample8@example.co.jp</w:t>
      </w:r>
    </w:p>
  </w:comment>
  <w:comment w:id="41" w:author="やっとくん" w:initials="" w:date="2026-10-04T06:55:06Z">
    <w:p>
      <w:pPr>
        <w:pStyle w:val="CommentText"/>
      </w:pPr>
      <w:r>
        <w:rPr>
          <w:rStyle w:val="CommentReference"/>
        </w:rPr>
        <w:annotationRef/>
      </w:r>
      <w:r>
        <w:t>5行目 初回取引日：例 2026/05/08</w:t>
      </w:r>
    </w:p>
  </w:comment>
  <w:comment w:id="42" w:author="やっとくん" w:initials="" w:date="2026-10-04T06:55:06Z">
    <w:p>
      <w:pPr>
        <w:pStyle w:val="CommentText"/>
      </w:pPr>
      <w:r>
        <w:rPr>
          <w:rStyle w:val="CommentReference"/>
        </w:rPr>
        <w:annotationRef/>
      </w:r>
      <w:r>
        <w:t>5行目 備考：例 新規。与信確認中</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