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" w:before="0" w:line="564" w:lineRule="exact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固定資産台帳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事業所：【株式会社やっとくん】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8 月 28 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対象年度：【2026 年度】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管理者：【山田 太郎】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247"/>
        <w:gridCol w:w="2721"/>
        <w:gridCol w:w="1587"/>
        <w:gridCol w:w="794"/>
        <w:gridCol w:w="1701"/>
        <w:gridCol w:w="1701"/>
        <w:gridCol w:w="1020"/>
        <w:gridCol w:w="1134"/>
        <w:gridCol w:w="1531"/>
        <w:gridCol w:w="1247"/>
      </w:tblGrid>
      <w:tr>
        <w:trPr>
          <w:trHeight w:val="435" w:hRule="exact"/>
        </w:trPr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資産番号</w:t>
            </w:r>
          </w:p>
        </w:tc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資産名称</w:t>
            </w:r>
          </w:p>
        </w:tc>
        <w:tc>
          <w:tcPr>
            <w:tcW w:type="dxa" w:w="158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取得年月日</w:t>
            </w:r>
          </w:p>
        </w:tc>
        <w:tc>
          <w:tcPr>
            <w:tcW w:type="dxa" w:w="79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単価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取得価額</w:t>
            </w:r>
          </w:p>
        </w:tc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耐用年数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償却方法</w:t>
            </w:r>
          </w:p>
        </w:tc>
        <w:tc>
          <w:tcPr>
            <w:tcW w:type="dxa" w:w="153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設置場所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FA-001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業務用冷蔵庫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2024/4/10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¥458,000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¥458,000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 年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定率法</w:t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号店 厨房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FA-002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ノートパソコン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2024/7/1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¥138,000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¥414,000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 年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定率法</w:t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FA-003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エアコン（冷房用）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2025/3/15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¥298,000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¥596,000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 年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定率法</w:t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号店 客席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FA-004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軽貨物自動車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2025/10/1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¥1,180,000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¥1,180,000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 年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定率法</w:t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社用車</w:t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FA-005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金属製事務机・椅子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2026/4/1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¥62,000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¥248,000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15 年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定率法</w:t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 事務室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3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9751"/>
        <w:gridCol w:w="1020"/>
        <w:gridCol w:w="1134"/>
        <w:gridCol w:w="1531"/>
        <w:gridCol w:w="1247"/>
      </w:tblGrid>
      <w:tr>
        <w:trPr>
          <w:trHeight w:val="384" w:hRule="exact"/>
        </w:trPr>
        <w:tc>
          <w:tcPr>
            <w:tcW w:type="dxa" w:w="9751"/>
          </w:tcPr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17"/>
              </w:rPr>
            </w:r>
          </w:p>
        </w:tc>
        <w:tc>
          <w:tcPr>
            <w:tcW w:type="dxa" w:w="1020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記載件数</w:t>
            </w:r>
          </w:p>
        </w:tc>
        <w:tc>
          <w:tcPr>
            <w:tcW w:type="dxa" w:w="113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5 件</w:t>
            </w:r>
          </w:p>
        </w:tc>
        <w:tc>
          <w:tcPr>
            <w:tcW w:type="dxa" w:w="153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取得価額合計</w:t>
            </w: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¥2,896,000</w:t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一般的な様式です。耐用年数・償却方法は資産の区分により異なります。国税庁の耐用年数表と自社の届出に合わせて記入してください。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