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" w:before="0" w:line="217" w:lineRule="auto"/>
        <w:jc w:val="center"/>
      </w:pPr>
      <w:r>
        <w:rPr>
          <w:rFonts w:ascii="Yu Gothic" w:hAnsi="Yu Gothic" w:eastAsia="Yu Gothic"/>
          <w:b/>
          <w:color w:val="141414"/>
          <w:sz w:val="28"/>
        </w:rPr>
        <w:t>雇用契約書</w:t>
      </w:r>
    </w:p>
    <w:p>
      <w:pPr>
        <w:spacing w:after="36" w:before="0" w:line="217" w:lineRule="auto"/>
        <w:jc w:val="right"/>
      </w:pPr>
      <w:r>
        <w:rPr>
          <w:rFonts w:ascii="Yu Gothic" w:hAnsi="Yu Gothic" w:eastAsia="Yu Gothic"/>
          <w:b w:val="0"/>
          <w:color w:val="5A5A54"/>
          <w:sz w:val="16"/>
        </w:rPr>
        <w:t>※ 選択肢は該当するものに○を付ける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1587"/>
        <w:gridCol w:w="8164"/>
      </w:tblGrid>
      <w:tr>
        <w:tc>
          <w:tcPr>
            <w:tcW w:type="dxa" w:w="9751"/>
            <w:gridSpan w:val="2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righ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契約締結日　</w:t>
            </w:r>
            <w:commentRangeStart w:id="0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【2026】</w:t>
            </w:r>
            <w:commentRangeEnd w:id="0"/>
            <w:r>
              <w:rPr>
                <w:rStyle w:val="CommentReference"/>
              </w:rPr>
              <w:commentReference w:id="0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年</w:t>
            </w:r>
            <w:commentRangeStart w:id="1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【9】</w:t>
            </w:r>
            <w:commentRangeEnd w:id="1"/>
            <w:r>
              <w:rPr>
                <w:rStyle w:val="CommentReference"/>
              </w:rPr>
              <w:commentReference w:id="1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月</w:t>
            </w:r>
            <w:commentRangeStart w:id="2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【15】</w:t>
            </w:r>
            <w:commentRangeEnd w:id="2"/>
            <w:r>
              <w:rPr>
                <w:rStyle w:val="CommentReference"/>
              </w:rPr>
              <w:commentReference w:id="2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日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　</w:t>
            </w:r>
          </w:p>
          <w:p>
            <w:pPr>
              <w:spacing w:after="0" w:before="0" w:line="230" w:lineRule="exact"/>
              <w:ind w:left="57" w:firstLine="0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甲（使用者）と乙（労働者）は、下記の労働条件により労働契約を締結する（労働基準法第15条の明示を兼ねる）。</w:t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当事者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甲（使用者）　</w:t>
            </w:r>
            <w:commentRangeStart w:id="3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【株式会社やっとくん】</w:t>
            </w:r>
            <w:commentRangeEnd w:id="3"/>
            <w:r>
              <w:rPr>
                <w:rStyle w:val="CommentReference"/>
              </w:rPr>
              <w:commentReference w:id="3"/>
            </w:r>
          </w:p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代表者　</w:t>
            </w:r>
            <w:commentRangeStart w:id="4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【代表取締役　佐藤 一郎】</w:t>
            </w:r>
            <w:commentRangeEnd w:id="4"/>
            <w:r>
              <w:rPr>
                <w:rStyle w:val="CommentReference"/>
              </w:rPr>
              <w:commentReference w:id="4"/>
            </w:r>
          </w:p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所在地　</w:t>
            </w:r>
            <w:commentRangeStart w:id="5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【〒150-0001 東京都渋谷区神宮前 1-1-1】</w:t>
            </w:r>
            <w:commentRangeEnd w:id="5"/>
            <w:r>
              <w:rPr>
                <w:rStyle w:val="CommentReference"/>
              </w:rPr>
              <w:commentReference w:id="5"/>
            </w:r>
          </w:p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乙（労働者）　</w:t>
            </w:r>
            <w:commentRangeStart w:id="6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【山田 太郎】</w:t>
            </w:r>
            <w:commentRangeEnd w:id="6"/>
            <w:r>
              <w:rPr>
                <w:rStyle w:val="CommentReference"/>
              </w:rPr>
              <w:commentReference w:id="6"/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契約期間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left"/>
            </w:pPr>
            <w:commentRangeStart w:id="7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【期間の定めなし】</w:t>
            </w:r>
            <w:commentRangeEnd w:id="7"/>
            <w:r>
              <w:rPr>
                <w:rStyle w:val="CommentReference"/>
              </w:rPr>
              <w:commentReference w:id="7"/>
            </w:r>
          </w:p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雇入れ日　</w:t>
            </w:r>
            <w:commentRangeStart w:id="8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【2026】</w:t>
            </w:r>
            <w:commentRangeEnd w:id="8"/>
            <w:r>
              <w:rPr>
                <w:rStyle w:val="CommentReference"/>
              </w:rPr>
              <w:commentReference w:id="8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年</w:t>
            </w:r>
            <w:commentRangeStart w:id="9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【10】</w:t>
            </w:r>
            <w:commentRangeEnd w:id="9"/>
            <w:r>
              <w:rPr>
                <w:rStyle w:val="CommentReference"/>
              </w:rPr>
              <w:commentReference w:id="9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月</w:t>
            </w:r>
            <w:commentRangeStart w:id="10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【1】</w:t>
            </w:r>
            <w:commentRangeEnd w:id="10"/>
            <w:r>
              <w:rPr>
                <w:rStyle w:val="CommentReference"/>
              </w:rPr>
              <w:commentReference w:id="10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日</w:t>
            </w:r>
          </w:p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有期の終期　</w:t>
            </w:r>
            <w:commentRangeStart w:id="11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＿＿＿</w:t>
            </w:r>
            <w:commentRangeEnd w:id="11"/>
            <w:r>
              <w:rPr>
                <w:rStyle w:val="CommentReference"/>
              </w:rPr>
              <w:commentReference w:id="11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年</w:t>
            </w:r>
            <w:commentRangeStart w:id="12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commentRangeEnd w:id="12"/>
            <w:r>
              <w:rPr>
                <w:rStyle w:val="CommentReference"/>
              </w:rPr>
              <w:commentReference w:id="12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月</w:t>
            </w:r>
            <w:commentRangeStart w:id="13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commentRangeEnd w:id="13"/>
            <w:r>
              <w:rPr>
                <w:rStyle w:val="CommentReference"/>
              </w:rPr>
              <w:commentReference w:id="13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日</w:t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就業場所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雇入れ直後　</w:t>
            </w:r>
            <w:commentRangeStart w:id="14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【本社（東京都渋谷区）】</w:t>
            </w:r>
            <w:commentRangeEnd w:id="14"/>
            <w:r>
              <w:rPr>
                <w:rStyle w:val="CommentReference"/>
              </w:rPr>
              <w:commentReference w:id="14"/>
            </w:r>
          </w:p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変更の範囲　</w:t>
            </w:r>
            <w:commentRangeStart w:id="15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【会社の定める事業所】</w:t>
            </w:r>
            <w:commentRangeEnd w:id="15"/>
            <w:r>
              <w:rPr>
                <w:rStyle w:val="CommentReference"/>
              </w:rPr>
              <w:commentReference w:id="15"/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業務内容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雇入れ直後　</w:t>
            </w:r>
            <w:commentRangeStart w:id="16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【経理・総務事務】</w:t>
            </w:r>
            <w:commentRangeEnd w:id="16"/>
            <w:r>
              <w:rPr>
                <w:rStyle w:val="CommentReference"/>
              </w:rPr>
              <w:commentReference w:id="16"/>
            </w:r>
          </w:p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変更の範囲　</w:t>
            </w:r>
            <w:commentRangeStart w:id="17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【会社の定める業務】</w:t>
            </w:r>
            <w:commentRangeEnd w:id="17"/>
            <w:r>
              <w:rPr>
                <w:rStyle w:val="CommentReference"/>
              </w:rPr>
              <w:commentReference w:id="17"/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就業時間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始業　</w:t>
            </w:r>
            <w:commentRangeStart w:id="18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【9】</w:t>
            </w:r>
            <w:commentRangeEnd w:id="18"/>
            <w:r>
              <w:rPr>
                <w:rStyle w:val="CommentReference"/>
              </w:rPr>
              <w:commentReference w:id="18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時</w:t>
            </w:r>
            <w:commentRangeStart w:id="19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【00】</w:t>
            </w:r>
            <w:commentRangeEnd w:id="19"/>
            <w:r>
              <w:rPr>
                <w:rStyle w:val="CommentReference"/>
              </w:rPr>
              <w:commentReference w:id="19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分　終業　</w:t>
            </w:r>
            <w:commentRangeStart w:id="20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【18】</w:t>
            </w:r>
            <w:commentRangeEnd w:id="20"/>
            <w:r>
              <w:rPr>
                <w:rStyle w:val="CommentReference"/>
              </w:rPr>
              <w:commentReference w:id="20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時</w:t>
            </w:r>
            <w:commentRangeStart w:id="21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【00】</w:t>
            </w:r>
            <w:commentRangeEnd w:id="21"/>
            <w:r>
              <w:rPr>
                <w:rStyle w:val="CommentReference"/>
              </w:rPr>
              <w:commentReference w:id="21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分</w:t>
            </w:r>
          </w:p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休憩　</w:t>
            </w:r>
            <w:commentRangeStart w:id="22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【60】</w:t>
            </w:r>
            <w:commentRangeEnd w:id="22"/>
            <w:r>
              <w:rPr>
                <w:rStyle w:val="CommentReference"/>
              </w:rPr>
              <w:commentReference w:id="22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分　所定時間外労働　</w:t>
            </w:r>
            <w:commentRangeStart w:id="23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【有】</w:t>
            </w:r>
            <w:commentRangeEnd w:id="23"/>
            <w:r>
              <w:rPr>
                <w:rStyle w:val="CommentReference"/>
              </w:rPr>
              <w:commentReference w:id="23"/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休日・休暇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休日　</w:t>
            </w:r>
            <w:commentRangeStart w:id="24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【土日・祝日・年末年始】</w:t>
            </w:r>
            <w:commentRangeEnd w:id="24"/>
            <w:r>
              <w:rPr>
                <w:rStyle w:val="CommentReference"/>
              </w:rPr>
              <w:commentReference w:id="24"/>
            </w:r>
          </w:p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休暇　</w:t>
            </w:r>
            <w:commentRangeStart w:id="25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【年次有給休暇は法定どおり】</w:t>
            </w:r>
            <w:commentRangeEnd w:id="25"/>
            <w:r>
              <w:rPr>
                <w:rStyle w:val="CommentReference"/>
              </w:rPr>
              <w:commentReference w:id="25"/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賃金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left"/>
            </w:pPr>
            <w:commentRangeStart w:id="26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【月給】</w:t>
            </w:r>
            <w:commentRangeEnd w:id="26"/>
            <w:r>
              <w:rPr>
                <w:rStyle w:val="CommentReference"/>
              </w:rPr>
              <w:commentReference w:id="26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　</w:t>
            </w:r>
            <w:commentRangeStart w:id="27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【250,000】</w:t>
            </w:r>
            <w:commentRangeEnd w:id="27"/>
            <w:r>
              <w:rPr>
                <w:rStyle w:val="CommentReference"/>
              </w:rPr>
              <w:commentReference w:id="27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円　通勤手当　</w:t>
            </w:r>
            <w:commentRangeStart w:id="28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【実費】</w:t>
            </w:r>
            <w:commentRangeEnd w:id="28"/>
            <w:r>
              <w:rPr>
                <w:rStyle w:val="CommentReference"/>
              </w:rPr>
              <w:commentReference w:id="28"/>
            </w:r>
          </w:p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締切　</w:t>
            </w:r>
            <w:commentRangeStart w:id="29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【月末】</w:t>
            </w:r>
            <w:commentRangeEnd w:id="29"/>
            <w:r>
              <w:rPr>
                <w:rStyle w:val="CommentReference"/>
              </w:rPr>
              <w:commentReference w:id="29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　支払　</w:t>
            </w:r>
            <w:commentRangeStart w:id="30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【翌月25日】</w:t>
            </w:r>
            <w:commentRangeEnd w:id="30"/>
            <w:r>
              <w:rPr>
                <w:rStyle w:val="CommentReference"/>
              </w:rPr>
              <w:commentReference w:id="30"/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昇給・賞与等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昇給　</w:t>
            </w:r>
            <w:commentRangeStart w:id="31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【年1回（4月）】</w:t>
            </w:r>
            <w:commentRangeEnd w:id="31"/>
            <w:r>
              <w:rPr>
                <w:rStyle w:val="CommentReference"/>
              </w:rPr>
              <w:commentReference w:id="31"/>
            </w:r>
          </w:p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賞与　</w:t>
            </w:r>
            <w:commentRangeStart w:id="32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【無】</w:t>
            </w:r>
            <w:commentRangeEnd w:id="32"/>
            <w:r>
              <w:rPr>
                <w:rStyle w:val="CommentReference"/>
              </w:rPr>
              <w:commentReference w:id="32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　退職手当　</w:t>
            </w:r>
            <w:commentRangeStart w:id="33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【無】</w:t>
            </w:r>
            <w:commentRangeEnd w:id="33"/>
            <w:r>
              <w:rPr>
                <w:rStyle w:val="CommentReference"/>
              </w:rPr>
              <w:commentReference w:id="33"/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保険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社会保険　</w:t>
            </w:r>
            <w:commentRangeStart w:id="34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【健康保険・厚生年金　適用】</w:t>
            </w:r>
            <w:commentRangeEnd w:id="34"/>
            <w:r>
              <w:rPr>
                <w:rStyle w:val="CommentReference"/>
              </w:rPr>
              <w:commentReference w:id="34"/>
            </w:r>
          </w:p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労働保険　</w:t>
            </w:r>
            <w:commentRangeStart w:id="35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【雇用保険・労災保険　適用】</w:t>
            </w:r>
            <w:commentRangeEnd w:id="35"/>
            <w:r>
              <w:rPr>
                <w:rStyle w:val="CommentReference"/>
              </w:rPr>
              <w:commentReference w:id="35"/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退職・解雇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自己都合退職　</w:t>
            </w:r>
            <w:commentRangeStart w:id="36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【30日前までに届出】</w:t>
            </w:r>
            <w:commentRangeEnd w:id="36"/>
            <w:r>
              <w:rPr>
                <w:rStyle w:val="CommentReference"/>
              </w:rPr>
              <w:commentReference w:id="36"/>
            </w:r>
          </w:p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解雇　</w:t>
            </w:r>
            <w:commentRangeStart w:id="37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【就業規則による】</w:t>
            </w:r>
            <w:commentRangeEnd w:id="37"/>
            <w:r>
              <w:rPr>
                <w:rStyle w:val="CommentReference"/>
              </w:rPr>
              <w:commentReference w:id="37"/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署名・押印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甲　</w:t>
            </w:r>
            <w:commentRangeStart w:id="38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【株式会社やっとくん】</w:t>
            </w:r>
            <w:commentRangeEnd w:id="38"/>
            <w:r>
              <w:rPr>
                <w:rStyle w:val="CommentReference"/>
              </w:rPr>
              <w:commentReference w:id="38"/>
            </w:r>
          </w:p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代表者　</w:t>
            </w:r>
            <w:commentRangeStart w:id="39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【代表取締役　佐藤 一郎】</w:t>
            </w:r>
            <w:commentRangeEnd w:id="39"/>
            <w:r>
              <w:rPr>
                <w:rStyle w:val="CommentReference"/>
              </w:rPr>
              <w:commentReference w:id="39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　㊞</w:t>
            </w:r>
          </w:p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乙住所（自書）　</w:t>
            </w:r>
            <w:commentRangeStart w:id="40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【東京都渋谷区神宮前 2-2-2】</w:t>
            </w:r>
            <w:commentRangeEnd w:id="40"/>
            <w:r>
              <w:rPr>
                <w:rStyle w:val="CommentReference"/>
              </w:rPr>
              <w:commentReference w:id="40"/>
            </w:r>
          </w:p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乙氏名（自書）　</w:t>
            </w:r>
            <w:commentRangeStart w:id="41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【山田 太郎】</w:t>
            </w:r>
            <w:commentRangeEnd w:id="41"/>
            <w:r>
              <w:rPr>
                <w:rStyle w:val="CommentReference"/>
              </w:rPr>
              <w:commentReference w:id="41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　㊞</w:t>
            </w:r>
          </w:p>
        </w:tc>
      </w:tr>
    </w:tbl>
    <w:p>
      <w:pPr>
        <w:spacing w:after="18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17"/>
        </w:rPr>
        <w:t>本契約に定めのない事項は、労働基準法その他の法令および甲の就業規則による。本書は2通作成し、甲乙が各1通を保有する。</w:t>
      </w:r>
    </w:p>
    <w:p>
      <w:pPr>
        <w:spacing w:after="18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17"/>
        </w:rPr>
        <w:t>パート・有期雇用は昇給・退職手当・賞与の有無、相談窓口等の文書明示も必要です。有期契約の更新・上限など、適用される明示事項を別途確認してください。</w:t>
      </w:r>
    </w:p>
    <w:p>
      <w:pPr>
        <w:spacing w:after="36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5A5A54"/>
          <w:sz w:val="16"/>
        </w:rPr>
        <w:t>2026 年版　一般的な様式です。労働条件の明示事項は労働基準法施行規則第 5 条をご確認のうえ、個別の契約内容</w:t>
        <w:br/>
        <w:t>は専門家にご確認ください。</w:t>
      </w:r>
    </w:p>
    <w:sectPr w:rsidR="00FC693F" w:rsidRPr="0006063C" w:rsidSect="00034616">
      <w:pgSz w:w="11906" w:h="16838"/>
      <w:pgMar w:top="1020" w:right="1077" w:bottom="624" w:left="1077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やっとくん" w:initials="や" w:date="2026-10-03T02:27:45Z">
    <w:p>
      <w:pPr>
        <w:pStyle w:val="CommentText"/>
      </w:pPr>
      <w:r>
        <w:rPr>
          <w:rStyle w:val="CommentReference"/>
        </w:rPr>
        <w:annotationRef/>
      </w:r>
      <w:r>
        <w:t>例：2026</w:t>
      </w:r>
    </w:p>
  </w:comment>
  <w:comment w:id="1" w:author="やっとくん" w:initials="や" w:date="2026-10-03T02:27:45Z">
    <w:p>
      <w:pPr>
        <w:pStyle w:val="CommentText"/>
      </w:pPr>
      <w:r>
        <w:rPr>
          <w:rStyle w:val="CommentReference"/>
        </w:rPr>
        <w:annotationRef/>
      </w:r>
      <w:r>
        <w:t>例：9</w:t>
      </w:r>
    </w:p>
  </w:comment>
  <w:comment w:id="2" w:author="やっとくん" w:initials="や" w:date="2026-10-03T02:27:45Z">
    <w:p>
      <w:pPr>
        <w:pStyle w:val="CommentText"/>
      </w:pPr>
      <w:r>
        <w:rPr>
          <w:rStyle w:val="CommentReference"/>
        </w:rPr>
        <w:annotationRef/>
      </w:r>
      <w:r>
        <w:t>例：15</w:t>
      </w:r>
    </w:p>
  </w:comment>
  <w:comment w:id="3" w:author="やっとくん" w:initials="や" w:date="2026-10-03T02:27:45Z">
    <w:p>
      <w:pPr>
        <w:pStyle w:val="CommentText"/>
      </w:pPr>
      <w:r>
        <w:rPr>
          <w:rStyle w:val="CommentReference"/>
        </w:rPr>
        <w:annotationRef/>
      </w:r>
      <w:r>
        <w:t>例：株式会社やっとくん</w:t>
      </w:r>
    </w:p>
  </w:comment>
  <w:comment w:id="4" w:author="やっとくん" w:initials="や" w:date="2026-10-03T02:27:45Z">
    <w:p>
      <w:pPr>
        <w:pStyle w:val="CommentText"/>
      </w:pPr>
      <w:r>
        <w:rPr>
          <w:rStyle w:val="CommentReference"/>
        </w:rPr>
        <w:annotationRef/>
      </w:r>
      <w:r>
        <w:t>例：代表取締役　佐藤 一郎</w:t>
      </w:r>
    </w:p>
  </w:comment>
  <w:comment w:id="5" w:author="やっとくん" w:initials="や" w:date="2026-10-03T02:27:45Z">
    <w:p>
      <w:pPr>
        <w:pStyle w:val="CommentText"/>
      </w:pPr>
      <w:r>
        <w:rPr>
          <w:rStyle w:val="CommentReference"/>
        </w:rPr>
        <w:annotationRef/>
      </w:r>
      <w:r>
        <w:t>例：〒150-0001 東京都渋谷区神宮前 1-1-1</w:t>
      </w:r>
    </w:p>
  </w:comment>
  <w:comment w:id="6" w:author="やっとくん" w:initials="や" w:date="2026-10-03T02:27:45Z">
    <w:p>
      <w:pPr>
        <w:pStyle w:val="CommentText"/>
      </w:pPr>
      <w:r>
        <w:rPr>
          <w:rStyle w:val="CommentReference"/>
        </w:rPr>
        <w:annotationRef/>
      </w:r>
      <w:r>
        <w:t>例：山田 太郎</w:t>
      </w:r>
    </w:p>
  </w:comment>
  <w:comment w:id="7" w:author="やっとくん" w:initials="や" w:date="2026-10-03T02:27:45Z">
    <w:p>
      <w:pPr>
        <w:pStyle w:val="CommentText"/>
      </w:pPr>
      <w:r>
        <w:rPr>
          <w:rStyle w:val="CommentReference"/>
        </w:rPr>
        <w:annotationRef/>
      </w:r>
      <w:r>
        <w:t>契約期間の定め：▼から選ぶ（期間の定めなし・期間の定めあり）</w:t>
      </w:r>
    </w:p>
  </w:comment>
  <w:comment w:id="8" w:author="やっとくん" w:initials="や" w:date="2026-10-03T02:27:45Z">
    <w:p>
      <w:pPr>
        <w:pStyle w:val="CommentText"/>
      </w:pPr>
      <w:r>
        <w:rPr>
          <w:rStyle w:val="CommentReference"/>
        </w:rPr>
        <w:annotationRef/>
      </w:r>
      <w:r>
        <w:t>例：2026</w:t>
      </w:r>
    </w:p>
  </w:comment>
  <w:comment w:id="9" w:author="やっとくん" w:initials="や" w:date="2026-10-03T02:27:45Z">
    <w:p>
      <w:pPr>
        <w:pStyle w:val="CommentText"/>
      </w:pPr>
      <w:r>
        <w:rPr>
          <w:rStyle w:val="CommentReference"/>
        </w:rPr>
        <w:annotationRef/>
      </w:r>
      <w:r>
        <w:t>例：10</w:t>
      </w:r>
    </w:p>
  </w:comment>
  <w:comment w:id="10" w:author="やっとくん" w:initials="や" w:date="2026-10-03T02:27:45Z">
    <w:p>
      <w:pPr>
        <w:pStyle w:val="CommentText"/>
      </w:pPr>
      <w:r>
        <w:rPr>
          <w:rStyle w:val="CommentReference"/>
        </w:rPr>
        <w:annotationRef/>
      </w:r>
      <w:r>
        <w:t>例：1</w:t>
      </w:r>
    </w:p>
  </w:comment>
  <w:comment w:id="11" w:author="やっとくん" w:initials="や" w:date="2026-10-03T02:27:45Z">
    <w:p>
      <w:pPr>
        <w:pStyle w:val="CommentText"/>
      </w:pPr>
      <w:r>
        <w:rPr>
          <w:rStyle w:val="CommentReference"/>
        </w:rPr>
        <w:annotationRef/>
      </w:r>
      <w:r>
        <w:t>終期（年）を記入</w:t>
      </w:r>
    </w:p>
  </w:comment>
  <w:comment w:id="12" w:author="やっとくん" w:initials="や" w:date="2026-10-03T02:27:45Z">
    <w:p>
      <w:pPr>
        <w:pStyle w:val="CommentText"/>
      </w:pPr>
      <w:r>
        <w:rPr>
          <w:rStyle w:val="CommentReference"/>
        </w:rPr>
        <w:annotationRef/>
      </w:r>
      <w:r>
        <w:t>終期（月）を記入</w:t>
      </w:r>
    </w:p>
  </w:comment>
  <w:comment w:id="13" w:author="やっとくん" w:initials="や" w:date="2026-10-03T02:27:45Z">
    <w:p>
      <w:pPr>
        <w:pStyle w:val="CommentText"/>
      </w:pPr>
      <w:r>
        <w:rPr>
          <w:rStyle w:val="CommentReference"/>
        </w:rPr>
        <w:annotationRef/>
      </w:r>
      <w:r>
        <w:t>終期（日）を記入</w:t>
      </w:r>
    </w:p>
  </w:comment>
  <w:comment w:id="14" w:author="やっとくん" w:initials="や" w:date="2026-10-03T02:27:45Z">
    <w:p>
      <w:pPr>
        <w:pStyle w:val="CommentText"/>
      </w:pPr>
      <w:r>
        <w:rPr>
          <w:rStyle w:val="CommentReference"/>
        </w:rPr>
        <w:annotationRef/>
      </w:r>
      <w:r>
        <w:t>例：本社（東京都渋谷区）</w:t>
      </w:r>
    </w:p>
  </w:comment>
  <w:comment w:id="15" w:author="やっとくん" w:initials="や" w:date="2026-10-03T02:27:45Z">
    <w:p>
      <w:pPr>
        <w:pStyle w:val="CommentText"/>
      </w:pPr>
      <w:r>
        <w:rPr>
          <w:rStyle w:val="CommentReference"/>
        </w:rPr>
        <w:annotationRef/>
      </w:r>
      <w:r>
        <w:t>例：会社の定める事業所</w:t>
      </w:r>
    </w:p>
  </w:comment>
  <w:comment w:id="16" w:author="やっとくん" w:initials="や" w:date="2026-10-03T02:27:45Z">
    <w:p>
      <w:pPr>
        <w:pStyle w:val="CommentText"/>
      </w:pPr>
      <w:r>
        <w:rPr>
          <w:rStyle w:val="CommentReference"/>
        </w:rPr>
        <w:annotationRef/>
      </w:r>
      <w:r>
        <w:t>例：経理・総務事務</w:t>
      </w:r>
    </w:p>
  </w:comment>
  <w:comment w:id="17" w:author="やっとくん" w:initials="や" w:date="2026-10-03T02:27:45Z">
    <w:p>
      <w:pPr>
        <w:pStyle w:val="CommentText"/>
      </w:pPr>
      <w:r>
        <w:rPr>
          <w:rStyle w:val="CommentReference"/>
        </w:rPr>
        <w:annotationRef/>
      </w:r>
      <w:r>
        <w:t>例：会社の定める業務</w:t>
      </w:r>
    </w:p>
  </w:comment>
  <w:comment w:id="18" w:author="やっとくん" w:initials="や" w:date="2026-10-03T02:27:45Z">
    <w:p>
      <w:pPr>
        <w:pStyle w:val="CommentText"/>
      </w:pPr>
      <w:r>
        <w:rPr>
          <w:rStyle w:val="CommentReference"/>
        </w:rPr>
        <w:annotationRef/>
      </w:r>
      <w:r>
        <w:t>例：9</w:t>
      </w:r>
    </w:p>
  </w:comment>
  <w:comment w:id="19" w:author="やっとくん" w:initials="や" w:date="2026-10-03T02:27:45Z">
    <w:p>
      <w:pPr>
        <w:pStyle w:val="CommentText"/>
      </w:pPr>
      <w:r>
        <w:rPr>
          <w:rStyle w:val="CommentReference"/>
        </w:rPr>
        <w:annotationRef/>
      </w:r>
      <w:r>
        <w:t>例：00</w:t>
      </w:r>
    </w:p>
  </w:comment>
  <w:comment w:id="20" w:author="やっとくん" w:initials="や" w:date="2026-10-03T02:27:45Z">
    <w:p>
      <w:pPr>
        <w:pStyle w:val="CommentText"/>
      </w:pPr>
      <w:r>
        <w:rPr>
          <w:rStyle w:val="CommentReference"/>
        </w:rPr>
        <w:annotationRef/>
      </w:r>
      <w:r>
        <w:t>例：18</w:t>
      </w:r>
    </w:p>
  </w:comment>
  <w:comment w:id="21" w:author="やっとくん" w:initials="や" w:date="2026-10-03T02:27:45Z">
    <w:p>
      <w:pPr>
        <w:pStyle w:val="CommentText"/>
      </w:pPr>
      <w:r>
        <w:rPr>
          <w:rStyle w:val="CommentReference"/>
        </w:rPr>
        <w:annotationRef/>
      </w:r>
      <w:r>
        <w:t>例：00</w:t>
      </w:r>
    </w:p>
  </w:comment>
  <w:comment w:id="22" w:author="やっとくん" w:initials="や" w:date="2026-10-03T02:27:45Z">
    <w:p>
      <w:pPr>
        <w:pStyle w:val="CommentText"/>
      </w:pPr>
      <w:r>
        <w:rPr>
          <w:rStyle w:val="CommentReference"/>
        </w:rPr>
        <w:annotationRef/>
      </w:r>
      <w:r>
        <w:t>例：60</w:t>
      </w:r>
    </w:p>
  </w:comment>
  <w:comment w:id="23" w:author="やっとくん" w:initials="や" w:date="2026-10-03T02:27:45Z">
    <w:p>
      <w:pPr>
        <w:pStyle w:val="CommentText"/>
      </w:pPr>
      <w:r>
        <w:rPr>
          <w:rStyle w:val="CommentReference"/>
        </w:rPr>
        <w:annotationRef/>
      </w:r>
      <w:r>
        <w:t>所定時間外労働の有無：▼から選ぶ（有・無）</w:t>
      </w:r>
    </w:p>
  </w:comment>
  <w:comment w:id="24" w:author="やっとくん" w:initials="や" w:date="2026-10-03T02:27:45Z">
    <w:p>
      <w:pPr>
        <w:pStyle w:val="CommentText"/>
      </w:pPr>
      <w:r>
        <w:rPr>
          <w:rStyle w:val="CommentReference"/>
        </w:rPr>
        <w:annotationRef/>
      </w:r>
      <w:r>
        <w:t>例：土日・祝日・年末年始</w:t>
      </w:r>
    </w:p>
  </w:comment>
  <w:comment w:id="25" w:author="やっとくん" w:initials="や" w:date="2026-10-03T02:27:45Z">
    <w:p>
      <w:pPr>
        <w:pStyle w:val="CommentText"/>
      </w:pPr>
      <w:r>
        <w:rPr>
          <w:rStyle w:val="CommentReference"/>
        </w:rPr>
        <w:annotationRef/>
      </w:r>
      <w:r>
        <w:t>例：年次有給休暇は法定どおり</w:t>
      </w:r>
    </w:p>
  </w:comment>
  <w:comment w:id="26" w:author="やっとくん" w:initials="や" w:date="2026-10-03T02:27:45Z">
    <w:p>
      <w:pPr>
        <w:pStyle w:val="CommentText"/>
      </w:pPr>
      <w:r>
        <w:rPr>
          <w:rStyle w:val="CommentReference"/>
        </w:rPr>
        <w:annotationRef/>
      </w:r>
      <w:r>
        <w:t>賃金形態：▼から選ぶ（月給・日給・時給）</w:t>
      </w:r>
    </w:p>
  </w:comment>
  <w:comment w:id="27" w:author="やっとくん" w:initials="や" w:date="2026-10-03T02:27:45Z">
    <w:p>
      <w:pPr>
        <w:pStyle w:val="CommentText"/>
      </w:pPr>
      <w:r>
        <w:rPr>
          <w:rStyle w:val="CommentReference"/>
        </w:rPr>
        <w:annotationRef/>
      </w:r>
      <w:r>
        <w:t>例：250,000</w:t>
      </w:r>
    </w:p>
  </w:comment>
  <w:comment w:id="28" w:author="やっとくん" w:initials="や" w:date="2026-10-03T02:27:45Z">
    <w:p>
      <w:pPr>
        <w:pStyle w:val="CommentText"/>
      </w:pPr>
      <w:r>
        <w:rPr>
          <w:rStyle w:val="CommentReference"/>
        </w:rPr>
        <w:annotationRef/>
      </w:r>
      <w:r>
        <w:t>例：実費</w:t>
      </w:r>
    </w:p>
  </w:comment>
  <w:comment w:id="29" w:author="やっとくん" w:initials="や" w:date="2026-10-03T02:27:45Z">
    <w:p>
      <w:pPr>
        <w:pStyle w:val="CommentText"/>
      </w:pPr>
      <w:r>
        <w:rPr>
          <w:rStyle w:val="CommentReference"/>
        </w:rPr>
        <w:annotationRef/>
      </w:r>
      <w:r>
        <w:t>例：月末</w:t>
      </w:r>
    </w:p>
  </w:comment>
  <w:comment w:id="30" w:author="やっとくん" w:initials="や" w:date="2026-10-03T02:27:45Z">
    <w:p>
      <w:pPr>
        <w:pStyle w:val="CommentText"/>
      </w:pPr>
      <w:r>
        <w:rPr>
          <w:rStyle w:val="CommentReference"/>
        </w:rPr>
        <w:annotationRef/>
      </w:r>
      <w:r>
        <w:t>例：翌月25日</w:t>
      </w:r>
    </w:p>
  </w:comment>
  <w:comment w:id="31" w:author="やっとくん" w:initials="や" w:date="2026-10-03T02:27:45Z">
    <w:p>
      <w:pPr>
        <w:pStyle w:val="CommentText"/>
      </w:pPr>
      <w:r>
        <w:rPr>
          <w:rStyle w:val="CommentReference"/>
        </w:rPr>
        <w:annotationRef/>
      </w:r>
      <w:r>
        <w:t>例：年1回（4月）</w:t>
      </w:r>
    </w:p>
  </w:comment>
  <w:comment w:id="32" w:author="やっとくん" w:initials="や" w:date="2026-10-03T02:27:45Z">
    <w:p>
      <w:pPr>
        <w:pStyle w:val="CommentText"/>
      </w:pPr>
      <w:r>
        <w:rPr>
          <w:rStyle w:val="CommentReference"/>
        </w:rPr>
        <w:annotationRef/>
      </w:r>
      <w:r>
        <w:t>賞与の有無：▼から選ぶ（有・無）</w:t>
      </w:r>
    </w:p>
  </w:comment>
  <w:comment w:id="33" w:author="やっとくん" w:initials="や" w:date="2026-10-03T02:27:45Z">
    <w:p>
      <w:pPr>
        <w:pStyle w:val="CommentText"/>
      </w:pPr>
      <w:r>
        <w:rPr>
          <w:rStyle w:val="CommentReference"/>
        </w:rPr>
        <w:annotationRef/>
      </w:r>
      <w:r>
        <w:t>退職手当の有無：▼から選ぶ（有・無）</w:t>
      </w:r>
    </w:p>
  </w:comment>
  <w:comment w:id="34" w:author="やっとくん" w:initials="や" w:date="2026-10-03T02:27:45Z">
    <w:p>
      <w:pPr>
        <w:pStyle w:val="CommentText"/>
      </w:pPr>
      <w:r>
        <w:rPr>
          <w:rStyle w:val="CommentReference"/>
        </w:rPr>
        <w:annotationRef/>
      </w:r>
      <w:r>
        <w:t>例：健康保険・厚生年金　適用</w:t>
      </w:r>
    </w:p>
  </w:comment>
  <w:comment w:id="35" w:author="やっとくん" w:initials="や" w:date="2026-10-03T02:27:45Z">
    <w:p>
      <w:pPr>
        <w:pStyle w:val="CommentText"/>
      </w:pPr>
      <w:r>
        <w:rPr>
          <w:rStyle w:val="CommentReference"/>
        </w:rPr>
        <w:annotationRef/>
      </w:r>
      <w:r>
        <w:t>例：雇用保険・労災保険　適用</w:t>
      </w:r>
    </w:p>
  </w:comment>
  <w:comment w:id="36" w:author="やっとくん" w:initials="や" w:date="2026-10-03T02:27:45Z">
    <w:p>
      <w:pPr>
        <w:pStyle w:val="CommentText"/>
      </w:pPr>
      <w:r>
        <w:rPr>
          <w:rStyle w:val="CommentReference"/>
        </w:rPr>
        <w:annotationRef/>
      </w:r>
      <w:r>
        <w:t>例：30日前までに届出</w:t>
      </w:r>
    </w:p>
  </w:comment>
  <w:comment w:id="37" w:author="やっとくん" w:initials="や" w:date="2026-10-03T02:27:45Z">
    <w:p>
      <w:pPr>
        <w:pStyle w:val="CommentText"/>
      </w:pPr>
      <w:r>
        <w:rPr>
          <w:rStyle w:val="CommentReference"/>
        </w:rPr>
        <w:annotationRef/>
      </w:r>
      <w:r>
        <w:t>例：就業規則による</w:t>
      </w:r>
    </w:p>
  </w:comment>
  <w:comment w:id="38" w:author="やっとくん" w:initials="や" w:date="2026-10-03T02:27:45Z">
    <w:p>
      <w:pPr>
        <w:pStyle w:val="CommentText"/>
      </w:pPr>
      <w:r>
        <w:rPr>
          <w:rStyle w:val="CommentReference"/>
        </w:rPr>
        <w:annotationRef/>
      </w:r>
      <w:r>
        <w:t>例：株式会社やっとくん</w:t>
      </w:r>
    </w:p>
  </w:comment>
  <w:comment w:id="39" w:author="やっとくん" w:initials="や" w:date="2026-10-03T02:27:45Z">
    <w:p>
      <w:pPr>
        <w:pStyle w:val="CommentText"/>
      </w:pPr>
      <w:r>
        <w:rPr>
          <w:rStyle w:val="CommentReference"/>
        </w:rPr>
        <w:annotationRef/>
      </w:r>
      <w:r>
        <w:t>例：代表取締役　佐藤 一郎</w:t>
      </w:r>
    </w:p>
  </w:comment>
  <w:comment w:id="40" w:author="やっとくん" w:initials="や" w:date="2026-10-03T02:27:45Z">
    <w:p>
      <w:pPr>
        <w:pStyle w:val="CommentText"/>
      </w:pPr>
      <w:r>
        <w:rPr>
          <w:rStyle w:val="CommentReference"/>
        </w:rPr>
        <w:annotationRef/>
      </w:r>
      <w:r>
        <w:t>例：東京都渋谷区神宮前 2-2-2</w:t>
      </w:r>
    </w:p>
  </w:comment>
  <w:comment w:id="41" w:author="やっとくん" w:initials="や" w:date="2026-10-03T02:27:45Z">
    <w:p>
      <w:pPr>
        <w:pStyle w:val="CommentText"/>
      </w:pPr>
      <w:r>
        <w:rPr>
          <w:rStyle w:val="CommentReference"/>
        </w:rPr>
        <w:annotationRef/>
      </w:r>
      <w:r>
        <w:t>例：山田 太郎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