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8 月 25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【山田 太郎】　殿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【〒150-0001 東京都渋谷区神宮前 1-1-1】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管理部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給与明細書（【2026 年 8 月】分）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【2026 年 8 月】分（【8 月 1 日】 〜 【8 月 31 日】）の給与を下記のとおりお支払いしましたので、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お知らせいたします。支給日：【2026 年 8 月 25 日】　勤怠：出勤 21 日・時間外 12 時間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6576"/>
        <w:gridCol w:w="3175"/>
      </w:tblGrid>
      <w:tr>
        <w:trPr>
          <w:trHeight w:val="435" w:hRule="exact"/>
        </w:trPr>
        <w:tc>
          <w:tcPr>
            <w:tcW w:type="dxa" w:w="6576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317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金額・内容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支給　基本給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【256,000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支給　時間外手当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【24,000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支給　通勤手当（非課税）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【15,000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支給合計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【295,000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控除　健康保険料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【14,850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控除　厚生年金保険料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【27,450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控除　介護保険料（40 〜 64 歳のみ）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8. 控除　雇用保険料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【1,622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9. 控除　源泉所得税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【5,240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10. 控除　住民税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【12,400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11. 控除合計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【61,562 円】</w:t>
            </w:r>
          </w:p>
        </w:tc>
      </w:tr>
      <w:tr>
        <w:trPr>
          <w:trHeight w:val="384" w:hRule="exact"/>
        </w:trPr>
        <w:tc>
          <w:tcPr>
            <w:tcW w:type="dxa" w:w="657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12. 差引支給額（振込額）</w:t>
            </w:r>
          </w:p>
        </w:tc>
        <w:tc>
          <w:tcPr>
            <w:tcW w:type="dxa" w:w="317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【233,438 円】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支給額と源泉徴収された所得税額は必ず記載します（所得税法施行規則第 100 条）。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本明細の内容に不明な点がある場合は、支給日から 1 週間以内に管理部へお問い合わせください。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所得税法第 231 条（支払明細書）に基づく一般的な様式です。金額は記入例のため、実際の保険料率・税額表で計算してください。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