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【2026 年 9 月 5 日】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/>
          <w:color w:val="141414"/>
          <w:sz w:val="28"/>
        </w:rPr>
        <w:t>【サンプル銀行　渋谷支店】　御中</w:t>
      </w:r>
    </w:p>
    <w:p>
      <w:pPr>
        <w:spacing w:after="18" w:before="0" w:line="217" w:lineRule="auto"/>
        <w:jc w:val="right"/>
      </w:pPr>
      <w:r>
        <w:rPr>
          <w:rFonts w:ascii="Yu Gothic" w:hAnsi="Yu Gothic" w:eastAsia="Yu Gothic"/>
          <w:b/>
          <w:color w:val="141414"/>
          <w:sz w:val="20"/>
        </w:rPr>
        <w:t>【株式会社やっとくん】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【〒150-0001 東京都渋谷区神宮前 1-1-1】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代表取締役　【佐藤 一郎】　㊞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81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給与支払証明書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下記の者に対する給与の支払実績が、下記のとおりであることを証明いたします。</w:t>
      </w:r>
    </w:p>
    <w:p>
      <w:pPr>
        <w:spacing w:after="36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記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3288"/>
        <w:gridCol w:w="6463"/>
      </w:tblGrid>
      <w:tr>
        <w:trPr>
          <w:trHeight w:val="435" w:hRule="exact"/>
        </w:trPr>
        <w:tc>
          <w:tcPr>
            <w:tcW w:type="dxa" w:w="3288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証明事項</w:t>
            </w:r>
          </w:p>
        </w:tc>
        <w:tc>
          <w:tcPr>
            <w:tcW w:type="dxa" w:w="6463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内容</w:t>
            </w:r>
          </w:p>
        </w:tc>
      </w:tr>
      <w:tr>
        <w:trPr>
          <w:trHeight w:val="384" w:hRule="exact"/>
        </w:trPr>
        <w:tc>
          <w:tcPr>
            <w:tcW w:type="dxa" w:w="328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1. 氏名</w:t>
            </w:r>
          </w:p>
        </w:tc>
        <w:tc>
          <w:tcPr>
            <w:tcW w:type="dxa" w:w="646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【山田 太郎】</w:t>
            </w:r>
          </w:p>
        </w:tc>
      </w:tr>
      <w:tr>
        <w:trPr>
          <w:trHeight w:val="384" w:hRule="exact"/>
        </w:trPr>
        <w:tc>
          <w:tcPr>
            <w:tcW w:type="dxa" w:w="328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2. 証明する期間</w:t>
            </w:r>
          </w:p>
        </w:tc>
        <w:tc>
          <w:tcPr>
            <w:tcW w:type="dxa" w:w="646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【2026 年 3 月】分 〜 【2026 年 8 月】分（6 か月）</w:t>
            </w:r>
          </w:p>
        </w:tc>
      </w:tr>
      <w:tr>
        <w:trPr>
          <w:trHeight w:val="384" w:hRule="exact"/>
        </w:trPr>
        <w:tc>
          <w:tcPr>
            <w:tcW w:type="dxa" w:w="328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3. 【2026 年 3 月】分</w:t>
            </w:r>
          </w:p>
        </w:tc>
        <w:tc>
          <w:tcPr>
            <w:tcW w:type="dxa" w:w="646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支給日 【3 月 25 日】　支給総額 【283,640 円】</w:t>
            </w:r>
          </w:p>
        </w:tc>
      </w:tr>
      <w:tr>
        <w:trPr>
          <w:trHeight w:val="384" w:hRule="exact"/>
        </w:trPr>
        <w:tc>
          <w:tcPr>
            <w:tcW w:type="dxa" w:w="328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4. 【2026 年 4 月】分</w:t>
            </w:r>
          </w:p>
        </w:tc>
        <w:tc>
          <w:tcPr>
            <w:tcW w:type="dxa" w:w="646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支給日 【4 月 24 日】　支給総額 【292,080 円】</w:t>
            </w:r>
          </w:p>
        </w:tc>
      </w:tr>
      <w:tr>
        <w:trPr>
          <w:trHeight w:val="384" w:hRule="exact"/>
        </w:trPr>
        <w:tc>
          <w:tcPr>
            <w:tcW w:type="dxa" w:w="328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5. 【2026 年 5 月】分</w:t>
            </w:r>
          </w:p>
        </w:tc>
        <w:tc>
          <w:tcPr>
            <w:tcW w:type="dxa" w:w="646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支給日 【5 月 25 日】　支給総額 【278,140 円】</w:t>
            </w:r>
          </w:p>
        </w:tc>
      </w:tr>
      <w:tr>
        <w:trPr>
          <w:trHeight w:val="384" w:hRule="exact"/>
        </w:trPr>
        <w:tc>
          <w:tcPr>
            <w:tcW w:type="dxa" w:w="328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6. 【2026 年 6 月】分</w:t>
            </w:r>
          </w:p>
        </w:tc>
        <w:tc>
          <w:tcPr>
            <w:tcW w:type="dxa" w:w="646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支給日 【6 月 25 日】　支給総額 【288,570 円】</w:t>
            </w:r>
          </w:p>
        </w:tc>
      </w:tr>
      <w:tr>
        <w:trPr>
          <w:trHeight w:val="384" w:hRule="exact"/>
        </w:trPr>
        <w:tc>
          <w:tcPr>
            <w:tcW w:type="dxa" w:w="328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7. 【2026 年 7 月】分</w:t>
            </w:r>
          </w:p>
        </w:tc>
        <w:tc>
          <w:tcPr>
            <w:tcW w:type="dxa" w:w="646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支給日 【7 月 24 日】　支給総額 【274,630 円】</w:t>
            </w:r>
          </w:p>
        </w:tc>
      </w:tr>
      <w:tr>
        <w:trPr>
          <w:trHeight w:val="384" w:hRule="exact"/>
        </w:trPr>
        <w:tc>
          <w:tcPr>
            <w:tcW w:type="dxa" w:w="328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8. 【2026 年 8 月】分</w:t>
            </w:r>
          </w:p>
        </w:tc>
        <w:tc>
          <w:tcPr>
            <w:tcW w:type="dxa" w:w="646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支給日 【8 月 25 日】　支給総額 【290,470 円】</w:t>
            </w:r>
          </w:p>
        </w:tc>
      </w:tr>
      <w:tr>
        <w:trPr>
          <w:trHeight w:val="384" w:hRule="exact"/>
        </w:trPr>
        <w:tc>
          <w:tcPr>
            <w:tcW w:type="dxa" w:w="328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9. 合計（6 か月）</w:t>
            </w:r>
          </w:p>
        </w:tc>
        <w:tc>
          <w:tcPr>
            <w:tcW w:type="dxa" w:w="646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【1,707,530 円】</w:t>
            </w:r>
          </w:p>
        </w:tc>
      </w:tr>
      <w:tr>
        <w:trPr>
          <w:trHeight w:val="384" w:hRule="exact"/>
        </w:trPr>
        <w:tc>
          <w:tcPr>
            <w:tcW w:type="dxa" w:w="328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10. 月平均</w:t>
            </w:r>
          </w:p>
        </w:tc>
        <w:tc>
          <w:tcPr>
            <w:tcW w:type="dxa" w:w="646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【284,588 円】（1 円未満切り捨て）</w:t>
            </w:r>
          </w:p>
        </w:tc>
      </w:tr>
      <w:tr>
        <w:trPr>
          <w:trHeight w:val="384" w:hRule="exact"/>
        </w:trPr>
        <w:tc>
          <w:tcPr>
            <w:tcW w:type="dxa" w:w="328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11. 摘要</w:t>
            </w:r>
          </w:p>
        </w:tc>
        <w:tc>
          <w:tcPr>
            <w:tcW w:type="dxa" w:w="646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支給総額は通勤手当を含む控除前の総支給額です</w:t>
            </w:r>
          </w:p>
        </w:tc>
      </w:tr>
    </w:tbl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141414"/>
          <w:sz w:val="20"/>
        </w:rPr>
        <w:t>以上</w:t>
      </w:r>
    </w:p>
    <w:p>
      <w:pPr>
        <w:spacing w:after="18" w:before="0" w:line="217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備考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本証明書は本人の依頼に基づき発行し、使用目的以外への利用はできません。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在籍の事実のみの証明が必要な場合は、別途「在籍証明書」を発行します。</w:t>
      </w:r>
    </w:p>
    <w:p>
      <w:pPr>
        <w:spacing w:after="54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一般的な様式です。証明する期間・総支給と差引支給の別・手当の内訳は、提出先の求めに合わせて記載してください。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