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給与支払証明書</w:t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3317"/>
        <w:gridCol w:w="1548"/>
        <w:gridCol w:w="3317"/>
      </w:tblGrid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生年月日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　　年　　月　　日</w:t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住所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入社年月日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　　年　　月　　日</w:t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雇用形態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正社員・契約・パート・その他</w:t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締日・支払日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毎月　　日締・　　日払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8181"/>
      </w:tblGrid>
      <w:tr>
        <w:trPr>
          <w:trHeight w:val="314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証明期間</w:t>
            </w:r>
          </w:p>
        </w:tc>
        <w:tc>
          <w:tcPr>
            <w:tcW w:type="dxa" w:w="8181"/>
            <w:vAlign w:val="center"/>
            <w:tcBorders>
              <w:top w:val="nil"/>
              <w:bottom w:val="nil"/>
              <w:right w:val="nil"/>
            </w:tcBorders>
          </w:tcPr>
          <w:p>
            <w:pPr>
              <w:tabs>
                <w:tab w:pos="5163" w:val="left"/>
                <w:tab w:pos="6047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月分から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　　年　月分まで）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通勤手当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含む・含まない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095"/>
        <w:gridCol w:w="2211"/>
        <w:gridCol w:w="2211"/>
        <w:gridCol w:w="2211"/>
      </w:tblGrid>
      <w:tr>
        <w:trPr>
          <w:trHeight w:val="257" w:hRule="atLeast"/>
        </w:trPr>
        <w:tc>
          <w:tcPr>
            <w:tcW w:type="dxa" w:w="3095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年月分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年　　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給与 合計</w:t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1106"/>
        <w:gridCol w:w="1769"/>
        <w:gridCol w:w="1769"/>
        <w:gridCol w:w="1769"/>
        <w:gridCol w:w="1769"/>
      </w:tblGrid>
      <w:tr>
        <w:trPr>
          <w:trHeight w:val="257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賞与 支給年月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支給日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備考</w:t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</w:tr>
      <w:tr>
        <w:trPr>
          <w:trHeight w:val="314" w:hRule="atLeast"/>
        </w:trPr>
        <w:tc>
          <w:tcPr>
            <w:tcW w:type="dxa" w:w="2654"/>
            <w:gridSpan w:val="2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賞与 合計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2"/>
        <w:gridCol w:w="1106"/>
        <w:gridCol w:w="1327"/>
        <w:gridCol w:w="1106"/>
        <w:gridCol w:w="1327"/>
        <w:gridCol w:w="1106"/>
        <w:gridCol w:w="1327"/>
      </w:tblGrid>
      <w:tr>
        <w:trPr>
          <w:trHeight w:val="342" w:hRule="atLeast"/>
        </w:trPr>
        <w:tc>
          <w:tcPr>
            <w:tcW w:type="dxa" w:w="2432"/>
            <w:vAlign w:val="center"/>
            <w:shd w:val="clear" w:fill="E3E3DA"/>
            <w:tcBorders>
              <w:top w:val="single" w:sz="12" w:color="141414"/>
              <w:left w:val="single" w:sz="12" w:color="141414"/>
              <w:bottom w:val="single" w:sz="12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給与＋賞与 総計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総支給額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控除額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差引支給額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single" w:sz="12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p>
      <w:pPr>
        <w:tabs>
          <w:tab w:pos="1106" w:val="left"/>
        </w:tabs>
        <w:spacing w:after="0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摘要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＿＿＿＿＿＿＿＿＿＿＿＿＿＿＿＿＿＿＿＿＿＿＿＿＿＿＿＿＿＿＿＿＿＿＿＿＿＿＿＿＿＿＿</w:t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7960"/>
        <w:gridCol w:w="442"/>
        <w:gridCol w:w="1327"/>
      </w:tblGrid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上記のとおり給与を支払ったことに相違ないことを証明します。</w:t>
            </w:r>
          </w:p>
        </w:tc>
        <w:tc>
          <w:tcPr>
            <w:tcW w:type="dxa" w:w="442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印</w:t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1106" w:val="left"/>
                <w:tab w:pos="2211" w:val="left"/>
                <w:tab w:pos="3095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所在地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</w:p>
        </w:tc>
        <w:tc>
          <w:tcPr>
            <w:tcW w:type="dxa" w:w="442"/>
            <w:vMerge w:val="restart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ind w:right="113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Merge w:val="restart"/>
            <w:tcBorders>
              <w:top w:val="single" w:sz="6" w:color="141414"/>
              <w:left w:val="single" w:sz="6" w:color="141414"/>
              <w:bottom w:val="nil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2653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給与支払者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会社名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代表者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電話番号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single" w:sz="6" w:color="141414"/>
              <w:right w:val="single" w:sz="6" w:color="141414"/>
            </w:tcBorders>
          </w:tcPr>
          <w:p/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